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65C" w:rsidRPr="008127B3" w:rsidRDefault="00AA2426" w:rsidP="008127B3">
      <w:pPr>
        <w:pStyle w:val="Nagwek1"/>
        <w:jc w:val="center"/>
        <w:rPr>
          <w:color w:val="FF0000"/>
          <w:sz w:val="36"/>
          <w:szCs w:val="36"/>
        </w:rPr>
      </w:pPr>
      <w:proofErr w:type="spellStart"/>
      <w:r w:rsidRPr="008127B3">
        <w:rPr>
          <w:color w:val="FF0000"/>
          <w:sz w:val="36"/>
          <w:szCs w:val="36"/>
        </w:rPr>
        <w:t>Konkurs</w:t>
      </w:r>
      <w:proofErr w:type="spellEnd"/>
      <w:r w:rsidRPr="008127B3">
        <w:rPr>
          <w:color w:val="FF0000"/>
          <w:sz w:val="36"/>
          <w:szCs w:val="36"/>
        </w:rPr>
        <w:t xml:space="preserve"> „</w:t>
      </w:r>
      <w:proofErr w:type="spellStart"/>
      <w:r w:rsidRPr="008127B3">
        <w:rPr>
          <w:color w:val="FF0000"/>
          <w:sz w:val="36"/>
          <w:szCs w:val="36"/>
        </w:rPr>
        <w:t>Polska</w:t>
      </w:r>
      <w:proofErr w:type="spellEnd"/>
      <w:r w:rsidRPr="008127B3">
        <w:rPr>
          <w:color w:val="FF0000"/>
          <w:sz w:val="36"/>
          <w:szCs w:val="36"/>
        </w:rPr>
        <w:t xml:space="preserve"> w </w:t>
      </w:r>
      <w:proofErr w:type="spellStart"/>
      <w:r w:rsidRPr="008127B3">
        <w:rPr>
          <w:color w:val="FF0000"/>
          <w:sz w:val="36"/>
          <w:szCs w:val="36"/>
        </w:rPr>
        <w:t>symbolach</w:t>
      </w:r>
      <w:proofErr w:type="spellEnd"/>
      <w:r w:rsidRPr="008127B3">
        <w:rPr>
          <w:color w:val="FF0000"/>
          <w:sz w:val="36"/>
          <w:szCs w:val="36"/>
        </w:rPr>
        <w:t>”</w:t>
      </w:r>
    </w:p>
    <w:p w:rsidR="002F75DB" w:rsidRDefault="002F75DB"/>
    <w:p w:rsidR="0097265C" w:rsidRDefault="00AA2426" w:rsidP="00E27CBF">
      <w:pPr>
        <w:pStyle w:val="Nagwek2"/>
        <w:jc w:val="center"/>
        <w:rPr>
          <w:color w:val="FF0000"/>
          <w:sz w:val="36"/>
          <w:szCs w:val="36"/>
        </w:rPr>
      </w:pPr>
      <w:proofErr w:type="spellStart"/>
      <w:r w:rsidRPr="008127B3">
        <w:rPr>
          <w:color w:val="FF0000"/>
          <w:sz w:val="36"/>
          <w:szCs w:val="36"/>
        </w:rPr>
        <w:t>Regulamin</w:t>
      </w:r>
      <w:proofErr w:type="spellEnd"/>
      <w:r w:rsidRPr="008127B3">
        <w:rPr>
          <w:color w:val="FF0000"/>
          <w:sz w:val="36"/>
          <w:szCs w:val="36"/>
        </w:rPr>
        <w:t xml:space="preserve"> </w:t>
      </w:r>
      <w:proofErr w:type="spellStart"/>
      <w:r w:rsidRPr="008127B3">
        <w:rPr>
          <w:color w:val="FF0000"/>
          <w:sz w:val="36"/>
          <w:szCs w:val="36"/>
        </w:rPr>
        <w:t>konkursu</w:t>
      </w:r>
      <w:proofErr w:type="spellEnd"/>
      <w:r w:rsidRPr="008127B3">
        <w:rPr>
          <w:color w:val="FF0000"/>
          <w:sz w:val="36"/>
          <w:szCs w:val="36"/>
        </w:rPr>
        <w:t xml:space="preserve"> „</w:t>
      </w:r>
      <w:proofErr w:type="spellStart"/>
      <w:r w:rsidRPr="008127B3">
        <w:rPr>
          <w:color w:val="FF0000"/>
          <w:sz w:val="36"/>
          <w:szCs w:val="36"/>
        </w:rPr>
        <w:t>Polska</w:t>
      </w:r>
      <w:proofErr w:type="spellEnd"/>
      <w:r w:rsidRPr="008127B3">
        <w:rPr>
          <w:color w:val="FF0000"/>
          <w:sz w:val="36"/>
          <w:szCs w:val="36"/>
        </w:rPr>
        <w:t xml:space="preserve"> w </w:t>
      </w:r>
      <w:proofErr w:type="spellStart"/>
      <w:r w:rsidRPr="008127B3">
        <w:rPr>
          <w:color w:val="FF0000"/>
          <w:sz w:val="36"/>
          <w:szCs w:val="36"/>
        </w:rPr>
        <w:t>symbolach</w:t>
      </w:r>
      <w:proofErr w:type="spellEnd"/>
      <w:r w:rsidRPr="008127B3">
        <w:rPr>
          <w:color w:val="FF0000"/>
          <w:sz w:val="36"/>
          <w:szCs w:val="36"/>
        </w:rPr>
        <w:t>”</w:t>
      </w:r>
    </w:p>
    <w:p w:rsidR="00F20358" w:rsidRPr="00F20358" w:rsidRDefault="00F20358" w:rsidP="00F20358"/>
    <w:p w:rsidR="000E0B79" w:rsidRDefault="00AA2426" w:rsidP="005564B7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t xml:space="preserve">§1 </w:t>
      </w:r>
    </w:p>
    <w:p w:rsidR="00F20358" w:rsidRPr="00F20358" w:rsidRDefault="00F20358" w:rsidP="00F20358">
      <w:pPr>
        <w:jc w:val="center"/>
        <w:rPr>
          <w:rFonts w:asciiTheme="majorHAnsi" w:hAnsiTheme="majorHAnsi" w:cstheme="majorHAnsi"/>
          <w:b/>
          <w:color w:val="FF0000"/>
        </w:rPr>
      </w:pPr>
      <w:r w:rsidRPr="00F20358">
        <w:rPr>
          <w:rFonts w:asciiTheme="majorHAnsi" w:hAnsiTheme="majorHAnsi" w:cstheme="majorHAnsi"/>
          <w:b/>
          <w:color w:val="FF0000"/>
        </w:rPr>
        <w:t>POSTANOWIENIA OGÓLNE KONKURSU</w:t>
      </w:r>
    </w:p>
    <w:p w:rsidR="00F20358" w:rsidRPr="00F20358" w:rsidRDefault="00F20358" w:rsidP="00F20358">
      <w:pPr>
        <w:spacing w:after="0"/>
        <w:jc w:val="both"/>
      </w:pPr>
      <w:r w:rsidRPr="0024345F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 </w:t>
      </w:r>
      <w:proofErr w:type="spellStart"/>
      <w:r w:rsidRPr="00F20358">
        <w:t>Niniejszy</w:t>
      </w:r>
      <w:proofErr w:type="spellEnd"/>
      <w:r w:rsidRPr="00F20358">
        <w:t xml:space="preserve"> </w:t>
      </w:r>
      <w:proofErr w:type="spellStart"/>
      <w:r w:rsidRPr="00F20358">
        <w:t>Regulamin</w:t>
      </w:r>
      <w:proofErr w:type="spellEnd"/>
      <w:r w:rsidRPr="00F20358">
        <w:t xml:space="preserve"> </w:t>
      </w:r>
      <w:proofErr w:type="spellStart"/>
      <w:r w:rsidRPr="00F20358">
        <w:t>określa</w:t>
      </w:r>
      <w:proofErr w:type="spellEnd"/>
      <w:r w:rsidRPr="00F20358">
        <w:t xml:space="preserve"> </w:t>
      </w:r>
      <w:proofErr w:type="spellStart"/>
      <w:r w:rsidRPr="00F20358">
        <w:t>zasady</w:t>
      </w:r>
      <w:proofErr w:type="spellEnd"/>
      <w:r w:rsidRPr="00F20358">
        <w:t xml:space="preserve">, </w:t>
      </w:r>
      <w:proofErr w:type="spellStart"/>
      <w:r w:rsidRPr="00F20358">
        <w:t>zakres</w:t>
      </w:r>
      <w:proofErr w:type="spellEnd"/>
      <w:r w:rsidRPr="00F20358">
        <w:t xml:space="preserve"> i </w:t>
      </w:r>
      <w:proofErr w:type="spellStart"/>
      <w:r w:rsidRPr="00F20358">
        <w:t>warunki</w:t>
      </w:r>
      <w:proofErr w:type="spellEnd"/>
      <w:r w:rsidRPr="00F20358">
        <w:t xml:space="preserve"> </w:t>
      </w:r>
      <w:proofErr w:type="spellStart"/>
      <w:r w:rsidRPr="00F20358">
        <w:t>uczestnictwa</w:t>
      </w:r>
      <w:proofErr w:type="spellEnd"/>
      <w:r w:rsidRPr="00F20358">
        <w:t xml:space="preserve"> w </w:t>
      </w:r>
      <w:proofErr w:type="spellStart"/>
      <w:r w:rsidRPr="00F20358">
        <w:t>konkursie</w:t>
      </w:r>
      <w:proofErr w:type="spellEnd"/>
      <w:r w:rsidRPr="00F20358">
        <w:t>.</w:t>
      </w:r>
    </w:p>
    <w:p w:rsidR="00F20358" w:rsidRPr="00F20358" w:rsidRDefault="00F20358" w:rsidP="00F20358">
      <w:pPr>
        <w:spacing w:after="0"/>
        <w:jc w:val="both"/>
      </w:pPr>
      <w:r w:rsidRPr="00F20358">
        <w:t xml:space="preserve">2. </w:t>
      </w:r>
      <w:r>
        <w:t xml:space="preserve">  </w:t>
      </w:r>
      <w:proofErr w:type="spellStart"/>
      <w:r w:rsidRPr="00F20358">
        <w:t>Organizatorem</w:t>
      </w:r>
      <w:proofErr w:type="spellEnd"/>
      <w:r w:rsidRPr="00F20358">
        <w:t xml:space="preserve"> </w:t>
      </w:r>
      <w:proofErr w:type="spellStart"/>
      <w:r w:rsidRPr="00F20358">
        <w:t>konkursu</w:t>
      </w:r>
      <w:proofErr w:type="spellEnd"/>
      <w:r w:rsidRPr="00F20358">
        <w:t xml:space="preserve"> </w:t>
      </w:r>
      <w:proofErr w:type="spellStart"/>
      <w:r w:rsidRPr="00F20358">
        <w:t>są</w:t>
      </w:r>
      <w:proofErr w:type="spellEnd"/>
      <w:r w:rsidRPr="00F20358">
        <w:t>:</w:t>
      </w:r>
    </w:p>
    <w:p w:rsidR="00F20358" w:rsidRPr="00F20358" w:rsidRDefault="00F20358" w:rsidP="00F20358">
      <w:pPr>
        <w:spacing w:after="0"/>
        <w:jc w:val="both"/>
      </w:pPr>
      <w:r w:rsidRPr="00F20358">
        <w:t xml:space="preserve">   </w:t>
      </w:r>
      <w:r>
        <w:t xml:space="preserve"> - </w:t>
      </w:r>
      <w:proofErr w:type="spellStart"/>
      <w:r w:rsidRPr="00F20358">
        <w:t>Wójt</w:t>
      </w:r>
      <w:proofErr w:type="spellEnd"/>
      <w:r w:rsidRPr="00F20358">
        <w:t xml:space="preserve"> </w:t>
      </w:r>
      <w:proofErr w:type="spellStart"/>
      <w:r w:rsidRPr="00F20358">
        <w:t>Gminy</w:t>
      </w:r>
      <w:proofErr w:type="spellEnd"/>
      <w:r w:rsidRPr="00F20358">
        <w:t xml:space="preserve"> </w:t>
      </w:r>
      <w:proofErr w:type="spellStart"/>
      <w:r w:rsidRPr="00F20358">
        <w:t>Pawłosiów</w:t>
      </w:r>
      <w:proofErr w:type="spellEnd"/>
    </w:p>
    <w:p w:rsidR="00F20358" w:rsidRPr="00F20358" w:rsidRDefault="00F20358" w:rsidP="00F20358">
      <w:pPr>
        <w:spacing w:after="0"/>
        <w:jc w:val="both"/>
      </w:pPr>
      <w:r w:rsidRPr="00F20358">
        <w:t xml:space="preserve">   </w:t>
      </w:r>
      <w:r>
        <w:t xml:space="preserve"> </w:t>
      </w:r>
      <w:r w:rsidRPr="00F20358">
        <w:t xml:space="preserve">- </w:t>
      </w:r>
      <w:proofErr w:type="spellStart"/>
      <w:r w:rsidRPr="00F20358">
        <w:t>Gminny</w:t>
      </w:r>
      <w:proofErr w:type="spellEnd"/>
      <w:r w:rsidRPr="00F20358">
        <w:t xml:space="preserve"> </w:t>
      </w:r>
      <w:proofErr w:type="spellStart"/>
      <w:r w:rsidRPr="00F20358">
        <w:t>Ośrodek</w:t>
      </w:r>
      <w:proofErr w:type="spellEnd"/>
      <w:r w:rsidRPr="00F20358">
        <w:t xml:space="preserve"> </w:t>
      </w:r>
      <w:proofErr w:type="spellStart"/>
      <w:r w:rsidRPr="00F20358">
        <w:t>Kultury</w:t>
      </w:r>
      <w:proofErr w:type="spellEnd"/>
      <w:r w:rsidRPr="00F20358">
        <w:t xml:space="preserve"> w Pawłosiowie</w:t>
      </w:r>
    </w:p>
    <w:p w:rsidR="00F20358" w:rsidRPr="00F20358" w:rsidRDefault="00F20358" w:rsidP="00F20358">
      <w:pPr>
        <w:spacing w:after="0"/>
        <w:jc w:val="both"/>
      </w:pPr>
      <w:r>
        <w:t>3.   </w:t>
      </w:r>
      <w:proofErr w:type="spellStart"/>
      <w:r w:rsidRPr="00F20358">
        <w:t>Regulamin</w:t>
      </w:r>
      <w:proofErr w:type="spellEnd"/>
      <w:r w:rsidRPr="00F20358">
        <w:t xml:space="preserve"> </w:t>
      </w:r>
      <w:proofErr w:type="spellStart"/>
      <w:r w:rsidRPr="00F20358">
        <w:t>konkursu</w:t>
      </w:r>
      <w:proofErr w:type="spellEnd"/>
      <w:r w:rsidRPr="00F20358">
        <w:t xml:space="preserve"> </w:t>
      </w:r>
      <w:proofErr w:type="spellStart"/>
      <w:r w:rsidRPr="00F20358">
        <w:t>dostępny</w:t>
      </w:r>
      <w:proofErr w:type="spellEnd"/>
      <w:r w:rsidRPr="00F20358">
        <w:t xml:space="preserve"> jest </w:t>
      </w:r>
      <w:proofErr w:type="spellStart"/>
      <w:r w:rsidRPr="00F20358">
        <w:t>na</w:t>
      </w:r>
      <w:proofErr w:type="spellEnd"/>
      <w:r w:rsidRPr="00F20358">
        <w:t xml:space="preserve"> </w:t>
      </w:r>
      <w:proofErr w:type="spellStart"/>
      <w:r w:rsidRPr="00F20358">
        <w:t>stronie</w:t>
      </w:r>
      <w:proofErr w:type="spellEnd"/>
      <w:r w:rsidRPr="00F20358">
        <w:t xml:space="preserve"> </w:t>
      </w:r>
      <w:proofErr w:type="spellStart"/>
      <w:r w:rsidRPr="00F20358">
        <w:t>internetowej</w:t>
      </w:r>
      <w:proofErr w:type="spellEnd"/>
      <w:r w:rsidRPr="00F20358">
        <w:t xml:space="preserve"> </w:t>
      </w:r>
      <w:proofErr w:type="spellStart"/>
      <w:r w:rsidRPr="00F20358">
        <w:t>Organizatorów</w:t>
      </w:r>
      <w:proofErr w:type="spellEnd"/>
      <w:r w:rsidRPr="00F20358">
        <w:t xml:space="preserve">:  </w:t>
      </w:r>
      <w:hyperlink r:id="rId6" w:history="1">
        <w:r w:rsidRPr="00F20358">
          <w:rPr>
            <w:rStyle w:val="Hipercze"/>
          </w:rPr>
          <w:t>www.pawlosiow.com.pl</w:t>
        </w:r>
      </w:hyperlink>
      <w:r w:rsidRPr="00F20358">
        <w:t xml:space="preserve">;  </w:t>
      </w:r>
      <w:hyperlink r:id="rId7" w:history="1">
        <w:r w:rsidRPr="00F20358">
          <w:rPr>
            <w:rStyle w:val="Hipercze"/>
          </w:rPr>
          <w:t>www.gokpawlosiow.cba.pl</w:t>
        </w:r>
      </w:hyperlink>
    </w:p>
    <w:p w:rsidR="00F20358" w:rsidRPr="00F20358" w:rsidRDefault="00F20358" w:rsidP="00F20358">
      <w:pPr>
        <w:spacing w:after="0"/>
        <w:jc w:val="both"/>
      </w:pPr>
      <w:r w:rsidRPr="00F20358">
        <w:t xml:space="preserve">4. </w:t>
      </w:r>
      <w:proofErr w:type="spellStart"/>
      <w:r w:rsidRPr="00F20358">
        <w:t>Przedmiotem</w:t>
      </w:r>
      <w:proofErr w:type="spellEnd"/>
      <w:r w:rsidRPr="00F20358">
        <w:t xml:space="preserve"> </w:t>
      </w:r>
      <w:proofErr w:type="spellStart"/>
      <w:r w:rsidRPr="00F20358">
        <w:t>konkursu</w:t>
      </w:r>
      <w:proofErr w:type="spellEnd"/>
      <w:r w:rsidRPr="00F20358">
        <w:t xml:space="preserve"> jest </w:t>
      </w:r>
      <w:proofErr w:type="spellStart"/>
      <w:r w:rsidRPr="00F20358">
        <w:t>wykonanie</w:t>
      </w:r>
      <w:proofErr w:type="spellEnd"/>
      <w:r w:rsidRPr="00F20358">
        <w:t xml:space="preserve"> </w:t>
      </w:r>
      <w:proofErr w:type="spellStart"/>
      <w:r>
        <w:rPr>
          <w:b/>
        </w:rPr>
        <w:t>polskiego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symbolu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narodowego</w:t>
      </w:r>
      <w:proofErr w:type="spellEnd"/>
    </w:p>
    <w:p w:rsidR="00F20358" w:rsidRPr="00F20358" w:rsidRDefault="00F20358" w:rsidP="00F20358"/>
    <w:p w:rsidR="000E0B79" w:rsidRDefault="00AA2426" w:rsidP="005564B7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t>§2</w:t>
      </w:r>
    </w:p>
    <w:p w:rsidR="0097265C" w:rsidRPr="008127B3" w:rsidRDefault="000E0B79" w:rsidP="005564B7">
      <w:pPr>
        <w:pStyle w:val="Nagwek3"/>
        <w:jc w:val="center"/>
        <w:rPr>
          <w:color w:val="FF0000"/>
        </w:rPr>
      </w:pPr>
      <w:r>
        <w:rPr>
          <w:color w:val="FF0000"/>
        </w:rPr>
        <w:t>CEL KONKURSU</w:t>
      </w:r>
    </w:p>
    <w:p w:rsidR="0097265C" w:rsidRDefault="00E27CBF" w:rsidP="00E27CBF">
      <w:pPr>
        <w:spacing w:after="0"/>
      </w:pPr>
      <w:r>
        <w:t>1.</w:t>
      </w:r>
      <w:r w:rsidR="00AA2426">
        <w:t xml:space="preserve"> </w:t>
      </w:r>
      <w:r>
        <w:t xml:space="preserve"> </w:t>
      </w:r>
      <w:proofErr w:type="spellStart"/>
      <w:r w:rsidR="00AA2426">
        <w:t>Promowanie</w:t>
      </w:r>
      <w:proofErr w:type="spellEnd"/>
      <w:r w:rsidR="00AA2426">
        <w:t xml:space="preserve"> </w:t>
      </w:r>
      <w:proofErr w:type="spellStart"/>
      <w:r w:rsidR="00AA2426">
        <w:t>postaw</w:t>
      </w:r>
      <w:proofErr w:type="spellEnd"/>
      <w:r w:rsidR="00AA2426">
        <w:t xml:space="preserve"> </w:t>
      </w:r>
      <w:proofErr w:type="spellStart"/>
      <w:r w:rsidR="00AA2426">
        <w:t>patriotycznych</w:t>
      </w:r>
      <w:proofErr w:type="spellEnd"/>
      <w:r w:rsidR="00AA2426">
        <w:t xml:space="preserve"> i </w:t>
      </w:r>
      <w:proofErr w:type="spellStart"/>
      <w:r w:rsidR="00AA2426">
        <w:t>z</w:t>
      </w:r>
      <w:r>
        <w:t>najomości</w:t>
      </w:r>
      <w:proofErr w:type="spellEnd"/>
      <w:r>
        <w:t xml:space="preserve"> </w:t>
      </w:r>
      <w:proofErr w:type="spellStart"/>
      <w:r>
        <w:t>symboli</w:t>
      </w:r>
      <w:proofErr w:type="spellEnd"/>
      <w:r>
        <w:t xml:space="preserve"> </w:t>
      </w:r>
      <w:proofErr w:type="spellStart"/>
      <w:r>
        <w:t>narodowych</w:t>
      </w:r>
      <w:proofErr w:type="spellEnd"/>
      <w:r>
        <w:t>.</w:t>
      </w:r>
      <w:r>
        <w:br/>
        <w:t xml:space="preserve">2.  </w:t>
      </w:r>
      <w:proofErr w:type="spellStart"/>
      <w:r w:rsidR="00AA2426">
        <w:t>Rozwijanie</w:t>
      </w:r>
      <w:proofErr w:type="spellEnd"/>
      <w:r w:rsidR="00AA2426">
        <w:t xml:space="preserve"> </w:t>
      </w:r>
      <w:proofErr w:type="spellStart"/>
      <w:r w:rsidR="00AA2426">
        <w:t>kreatywn</w:t>
      </w:r>
      <w:r>
        <w:t>ości</w:t>
      </w:r>
      <w:proofErr w:type="spellEnd"/>
      <w:r>
        <w:t xml:space="preserve"> i </w:t>
      </w:r>
      <w:proofErr w:type="spellStart"/>
      <w:r>
        <w:t>talentów</w:t>
      </w:r>
      <w:proofErr w:type="spellEnd"/>
      <w:r>
        <w:t xml:space="preserve"> </w:t>
      </w:r>
      <w:proofErr w:type="spellStart"/>
      <w:r>
        <w:t>plastycznych</w:t>
      </w:r>
      <w:proofErr w:type="spellEnd"/>
      <w:r>
        <w:t>.</w:t>
      </w:r>
      <w:r>
        <w:br/>
        <w:t xml:space="preserve">3.  </w:t>
      </w:r>
      <w:proofErr w:type="spellStart"/>
      <w:r w:rsidR="00AA2426">
        <w:t>Wspólne</w:t>
      </w:r>
      <w:proofErr w:type="spellEnd"/>
      <w:r w:rsidR="00AA2426">
        <w:t xml:space="preserve"> </w:t>
      </w:r>
      <w:proofErr w:type="spellStart"/>
      <w:r w:rsidR="00AA2426">
        <w:t>świętowanie</w:t>
      </w:r>
      <w:proofErr w:type="spellEnd"/>
      <w:r w:rsidR="00AA2426">
        <w:t xml:space="preserve"> </w:t>
      </w:r>
      <w:proofErr w:type="spellStart"/>
      <w:r w:rsidR="00AA2426">
        <w:t>Narodowego</w:t>
      </w:r>
      <w:proofErr w:type="spellEnd"/>
      <w:r w:rsidR="00AA2426">
        <w:t xml:space="preserve"> </w:t>
      </w:r>
      <w:proofErr w:type="spellStart"/>
      <w:r w:rsidR="00AA2426">
        <w:t>Święta</w:t>
      </w:r>
      <w:proofErr w:type="spellEnd"/>
      <w:r w:rsidR="00AA2426">
        <w:t xml:space="preserve"> </w:t>
      </w:r>
      <w:proofErr w:type="spellStart"/>
      <w:r w:rsidR="00AA2426">
        <w:t>Niepodległości</w:t>
      </w:r>
      <w:proofErr w:type="spellEnd"/>
      <w:r w:rsidR="00AA2426">
        <w:t>.</w:t>
      </w:r>
    </w:p>
    <w:p w:rsidR="00E27CBF" w:rsidRPr="00E27CBF" w:rsidRDefault="00E27CBF" w:rsidP="00E27CBF">
      <w:pPr>
        <w:spacing w:after="0"/>
        <w:jc w:val="both"/>
      </w:pPr>
      <w:r>
        <w:t xml:space="preserve">4.  </w:t>
      </w:r>
      <w:proofErr w:type="spellStart"/>
      <w:r w:rsidRPr="00E27CBF">
        <w:t>Stworzenie</w:t>
      </w:r>
      <w:proofErr w:type="spellEnd"/>
      <w:r w:rsidRPr="00E27CBF">
        <w:t xml:space="preserve"> </w:t>
      </w:r>
      <w:proofErr w:type="spellStart"/>
      <w:r w:rsidRPr="00E27CBF">
        <w:t>mieszkańcom</w:t>
      </w:r>
      <w:proofErr w:type="spellEnd"/>
      <w:r w:rsidRPr="00E27CBF">
        <w:t xml:space="preserve"> </w:t>
      </w:r>
      <w:proofErr w:type="spellStart"/>
      <w:r w:rsidRPr="00E27CBF">
        <w:t>możliwości</w:t>
      </w:r>
      <w:proofErr w:type="spellEnd"/>
      <w:r w:rsidRPr="00E27CBF">
        <w:t xml:space="preserve"> </w:t>
      </w:r>
      <w:proofErr w:type="spellStart"/>
      <w:r w:rsidRPr="00E27CBF">
        <w:t>prezentacji</w:t>
      </w:r>
      <w:proofErr w:type="spellEnd"/>
      <w:r w:rsidRPr="00E27CBF">
        <w:t xml:space="preserve"> </w:t>
      </w:r>
      <w:proofErr w:type="spellStart"/>
      <w:r w:rsidRPr="00E27CBF">
        <w:t>własnych</w:t>
      </w:r>
      <w:proofErr w:type="spellEnd"/>
      <w:r w:rsidRPr="00E27CBF">
        <w:t xml:space="preserve"> </w:t>
      </w:r>
      <w:proofErr w:type="spellStart"/>
      <w:r w:rsidRPr="00E27CBF">
        <w:t>dokonań</w:t>
      </w:r>
      <w:proofErr w:type="spellEnd"/>
      <w:r w:rsidRPr="00E27CBF">
        <w:t xml:space="preserve"> </w:t>
      </w:r>
      <w:proofErr w:type="spellStart"/>
      <w:r w:rsidRPr="00E27CBF">
        <w:t>twórczych</w:t>
      </w:r>
      <w:proofErr w:type="spellEnd"/>
      <w:r w:rsidRPr="00E27CBF">
        <w:t>.</w:t>
      </w:r>
    </w:p>
    <w:p w:rsidR="00E27CBF" w:rsidRDefault="00E27CBF" w:rsidP="00E27CBF">
      <w:pPr>
        <w:spacing w:after="0"/>
      </w:pPr>
    </w:p>
    <w:p w:rsidR="00E27CBF" w:rsidRDefault="00E27CBF"/>
    <w:p w:rsidR="000E0B79" w:rsidRDefault="00AA2426" w:rsidP="005564B7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t xml:space="preserve">§3 </w:t>
      </w:r>
    </w:p>
    <w:p w:rsidR="0097265C" w:rsidRPr="008127B3" w:rsidRDefault="008E33E9" w:rsidP="005564B7">
      <w:pPr>
        <w:pStyle w:val="Nagwek3"/>
        <w:jc w:val="center"/>
        <w:rPr>
          <w:color w:val="FF0000"/>
        </w:rPr>
      </w:pPr>
      <w:r>
        <w:rPr>
          <w:color w:val="FF0000"/>
        </w:rPr>
        <w:t>UCZESTNICY</w:t>
      </w:r>
    </w:p>
    <w:p w:rsidR="008F7F52" w:rsidRPr="008F7F52" w:rsidRDefault="00E27CBF" w:rsidP="008F7F52">
      <w:pPr>
        <w:spacing w:after="0"/>
        <w:jc w:val="both"/>
      </w:pPr>
      <w:r>
        <w:t xml:space="preserve"> 1. </w:t>
      </w:r>
      <w:proofErr w:type="spellStart"/>
      <w:r w:rsidR="00AA2426">
        <w:t>Konkurs</w:t>
      </w:r>
      <w:proofErr w:type="spellEnd"/>
      <w:r w:rsidR="00AA2426">
        <w:t xml:space="preserve"> ma </w:t>
      </w:r>
      <w:proofErr w:type="spellStart"/>
      <w:r w:rsidR="00AA2426">
        <w:t>charakter</w:t>
      </w:r>
      <w:proofErr w:type="spellEnd"/>
      <w:r w:rsidR="00AA2426">
        <w:t xml:space="preserve"> </w:t>
      </w:r>
      <w:proofErr w:type="spellStart"/>
      <w:r w:rsidR="00AA2426">
        <w:t>otwarty</w:t>
      </w:r>
      <w:proofErr w:type="spellEnd"/>
      <w:r w:rsidR="00AA2426">
        <w:t xml:space="preserve"> – </w:t>
      </w:r>
      <w:proofErr w:type="spellStart"/>
      <w:r w:rsidR="00AA2426">
        <w:t>dzieci</w:t>
      </w:r>
      <w:proofErr w:type="spellEnd"/>
      <w:r w:rsidR="00AA2426">
        <w:t xml:space="preserve">, </w:t>
      </w:r>
      <w:proofErr w:type="spellStart"/>
      <w:r w:rsidR="00AA2426">
        <w:t>młodzież</w:t>
      </w:r>
      <w:proofErr w:type="spellEnd"/>
      <w:r w:rsidR="00AA2426">
        <w:t xml:space="preserve"> i </w:t>
      </w:r>
      <w:proofErr w:type="spellStart"/>
      <w:r w:rsidR="00AA2426">
        <w:t>dorośli</w:t>
      </w:r>
      <w:proofErr w:type="spellEnd"/>
      <w:r w:rsidR="00AA2426">
        <w:t>.</w:t>
      </w:r>
      <w:r w:rsidR="00AA2426">
        <w:br/>
      </w:r>
      <w:r w:rsidR="008F7F52">
        <w:t xml:space="preserve">                     </w:t>
      </w:r>
      <w:r w:rsidR="008F7F52" w:rsidRPr="008F7F52">
        <w:t xml:space="preserve">- I </w:t>
      </w:r>
      <w:r w:rsidR="008F7F52">
        <w:t xml:space="preserve">  </w:t>
      </w:r>
      <w:r w:rsidR="008F7F52" w:rsidRPr="008F7F52">
        <w:t xml:space="preserve">- </w:t>
      </w:r>
      <w:r w:rsidR="008F7F52">
        <w:t xml:space="preserve"> </w:t>
      </w:r>
      <w:proofErr w:type="spellStart"/>
      <w:r w:rsidR="008F7F52" w:rsidRPr="008F7F52">
        <w:t>Dzieci</w:t>
      </w:r>
      <w:proofErr w:type="spellEnd"/>
      <w:r w:rsidR="008F7F52" w:rsidRPr="008F7F52">
        <w:t xml:space="preserve"> 7–9 </w:t>
      </w:r>
      <w:proofErr w:type="spellStart"/>
      <w:r w:rsidR="008F7F52" w:rsidRPr="008F7F52">
        <w:t>lat</w:t>
      </w:r>
      <w:proofErr w:type="spellEnd"/>
      <w:r w:rsidR="008F7F52" w:rsidRPr="008F7F52">
        <w:t xml:space="preserve"> (</w:t>
      </w:r>
      <w:r w:rsidR="008F7F52">
        <w:t xml:space="preserve">od 1 do 3 </w:t>
      </w:r>
      <w:proofErr w:type="spellStart"/>
      <w:r w:rsidR="008F7F52">
        <w:t>klasy</w:t>
      </w:r>
      <w:proofErr w:type="spellEnd"/>
      <w:r w:rsidR="008F7F52">
        <w:t xml:space="preserve">  </w:t>
      </w:r>
      <w:r w:rsidR="008F7F52" w:rsidRPr="008F7F52">
        <w:t xml:space="preserve"> SP) </w:t>
      </w:r>
    </w:p>
    <w:p w:rsidR="008F7F52" w:rsidRPr="008F7F52" w:rsidRDefault="008F7F52" w:rsidP="008F7F52">
      <w:pPr>
        <w:spacing w:after="0"/>
        <w:jc w:val="both"/>
      </w:pPr>
      <w:r w:rsidRPr="008F7F52">
        <w:t xml:space="preserve">                     -</w:t>
      </w:r>
      <w:r>
        <w:t xml:space="preserve"> I</w:t>
      </w:r>
      <w:r w:rsidRPr="008F7F52">
        <w:t xml:space="preserve">I </w:t>
      </w:r>
      <w:r>
        <w:t xml:space="preserve"> </w:t>
      </w:r>
      <w:r w:rsidRPr="008F7F52">
        <w:t xml:space="preserve">- </w:t>
      </w:r>
      <w:r>
        <w:t xml:space="preserve"> </w:t>
      </w:r>
      <w:proofErr w:type="spellStart"/>
      <w:r w:rsidRPr="008F7F52">
        <w:t>Młodzież</w:t>
      </w:r>
      <w:proofErr w:type="spellEnd"/>
      <w:r w:rsidRPr="008F7F52">
        <w:t xml:space="preserve"> 10-15 </w:t>
      </w:r>
      <w:proofErr w:type="spellStart"/>
      <w:r w:rsidRPr="008F7F52">
        <w:t>lat</w:t>
      </w:r>
      <w:proofErr w:type="spellEnd"/>
      <w:r w:rsidRPr="008F7F52">
        <w:t xml:space="preserve"> (od 4 do 8 </w:t>
      </w:r>
      <w:proofErr w:type="spellStart"/>
      <w:r w:rsidRPr="008F7F52">
        <w:t>klasy</w:t>
      </w:r>
      <w:proofErr w:type="spellEnd"/>
      <w:r w:rsidRPr="008F7F52">
        <w:t xml:space="preserve"> SP</w:t>
      </w:r>
      <w:r>
        <w:t xml:space="preserve"> </w:t>
      </w:r>
      <w:r w:rsidRPr="008F7F52">
        <w:t>)</w:t>
      </w:r>
    </w:p>
    <w:p w:rsidR="008F7F52" w:rsidRDefault="008F7F52" w:rsidP="008F7F52">
      <w:pPr>
        <w:spacing w:after="0"/>
        <w:jc w:val="both"/>
      </w:pPr>
      <w:r w:rsidRPr="00F20358">
        <w:t xml:space="preserve">                     - III -  </w:t>
      </w:r>
      <w:proofErr w:type="spellStart"/>
      <w:r w:rsidRPr="00F20358">
        <w:t>Osoby</w:t>
      </w:r>
      <w:proofErr w:type="spellEnd"/>
      <w:r w:rsidRPr="00F20358">
        <w:t xml:space="preserve"> </w:t>
      </w:r>
      <w:proofErr w:type="spellStart"/>
      <w:r w:rsidRPr="00F20358">
        <w:t>powyżej</w:t>
      </w:r>
      <w:proofErr w:type="spellEnd"/>
      <w:r w:rsidRPr="00F20358">
        <w:t xml:space="preserve"> 16 </w:t>
      </w:r>
      <w:proofErr w:type="spellStart"/>
      <w:r w:rsidRPr="00F20358">
        <w:t>roku</w:t>
      </w:r>
      <w:proofErr w:type="spellEnd"/>
      <w:r w:rsidRPr="00F20358">
        <w:t xml:space="preserve"> </w:t>
      </w:r>
      <w:proofErr w:type="spellStart"/>
      <w:r w:rsidRPr="00F20358">
        <w:t>życia</w:t>
      </w:r>
      <w:proofErr w:type="spellEnd"/>
      <w:r w:rsidRPr="00F20358">
        <w:t xml:space="preserve"> ( </w:t>
      </w:r>
      <w:proofErr w:type="spellStart"/>
      <w:r w:rsidRPr="00F20358">
        <w:t>szkoły</w:t>
      </w:r>
      <w:proofErr w:type="spellEnd"/>
      <w:r w:rsidRPr="00F20358">
        <w:t xml:space="preserve"> </w:t>
      </w:r>
      <w:proofErr w:type="spellStart"/>
      <w:r w:rsidRPr="00F20358">
        <w:t>średnie</w:t>
      </w:r>
      <w:proofErr w:type="spellEnd"/>
      <w:r w:rsidRPr="00F20358">
        <w:t xml:space="preserve"> + </w:t>
      </w:r>
      <w:proofErr w:type="spellStart"/>
      <w:r w:rsidRPr="00F20358">
        <w:t>dorośli</w:t>
      </w:r>
      <w:proofErr w:type="spellEnd"/>
      <w:r w:rsidRPr="00F20358">
        <w:t>)</w:t>
      </w:r>
    </w:p>
    <w:p w:rsidR="00E27CBF" w:rsidRPr="00E27CBF" w:rsidRDefault="00E27CBF" w:rsidP="00E27CBF">
      <w:pPr>
        <w:spacing w:after="0"/>
        <w:jc w:val="both"/>
      </w:pPr>
      <w:r w:rsidRPr="00E27CBF">
        <w:t xml:space="preserve">2. </w:t>
      </w:r>
      <w:r>
        <w:t xml:space="preserve"> </w:t>
      </w:r>
      <w:proofErr w:type="spellStart"/>
      <w:r w:rsidRPr="00E27CBF">
        <w:t>Konkurs</w:t>
      </w:r>
      <w:proofErr w:type="spellEnd"/>
      <w:r w:rsidRPr="00E27CBF">
        <w:t xml:space="preserve"> </w:t>
      </w:r>
      <w:proofErr w:type="spellStart"/>
      <w:r w:rsidRPr="00E27CBF">
        <w:t>skierowany</w:t>
      </w:r>
      <w:proofErr w:type="spellEnd"/>
      <w:r w:rsidRPr="00E27CBF">
        <w:t xml:space="preserve"> jest dla </w:t>
      </w:r>
      <w:proofErr w:type="spellStart"/>
      <w:r w:rsidRPr="00E27CBF">
        <w:t>mieszkańców</w:t>
      </w:r>
      <w:proofErr w:type="spellEnd"/>
      <w:r w:rsidRPr="00E27CBF">
        <w:t xml:space="preserve"> </w:t>
      </w:r>
      <w:proofErr w:type="spellStart"/>
      <w:r w:rsidRPr="00E27CBF">
        <w:t>Gminy</w:t>
      </w:r>
      <w:proofErr w:type="spellEnd"/>
      <w:r w:rsidRPr="00E27CBF">
        <w:t xml:space="preserve"> </w:t>
      </w:r>
      <w:proofErr w:type="spellStart"/>
      <w:r w:rsidRPr="00E27CBF">
        <w:t>Pawłosiów</w:t>
      </w:r>
      <w:proofErr w:type="spellEnd"/>
      <w:r w:rsidRPr="00E27CBF">
        <w:t>.</w:t>
      </w:r>
    </w:p>
    <w:p w:rsidR="00E27CBF" w:rsidRPr="00F20358" w:rsidRDefault="00E27CBF" w:rsidP="008F7F52">
      <w:pPr>
        <w:spacing w:after="0"/>
        <w:jc w:val="both"/>
      </w:pPr>
    </w:p>
    <w:p w:rsidR="0097265C" w:rsidRPr="008127B3" w:rsidRDefault="0097265C">
      <w:pPr>
        <w:rPr>
          <w:color w:val="FF0000"/>
        </w:rPr>
      </w:pPr>
    </w:p>
    <w:p w:rsidR="000E0B79" w:rsidRDefault="00AA2426" w:rsidP="005564B7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t xml:space="preserve">§4 </w:t>
      </w:r>
    </w:p>
    <w:p w:rsidR="0097265C" w:rsidRPr="008127B3" w:rsidRDefault="000E0B79" w:rsidP="005564B7">
      <w:pPr>
        <w:pStyle w:val="Nagwek3"/>
        <w:jc w:val="center"/>
        <w:rPr>
          <w:color w:val="FF0000"/>
        </w:rPr>
      </w:pPr>
      <w:r>
        <w:rPr>
          <w:color w:val="FF0000"/>
        </w:rPr>
        <w:t>ZASADY UDZIAŁU</w:t>
      </w:r>
    </w:p>
    <w:p w:rsidR="005544C8" w:rsidRDefault="00AA2426" w:rsidP="005544C8">
      <w:pPr>
        <w:pStyle w:val="Akapitzlist"/>
        <w:numPr>
          <w:ilvl w:val="0"/>
          <w:numId w:val="10"/>
        </w:numPr>
        <w:jc w:val="both"/>
      </w:pPr>
      <w:proofErr w:type="spellStart"/>
      <w:r w:rsidRPr="005544C8">
        <w:t>Tematem</w:t>
      </w:r>
      <w:proofErr w:type="spellEnd"/>
      <w:r w:rsidRPr="005544C8">
        <w:t xml:space="preserve"> </w:t>
      </w:r>
      <w:proofErr w:type="spellStart"/>
      <w:r w:rsidRPr="005544C8">
        <w:t>pracy</w:t>
      </w:r>
      <w:proofErr w:type="spellEnd"/>
      <w:r w:rsidRPr="005544C8">
        <w:t xml:space="preserve"> jest </w:t>
      </w:r>
      <w:proofErr w:type="spellStart"/>
      <w:r w:rsidRPr="005544C8">
        <w:t>przedstawienie</w:t>
      </w:r>
      <w:proofErr w:type="spellEnd"/>
      <w:r w:rsidRPr="005544C8">
        <w:t xml:space="preserve"> </w:t>
      </w:r>
      <w:proofErr w:type="spellStart"/>
      <w:r w:rsidR="00E27CBF">
        <w:rPr>
          <w:b/>
        </w:rPr>
        <w:t>Polskich</w:t>
      </w:r>
      <w:proofErr w:type="spellEnd"/>
      <w:r w:rsidR="00E27CBF">
        <w:rPr>
          <w:b/>
        </w:rPr>
        <w:t xml:space="preserve"> </w:t>
      </w:r>
      <w:proofErr w:type="spellStart"/>
      <w:r w:rsidR="00E27CBF">
        <w:rPr>
          <w:b/>
        </w:rPr>
        <w:t>Symboli</w:t>
      </w:r>
      <w:proofErr w:type="spellEnd"/>
      <w:r w:rsidR="00E27CBF">
        <w:rPr>
          <w:b/>
        </w:rPr>
        <w:t xml:space="preserve"> </w:t>
      </w:r>
      <w:proofErr w:type="spellStart"/>
      <w:r w:rsidR="00E27CBF">
        <w:rPr>
          <w:b/>
        </w:rPr>
        <w:t>N</w:t>
      </w:r>
      <w:r w:rsidR="005544C8" w:rsidRPr="00E27CBF">
        <w:rPr>
          <w:b/>
        </w:rPr>
        <w:t>arodowych</w:t>
      </w:r>
      <w:proofErr w:type="spellEnd"/>
      <w:r w:rsidR="005544C8" w:rsidRPr="00E27CBF">
        <w:rPr>
          <w:b/>
        </w:rPr>
        <w:t>.</w:t>
      </w:r>
    </w:p>
    <w:p w:rsidR="00E27CBF" w:rsidRPr="00E27CBF" w:rsidRDefault="00E27CBF" w:rsidP="00E27CBF">
      <w:pPr>
        <w:pStyle w:val="Akapitzlist"/>
        <w:numPr>
          <w:ilvl w:val="0"/>
          <w:numId w:val="10"/>
        </w:numPr>
        <w:spacing w:after="0"/>
        <w:jc w:val="both"/>
        <w:rPr>
          <w:sz w:val="26"/>
          <w:szCs w:val="26"/>
        </w:rPr>
      </w:pPr>
      <w:proofErr w:type="spellStart"/>
      <w:r w:rsidRPr="00E27CBF">
        <w:lastRenderedPageBreak/>
        <w:t>Udział</w:t>
      </w:r>
      <w:proofErr w:type="spellEnd"/>
      <w:r w:rsidRPr="00E27CBF">
        <w:t xml:space="preserve"> w </w:t>
      </w:r>
      <w:proofErr w:type="spellStart"/>
      <w:r w:rsidRPr="00E27CBF">
        <w:t>konkursie</w:t>
      </w:r>
      <w:proofErr w:type="spellEnd"/>
      <w:r w:rsidRPr="00E27CBF">
        <w:t xml:space="preserve"> jest </w:t>
      </w:r>
      <w:proofErr w:type="spellStart"/>
      <w:r w:rsidRPr="00E27CBF">
        <w:t>bezpłatny</w:t>
      </w:r>
      <w:proofErr w:type="spellEnd"/>
      <w:r w:rsidRPr="00E27CBF">
        <w:t xml:space="preserve"> i </w:t>
      </w:r>
      <w:proofErr w:type="spellStart"/>
      <w:r w:rsidRPr="00E27CBF">
        <w:t>całkowicie</w:t>
      </w:r>
      <w:proofErr w:type="spellEnd"/>
      <w:r w:rsidRPr="00E27CBF">
        <w:t xml:space="preserve"> </w:t>
      </w:r>
      <w:proofErr w:type="spellStart"/>
      <w:r w:rsidRPr="00E27CBF">
        <w:t>dobrowolny</w:t>
      </w:r>
      <w:proofErr w:type="spellEnd"/>
      <w:r w:rsidRPr="00E27CBF">
        <w:rPr>
          <w:sz w:val="26"/>
          <w:szCs w:val="26"/>
        </w:rPr>
        <w:t>.</w:t>
      </w:r>
    </w:p>
    <w:p w:rsidR="005544C8" w:rsidRDefault="00AA2426" w:rsidP="005544C8">
      <w:pPr>
        <w:pStyle w:val="Akapitzlist"/>
        <w:numPr>
          <w:ilvl w:val="0"/>
          <w:numId w:val="10"/>
        </w:numPr>
        <w:jc w:val="both"/>
      </w:pPr>
      <w:proofErr w:type="spellStart"/>
      <w:r w:rsidRPr="005544C8">
        <w:t>Technika</w:t>
      </w:r>
      <w:proofErr w:type="spellEnd"/>
      <w:r w:rsidRPr="005544C8">
        <w:t xml:space="preserve"> </w:t>
      </w:r>
      <w:proofErr w:type="spellStart"/>
      <w:r w:rsidRPr="005544C8">
        <w:t>dowolna</w:t>
      </w:r>
      <w:proofErr w:type="spellEnd"/>
      <w:r w:rsidRPr="005544C8">
        <w:t xml:space="preserve">: </w:t>
      </w:r>
      <w:proofErr w:type="spellStart"/>
      <w:r w:rsidRPr="005544C8">
        <w:t>rysunek</w:t>
      </w:r>
      <w:proofErr w:type="spellEnd"/>
      <w:r w:rsidRPr="005544C8">
        <w:t xml:space="preserve">, </w:t>
      </w:r>
      <w:proofErr w:type="spellStart"/>
      <w:r w:rsidRPr="005544C8">
        <w:t>malarstwo</w:t>
      </w:r>
      <w:proofErr w:type="spellEnd"/>
      <w:r w:rsidRPr="005544C8">
        <w:t xml:space="preserve">, </w:t>
      </w:r>
      <w:proofErr w:type="spellStart"/>
      <w:r w:rsidRPr="005544C8">
        <w:t>kolaż</w:t>
      </w:r>
      <w:proofErr w:type="spellEnd"/>
      <w:r w:rsidRPr="005544C8">
        <w:t xml:space="preserve">, </w:t>
      </w:r>
      <w:proofErr w:type="spellStart"/>
      <w:r w:rsidRPr="005544C8">
        <w:t>grafika</w:t>
      </w:r>
      <w:proofErr w:type="spellEnd"/>
      <w:r w:rsidRPr="005544C8">
        <w:t xml:space="preserve"> </w:t>
      </w:r>
      <w:proofErr w:type="spellStart"/>
      <w:r w:rsidRPr="005544C8">
        <w:t>kom</w:t>
      </w:r>
      <w:r w:rsidR="005544C8">
        <w:t>puterowa</w:t>
      </w:r>
      <w:proofErr w:type="spellEnd"/>
      <w:r w:rsidR="005544C8">
        <w:t xml:space="preserve">, forma </w:t>
      </w:r>
      <w:proofErr w:type="spellStart"/>
      <w:r w:rsidR="005544C8">
        <w:t>przestrzenna</w:t>
      </w:r>
      <w:proofErr w:type="spellEnd"/>
      <w:r w:rsidR="005544C8">
        <w:t>.</w:t>
      </w:r>
    </w:p>
    <w:p w:rsidR="005544C8" w:rsidRPr="005544C8" w:rsidRDefault="00AA2426" w:rsidP="005544C8">
      <w:pPr>
        <w:pStyle w:val="Akapitzlist"/>
        <w:numPr>
          <w:ilvl w:val="0"/>
          <w:numId w:val="10"/>
        </w:numPr>
        <w:jc w:val="both"/>
      </w:pPr>
      <w:proofErr w:type="spellStart"/>
      <w:r w:rsidRPr="005544C8">
        <w:t>Każdy</w:t>
      </w:r>
      <w:proofErr w:type="spellEnd"/>
      <w:r w:rsidRPr="005544C8">
        <w:t xml:space="preserve"> </w:t>
      </w:r>
      <w:proofErr w:type="spellStart"/>
      <w:r w:rsidRPr="005544C8">
        <w:t>uczestnik</w:t>
      </w:r>
      <w:proofErr w:type="spellEnd"/>
      <w:r w:rsidRPr="005544C8">
        <w:t xml:space="preserve"> </w:t>
      </w:r>
      <w:proofErr w:type="spellStart"/>
      <w:r w:rsidRPr="005544C8">
        <w:t>może</w:t>
      </w:r>
      <w:proofErr w:type="spellEnd"/>
      <w:r w:rsidRPr="005544C8">
        <w:t xml:space="preserve"> </w:t>
      </w:r>
      <w:proofErr w:type="spellStart"/>
      <w:r w:rsidRPr="005544C8">
        <w:t>zgłosić</w:t>
      </w:r>
      <w:proofErr w:type="spellEnd"/>
      <w:r w:rsidRPr="005544C8">
        <w:t xml:space="preserve"> </w:t>
      </w:r>
      <w:proofErr w:type="spellStart"/>
      <w:r w:rsidRPr="005544C8">
        <w:t>maksymalnie</w:t>
      </w:r>
      <w:proofErr w:type="spellEnd"/>
      <w:r w:rsidRPr="005544C8">
        <w:t xml:space="preserve"> 1 </w:t>
      </w:r>
      <w:proofErr w:type="spellStart"/>
      <w:r w:rsidRPr="005544C8">
        <w:t>pracę</w:t>
      </w:r>
      <w:proofErr w:type="spellEnd"/>
      <w:r w:rsidRPr="005544C8">
        <w:t>.</w:t>
      </w:r>
    </w:p>
    <w:p w:rsidR="005544C8" w:rsidRPr="005544C8" w:rsidRDefault="005544C8" w:rsidP="005544C8">
      <w:pPr>
        <w:pStyle w:val="Akapitzlist"/>
        <w:numPr>
          <w:ilvl w:val="0"/>
          <w:numId w:val="10"/>
        </w:numPr>
        <w:spacing w:after="0"/>
        <w:jc w:val="both"/>
      </w:pPr>
      <w:proofErr w:type="spellStart"/>
      <w:r w:rsidRPr="005544C8">
        <w:rPr>
          <w:b/>
        </w:rPr>
        <w:t>Własnoręczne</w:t>
      </w:r>
      <w:proofErr w:type="spellEnd"/>
      <w:r w:rsidRPr="005544C8">
        <w:t xml:space="preserve"> </w:t>
      </w:r>
      <w:proofErr w:type="spellStart"/>
      <w:r w:rsidRPr="005544C8">
        <w:t>wykonanie</w:t>
      </w:r>
      <w:proofErr w:type="spellEnd"/>
      <w:r w:rsidRPr="005544C8">
        <w:t xml:space="preserve"> </w:t>
      </w:r>
      <w:proofErr w:type="spellStart"/>
      <w:r>
        <w:t>pracy</w:t>
      </w:r>
      <w:proofErr w:type="spellEnd"/>
      <w:r w:rsidRPr="005544C8">
        <w:t xml:space="preserve"> o </w:t>
      </w:r>
      <w:proofErr w:type="spellStart"/>
      <w:r w:rsidRPr="005544C8">
        <w:t>dowolnej</w:t>
      </w:r>
      <w:proofErr w:type="spellEnd"/>
      <w:r w:rsidRPr="005544C8">
        <w:t xml:space="preserve"> </w:t>
      </w:r>
      <w:proofErr w:type="spellStart"/>
      <w:r w:rsidRPr="005544C8">
        <w:t>wielkości</w:t>
      </w:r>
      <w:proofErr w:type="spellEnd"/>
      <w:r w:rsidRPr="005544C8">
        <w:t xml:space="preserve"> i </w:t>
      </w:r>
      <w:proofErr w:type="spellStart"/>
      <w:r w:rsidRPr="005544C8">
        <w:t>kształcie</w:t>
      </w:r>
      <w:proofErr w:type="spellEnd"/>
      <w:r w:rsidRPr="005544C8">
        <w:t xml:space="preserve"> z </w:t>
      </w:r>
      <w:proofErr w:type="spellStart"/>
      <w:r w:rsidRPr="005544C8">
        <w:t>przytwierdzoną</w:t>
      </w:r>
      <w:proofErr w:type="spellEnd"/>
      <w:r w:rsidRPr="005544C8">
        <w:t xml:space="preserve"> </w:t>
      </w:r>
      <w:proofErr w:type="spellStart"/>
      <w:r w:rsidRPr="005544C8">
        <w:t>na</w:t>
      </w:r>
      <w:proofErr w:type="spellEnd"/>
      <w:r w:rsidRPr="005544C8">
        <w:t xml:space="preserve"> </w:t>
      </w:r>
      <w:proofErr w:type="spellStart"/>
      <w:r w:rsidRPr="005544C8">
        <w:t>stałe</w:t>
      </w:r>
      <w:proofErr w:type="spellEnd"/>
      <w:r w:rsidRPr="005544C8">
        <w:t xml:space="preserve"> </w:t>
      </w:r>
      <w:proofErr w:type="spellStart"/>
      <w:r w:rsidRPr="005544C8">
        <w:t>metryczką</w:t>
      </w:r>
      <w:proofErr w:type="spellEnd"/>
      <w:r w:rsidRPr="005544C8">
        <w:t xml:space="preserve"> </w:t>
      </w:r>
      <w:proofErr w:type="spellStart"/>
      <w:r w:rsidRPr="005544C8">
        <w:t>informującą</w:t>
      </w:r>
      <w:proofErr w:type="spellEnd"/>
      <w:r w:rsidRPr="005544C8">
        <w:t xml:space="preserve"> o </w:t>
      </w:r>
      <w:proofErr w:type="spellStart"/>
      <w:r w:rsidRPr="005544C8">
        <w:t>danych</w:t>
      </w:r>
      <w:proofErr w:type="spellEnd"/>
      <w:r w:rsidRPr="005544C8">
        <w:t xml:space="preserve"> </w:t>
      </w:r>
      <w:proofErr w:type="spellStart"/>
      <w:r w:rsidRPr="005544C8">
        <w:t>wykonawcy</w:t>
      </w:r>
      <w:proofErr w:type="spellEnd"/>
      <w:r w:rsidRPr="005544C8">
        <w:t xml:space="preserve"> (</w:t>
      </w:r>
      <w:proofErr w:type="spellStart"/>
      <w:r w:rsidRPr="005544C8">
        <w:t>stanowiącą</w:t>
      </w:r>
      <w:proofErr w:type="spellEnd"/>
      <w:r w:rsidRPr="005544C8">
        <w:t xml:space="preserve">  </w:t>
      </w:r>
      <w:proofErr w:type="spellStart"/>
      <w:r w:rsidRPr="005544C8">
        <w:t>załącznik</w:t>
      </w:r>
      <w:proofErr w:type="spellEnd"/>
      <w:r w:rsidRPr="005544C8">
        <w:t xml:space="preserve"> </w:t>
      </w:r>
      <w:proofErr w:type="spellStart"/>
      <w:r w:rsidRPr="005544C8">
        <w:t>nr</w:t>
      </w:r>
      <w:proofErr w:type="spellEnd"/>
      <w:r w:rsidRPr="005544C8">
        <w:t xml:space="preserve">. 1 do </w:t>
      </w:r>
      <w:proofErr w:type="spellStart"/>
      <w:r w:rsidRPr="005544C8">
        <w:t>niniejszego</w:t>
      </w:r>
      <w:proofErr w:type="spellEnd"/>
      <w:r w:rsidRPr="005544C8">
        <w:t xml:space="preserve"> </w:t>
      </w:r>
      <w:proofErr w:type="spellStart"/>
      <w:r w:rsidRPr="005544C8">
        <w:t>Regulaminu</w:t>
      </w:r>
      <w:proofErr w:type="spellEnd"/>
      <w:r w:rsidRPr="005544C8">
        <w:t xml:space="preserve">) - </w:t>
      </w:r>
      <w:proofErr w:type="spellStart"/>
      <w:r w:rsidRPr="005544C8">
        <w:t>wzór</w:t>
      </w:r>
      <w:proofErr w:type="spellEnd"/>
      <w:r w:rsidRPr="005544C8">
        <w:t xml:space="preserve"> </w:t>
      </w:r>
      <w:proofErr w:type="spellStart"/>
      <w:r w:rsidRPr="005544C8">
        <w:t>dostępny</w:t>
      </w:r>
      <w:proofErr w:type="spellEnd"/>
      <w:r w:rsidRPr="005544C8">
        <w:t xml:space="preserve"> </w:t>
      </w:r>
      <w:proofErr w:type="spellStart"/>
      <w:r w:rsidRPr="005544C8">
        <w:t>na</w:t>
      </w:r>
      <w:proofErr w:type="spellEnd"/>
      <w:r w:rsidRPr="005544C8">
        <w:t xml:space="preserve"> </w:t>
      </w:r>
      <w:proofErr w:type="spellStart"/>
      <w:r w:rsidRPr="005544C8">
        <w:t>stronie</w:t>
      </w:r>
      <w:proofErr w:type="spellEnd"/>
      <w:r w:rsidRPr="005544C8">
        <w:t xml:space="preserve"> </w:t>
      </w:r>
      <w:proofErr w:type="spellStart"/>
      <w:r w:rsidRPr="005544C8">
        <w:t>internetowej</w:t>
      </w:r>
      <w:proofErr w:type="spellEnd"/>
      <w:r w:rsidRPr="005544C8">
        <w:t xml:space="preserve"> </w:t>
      </w:r>
      <w:proofErr w:type="spellStart"/>
      <w:r w:rsidRPr="005544C8">
        <w:t>Organizatorów</w:t>
      </w:r>
      <w:proofErr w:type="spellEnd"/>
      <w:r w:rsidRPr="005544C8">
        <w:t xml:space="preserve">. </w:t>
      </w:r>
    </w:p>
    <w:p w:rsidR="005544C8" w:rsidRDefault="005544C8" w:rsidP="005544C8">
      <w:pPr>
        <w:pStyle w:val="Akapitzlist"/>
        <w:numPr>
          <w:ilvl w:val="0"/>
          <w:numId w:val="10"/>
        </w:numPr>
        <w:spacing w:after="0"/>
        <w:jc w:val="both"/>
      </w:pPr>
      <w:r w:rsidRPr="005544C8">
        <w:t xml:space="preserve">W </w:t>
      </w:r>
      <w:proofErr w:type="spellStart"/>
      <w:r w:rsidRPr="005544C8">
        <w:t>celu</w:t>
      </w:r>
      <w:proofErr w:type="spellEnd"/>
      <w:r w:rsidRPr="005544C8">
        <w:t xml:space="preserve"> </w:t>
      </w:r>
      <w:proofErr w:type="spellStart"/>
      <w:r w:rsidRPr="005544C8">
        <w:t>łatwiejszego</w:t>
      </w:r>
      <w:proofErr w:type="spellEnd"/>
      <w:r w:rsidRPr="005544C8">
        <w:t xml:space="preserve"> </w:t>
      </w:r>
      <w:proofErr w:type="spellStart"/>
      <w:r w:rsidRPr="005544C8">
        <w:t>zakwalifikowania</w:t>
      </w:r>
      <w:proofErr w:type="spellEnd"/>
      <w:r w:rsidRPr="005544C8">
        <w:t xml:space="preserve"> </w:t>
      </w:r>
      <w:proofErr w:type="spellStart"/>
      <w:r w:rsidRPr="005544C8">
        <w:t>uczestnika</w:t>
      </w:r>
      <w:proofErr w:type="spellEnd"/>
      <w:r w:rsidRPr="005544C8">
        <w:t xml:space="preserve"> </w:t>
      </w:r>
      <w:proofErr w:type="spellStart"/>
      <w:r w:rsidRPr="005544C8">
        <w:t>konkursu</w:t>
      </w:r>
      <w:proofErr w:type="spellEnd"/>
      <w:r w:rsidRPr="005544C8">
        <w:t xml:space="preserve"> do </w:t>
      </w:r>
      <w:proofErr w:type="spellStart"/>
      <w:r w:rsidRPr="005544C8">
        <w:t>danej</w:t>
      </w:r>
      <w:proofErr w:type="spellEnd"/>
      <w:r w:rsidRPr="005544C8">
        <w:t xml:space="preserve"> </w:t>
      </w:r>
      <w:proofErr w:type="spellStart"/>
      <w:r w:rsidRPr="005544C8">
        <w:t>grupy</w:t>
      </w:r>
      <w:proofErr w:type="spellEnd"/>
      <w:r w:rsidRPr="005544C8">
        <w:t xml:space="preserve"> </w:t>
      </w:r>
      <w:proofErr w:type="spellStart"/>
      <w:r w:rsidRPr="005544C8">
        <w:t>wiekowej</w:t>
      </w:r>
      <w:proofErr w:type="spellEnd"/>
      <w:r w:rsidRPr="005544C8">
        <w:t xml:space="preserve">, </w:t>
      </w:r>
      <w:proofErr w:type="spellStart"/>
      <w:r w:rsidRPr="005544C8">
        <w:t>proszę</w:t>
      </w:r>
      <w:proofErr w:type="spellEnd"/>
      <w:r w:rsidRPr="005544C8">
        <w:t xml:space="preserve"> </w:t>
      </w:r>
      <w:proofErr w:type="spellStart"/>
      <w:r w:rsidRPr="005544C8">
        <w:t>na</w:t>
      </w:r>
      <w:proofErr w:type="spellEnd"/>
      <w:r w:rsidRPr="005544C8">
        <w:t xml:space="preserve"> </w:t>
      </w:r>
      <w:proofErr w:type="spellStart"/>
      <w:r w:rsidRPr="005544C8">
        <w:t>metryczce</w:t>
      </w:r>
      <w:proofErr w:type="spellEnd"/>
      <w:r w:rsidRPr="005544C8">
        <w:t xml:space="preserve"> </w:t>
      </w:r>
      <w:proofErr w:type="spellStart"/>
      <w:r w:rsidRPr="005544C8">
        <w:t>wpis</w:t>
      </w:r>
      <w:r>
        <w:t>ać</w:t>
      </w:r>
      <w:proofErr w:type="spellEnd"/>
      <w:r w:rsidRPr="005544C8">
        <w:t xml:space="preserve"> </w:t>
      </w:r>
      <w:proofErr w:type="spellStart"/>
      <w:r w:rsidRPr="005544C8">
        <w:t>klas</w:t>
      </w:r>
      <w:r>
        <w:t>ę</w:t>
      </w:r>
      <w:proofErr w:type="spellEnd"/>
      <w:r w:rsidR="00E27CBF">
        <w:t>,</w:t>
      </w:r>
      <w:r w:rsidRPr="005544C8">
        <w:t xml:space="preserve"> do </w:t>
      </w:r>
      <w:proofErr w:type="spellStart"/>
      <w:r w:rsidRPr="005544C8">
        <w:t>której</w:t>
      </w:r>
      <w:proofErr w:type="spellEnd"/>
      <w:r w:rsidRPr="005544C8">
        <w:t xml:space="preserve"> </w:t>
      </w:r>
      <w:proofErr w:type="spellStart"/>
      <w:r w:rsidRPr="005544C8">
        <w:t>uczęszcza</w:t>
      </w:r>
      <w:proofErr w:type="spellEnd"/>
      <w:r w:rsidRPr="005544C8">
        <w:t xml:space="preserve"> </w:t>
      </w:r>
      <w:proofErr w:type="spellStart"/>
      <w:r>
        <w:t>dziecko</w:t>
      </w:r>
      <w:proofErr w:type="spellEnd"/>
      <w:r w:rsidR="00E27CBF">
        <w:t>.</w:t>
      </w:r>
    </w:p>
    <w:p w:rsidR="000D0EE6" w:rsidRDefault="000D0EE6" w:rsidP="000D0EE6">
      <w:pPr>
        <w:pStyle w:val="Akapitzlist"/>
        <w:numPr>
          <w:ilvl w:val="0"/>
          <w:numId w:val="10"/>
        </w:numPr>
        <w:spacing w:after="0"/>
        <w:jc w:val="both"/>
      </w:pPr>
      <w:proofErr w:type="spellStart"/>
      <w:r w:rsidRPr="000D0EE6">
        <w:t>Uczestnicy</w:t>
      </w:r>
      <w:proofErr w:type="spellEnd"/>
      <w:r w:rsidRPr="000D0EE6">
        <w:t xml:space="preserve"> </w:t>
      </w:r>
      <w:proofErr w:type="spellStart"/>
      <w:r w:rsidRPr="000D0EE6">
        <w:t>konkursu</w:t>
      </w:r>
      <w:proofErr w:type="spellEnd"/>
      <w:r w:rsidRPr="000D0EE6">
        <w:t xml:space="preserve"> </w:t>
      </w:r>
      <w:proofErr w:type="spellStart"/>
      <w:r w:rsidRPr="000D0EE6">
        <w:t>wyrażają</w:t>
      </w:r>
      <w:proofErr w:type="spellEnd"/>
      <w:r w:rsidRPr="000D0EE6">
        <w:t xml:space="preserve"> </w:t>
      </w:r>
      <w:proofErr w:type="spellStart"/>
      <w:r w:rsidRPr="000D0EE6">
        <w:t>zgodę</w:t>
      </w:r>
      <w:proofErr w:type="spellEnd"/>
      <w:r w:rsidRPr="000D0EE6">
        <w:t xml:space="preserve">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podanie</w:t>
      </w:r>
      <w:proofErr w:type="spellEnd"/>
      <w:r w:rsidRPr="000D0EE6">
        <w:t xml:space="preserve">, </w:t>
      </w:r>
      <w:proofErr w:type="spellStart"/>
      <w:r w:rsidRPr="000D0EE6">
        <w:t>przetwarzanie</w:t>
      </w:r>
      <w:proofErr w:type="spellEnd"/>
      <w:r w:rsidRPr="000D0EE6">
        <w:t xml:space="preserve"> </w:t>
      </w:r>
      <w:r w:rsidRPr="000D0EE6">
        <w:br/>
        <w:t xml:space="preserve">i </w:t>
      </w:r>
      <w:proofErr w:type="spellStart"/>
      <w:r w:rsidRPr="000D0EE6">
        <w:t>publikowanie</w:t>
      </w:r>
      <w:proofErr w:type="spellEnd"/>
      <w:r w:rsidRPr="000D0EE6">
        <w:t xml:space="preserve"> </w:t>
      </w:r>
      <w:proofErr w:type="spellStart"/>
      <w:r w:rsidRPr="000D0EE6">
        <w:t>swoich</w:t>
      </w:r>
      <w:proofErr w:type="spellEnd"/>
      <w:r w:rsidRPr="000D0EE6">
        <w:t xml:space="preserve"> </w:t>
      </w:r>
      <w:proofErr w:type="spellStart"/>
      <w:r w:rsidRPr="000D0EE6">
        <w:t>danych</w:t>
      </w:r>
      <w:proofErr w:type="spellEnd"/>
      <w:r w:rsidRPr="000D0EE6">
        <w:t xml:space="preserve"> </w:t>
      </w:r>
      <w:proofErr w:type="spellStart"/>
      <w:r w:rsidRPr="000D0EE6">
        <w:t>osobowych</w:t>
      </w:r>
      <w:proofErr w:type="spellEnd"/>
      <w:r w:rsidRPr="000D0EE6">
        <w:t xml:space="preserve">, w </w:t>
      </w:r>
      <w:proofErr w:type="spellStart"/>
      <w:r w:rsidRPr="000D0EE6">
        <w:t>mediach</w:t>
      </w:r>
      <w:proofErr w:type="spellEnd"/>
      <w:r w:rsidRPr="000D0EE6">
        <w:t xml:space="preserve"> </w:t>
      </w:r>
      <w:proofErr w:type="spellStart"/>
      <w:r w:rsidRPr="000D0EE6">
        <w:t>oraz</w:t>
      </w:r>
      <w:proofErr w:type="spellEnd"/>
      <w:r w:rsidRPr="000D0EE6">
        <w:t xml:space="preserve">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stronach</w:t>
      </w:r>
      <w:proofErr w:type="spellEnd"/>
      <w:r w:rsidRPr="000D0EE6">
        <w:t xml:space="preserve"> </w:t>
      </w:r>
      <w:proofErr w:type="spellStart"/>
      <w:r w:rsidRPr="000D0EE6">
        <w:t>internetowych</w:t>
      </w:r>
      <w:proofErr w:type="spellEnd"/>
      <w:r w:rsidRPr="000D0EE6">
        <w:t xml:space="preserve"> </w:t>
      </w:r>
      <w:proofErr w:type="spellStart"/>
      <w:r w:rsidRPr="000D0EE6">
        <w:t>Organizatorów</w:t>
      </w:r>
      <w:proofErr w:type="spellEnd"/>
      <w:r w:rsidRPr="000D0EE6">
        <w:t xml:space="preserve">,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potrzeby</w:t>
      </w:r>
      <w:proofErr w:type="spellEnd"/>
      <w:r w:rsidRPr="000D0EE6">
        <w:t xml:space="preserve"> </w:t>
      </w:r>
      <w:proofErr w:type="spellStart"/>
      <w:r w:rsidRPr="000D0EE6">
        <w:t>przeprowadzenia</w:t>
      </w:r>
      <w:proofErr w:type="spellEnd"/>
      <w:r w:rsidRPr="000D0EE6">
        <w:t xml:space="preserve"> </w:t>
      </w:r>
      <w:proofErr w:type="spellStart"/>
      <w:r w:rsidRPr="000D0EE6">
        <w:t>Konkursu</w:t>
      </w:r>
      <w:proofErr w:type="spellEnd"/>
      <w:r>
        <w:t xml:space="preserve"> (</w:t>
      </w:r>
      <w:proofErr w:type="spellStart"/>
      <w:r w:rsidRPr="000D0EE6">
        <w:t>Załącznik</w:t>
      </w:r>
      <w:proofErr w:type="spellEnd"/>
      <w:r w:rsidRPr="000D0EE6">
        <w:t xml:space="preserve"> </w:t>
      </w:r>
      <w:proofErr w:type="spellStart"/>
      <w:r w:rsidRPr="000D0EE6">
        <w:t>nr</w:t>
      </w:r>
      <w:proofErr w:type="spellEnd"/>
      <w:r w:rsidRPr="000D0EE6">
        <w:t xml:space="preserve">. 2 do </w:t>
      </w:r>
      <w:proofErr w:type="spellStart"/>
      <w:r w:rsidRPr="000D0EE6">
        <w:t>niniejszego</w:t>
      </w:r>
      <w:proofErr w:type="spellEnd"/>
      <w:r w:rsidRPr="000D0EE6">
        <w:t xml:space="preserve"> </w:t>
      </w:r>
      <w:proofErr w:type="spellStart"/>
      <w:r w:rsidRPr="000D0EE6">
        <w:t>Regulaminu</w:t>
      </w:r>
      <w:proofErr w:type="spellEnd"/>
      <w:r w:rsidRPr="000D0EE6">
        <w:t>).</w:t>
      </w:r>
    </w:p>
    <w:p w:rsidR="005544C8" w:rsidRDefault="005544C8" w:rsidP="005544C8">
      <w:pPr>
        <w:pStyle w:val="Akapitzlist"/>
        <w:numPr>
          <w:ilvl w:val="0"/>
          <w:numId w:val="10"/>
        </w:numPr>
        <w:spacing w:after="0"/>
        <w:jc w:val="both"/>
      </w:pPr>
      <w:r w:rsidRPr="005544C8">
        <w:t xml:space="preserve"> </w:t>
      </w:r>
      <w:proofErr w:type="spellStart"/>
      <w:r w:rsidRPr="005544C8">
        <w:t>Wypełnienie</w:t>
      </w:r>
      <w:proofErr w:type="spellEnd"/>
      <w:r w:rsidRPr="005544C8">
        <w:t xml:space="preserve"> </w:t>
      </w:r>
      <w:proofErr w:type="spellStart"/>
      <w:r w:rsidRPr="005544C8">
        <w:t>Formularza</w:t>
      </w:r>
      <w:proofErr w:type="spellEnd"/>
      <w:r w:rsidRPr="005544C8">
        <w:t xml:space="preserve"> - </w:t>
      </w:r>
      <w:proofErr w:type="spellStart"/>
      <w:r w:rsidRPr="005544C8">
        <w:t>Zgody</w:t>
      </w:r>
      <w:proofErr w:type="spellEnd"/>
      <w:r w:rsidRPr="005544C8">
        <w:t xml:space="preserve"> </w:t>
      </w:r>
      <w:proofErr w:type="spellStart"/>
      <w:r w:rsidRPr="005544C8">
        <w:t>na</w:t>
      </w:r>
      <w:proofErr w:type="spellEnd"/>
      <w:r w:rsidRPr="005544C8">
        <w:t xml:space="preserve"> </w:t>
      </w:r>
      <w:proofErr w:type="spellStart"/>
      <w:r w:rsidRPr="005544C8">
        <w:t>przetwarzanie</w:t>
      </w:r>
      <w:proofErr w:type="spellEnd"/>
      <w:r w:rsidRPr="005544C8">
        <w:t xml:space="preserve"> </w:t>
      </w:r>
      <w:proofErr w:type="spellStart"/>
      <w:r w:rsidRPr="005544C8">
        <w:t>danych</w:t>
      </w:r>
      <w:proofErr w:type="spellEnd"/>
      <w:r w:rsidRPr="005544C8">
        <w:t xml:space="preserve"> </w:t>
      </w:r>
      <w:proofErr w:type="spellStart"/>
      <w:r w:rsidRPr="005544C8">
        <w:t>osobowych</w:t>
      </w:r>
      <w:proofErr w:type="spellEnd"/>
      <w:r w:rsidRPr="005544C8">
        <w:t xml:space="preserve"> </w:t>
      </w:r>
      <w:proofErr w:type="spellStart"/>
      <w:r w:rsidRPr="005544C8">
        <w:t>uczestnika</w:t>
      </w:r>
      <w:proofErr w:type="spellEnd"/>
      <w:r w:rsidRPr="005544C8">
        <w:t xml:space="preserve"> </w:t>
      </w:r>
      <w:proofErr w:type="spellStart"/>
      <w:r w:rsidRPr="005544C8">
        <w:t>konkursu</w:t>
      </w:r>
      <w:proofErr w:type="spellEnd"/>
      <w:r w:rsidRPr="005544C8">
        <w:t xml:space="preserve"> (</w:t>
      </w:r>
      <w:proofErr w:type="spellStart"/>
      <w:r w:rsidRPr="005544C8">
        <w:t>stanowiącego</w:t>
      </w:r>
      <w:proofErr w:type="spellEnd"/>
      <w:r w:rsidRPr="005544C8">
        <w:t xml:space="preserve"> </w:t>
      </w:r>
      <w:proofErr w:type="spellStart"/>
      <w:r w:rsidRPr="005544C8">
        <w:t>załącznik</w:t>
      </w:r>
      <w:proofErr w:type="spellEnd"/>
      <w:r w:rsidRPr="005544C8">
        <w:t xml:space="preserve"> </w:t>
      </w:r>
      <w:proofErr w:type="spellStart"/>
      <w:r w:rsidRPr="005544C8">
        <w:t>nr</w:t>
      </w:r>
      <w:proofErr w:type="spellEnd"/>
      <w:r w:rsidRPr="005544C8">
        <w:t xml:space="preserve">. 2 do </w:t>
      </w:r>
      <w:proofErr w:type="spellStart"/>
      <w:r w:rsidRPr="005544C8">
        <w:t>niniejszego</w:t>
      </w:r>
      <w:proofErr w:type="spellEnd"/>
      <w:r w:rsidRPr="005544C8">
        <w:t xml:space="preserve"> </w:t>
      </w:r>
      <w:proofErr w:type="spellStart"/>
      <w:r w:rsidRPr="005544C8">
        <w:t>Regulaminu</w:t>
      </w:r>
      <w:proofErr w:type="spellEnd"/>
      <w:r w:rsidRPr="005544C8">
        <w:t xml:space="preserve">). W </w:t>
      </w:r>
      <w:proofErr w:type="spellStart"/>
      <w:r w:rsidRPr="005544C8">
        <w:t>przypadku</w:t>
      </w:r>
      <w:proofErr w:type="spellEnd"/>
      <w:r w:rsidRPr="005544C8">
        <w:t xml:space="preserve"> </w:t>
      </w:r>
      <w:proofErr w:type="spellStart"/>
      <w:r w:rsidRPr="005544C8">
        <w:t>osób</w:t>
      </w:r>
      <w:proofErr w:type="spellEnd"/>
      <w:r w:rsidRPr="005544C8">
        <w:t xml:space="preserve"> </w:t>
      </w:r>
      <w:proofErr w:type="spellStart"/>
      <w:r w:rsidRPr="005544C8">
        <w:t>niepełnoletnich</w:t>
      </w:r>
      <w:proofErr w:type="spellEnd"/>
      <w:r w:rsidRPr="005544C8">
        <w:t xml:space="preserve"> </w:t>
      </w:r>
      <w:proofErr w:type="spellStart"/>
      <w:r w:rsidRPr="005544C8">
        <w:t>zgodę</w:t>
      </w:r>
      <w:proofErr w:type="spellEnd"/>
      <w:r w:rsidRPr="005544C8">
        <w:t xml:space="preserve"> </w:t>
      </w:r>
      <w:proofErr w:type="spellStart"/>
      <w:r w:rsidRPr="005544C8">
        <w:t>podpisuje</w:t>
      </w:r>
      <w:proofErr w:type="spellEnd"/>
      <w:r w:rsidRPr="005544C8">
        <w:t xml:space="preserve"> </w:t>
      </w:r>
      <w:proofErr w:type="spellStart"/>
      <w:r w:rsidRPr="005544C8">
        <w:t>rodzic</w:t>
      </w:r>
      <w:proofErr w:type="spellEnd"/>
      <w:r w:rsidRPr="005544C8">
        <w:t xml:space="preserve"> </w:t>
      </w:r>
      <w:proofErr w:type="spellStart"/>
      <w:r w:rsidRPr="005544C8">
        <w:t>lub</w:t>
      </w:r>
      <w:proofErr w:type="spellEnd"/>
      <w:r w:rsidRPr="005544C8">
        <w:t xml:space="preserve"> </w:t>
      </w:r>
      <w:proofErr w:type="spellStart"/>
      <w:r w:rsidRPr="005544C8">
        <w:t>opiekun</w:t>
      </w:r>
      <w:proofErr w:type="spellEnd"/>
      <w:r w:rsidRPr="005544C8">
        <w:t xml:space="preserve"> </w:t>
      </w:r>
      <w:proofErr w:type="spellStart"/>
      <w:r w:rsidRPr="005544C8">
        <w:t>prawny</w:t>
      </w:r>
      <w:proofErr w:type="spellEnd"/>
      <w:r w:rsidRPr="005544C8">
        <w:t xml:space="preserve">. </w:t>
      </w:r>
      <w:proofErr w:type="spellStart"/>
      <w:r w:rsidRPr="005544C8">
        <w:t>Formularz</w:t>
      </w:r>
      <w:proofErr w:type="spellEnd"/>
      <w:r w:rsidRPr="005544C8">
        <w:t xml:space="preserve"> </w:t>
      </w:r>
      <w:proofErr w:type="spellStart"/>
      <w:r w:rsidRPr="005544C8">
        <w:t>dostępny</w:t>
      </w:r>
      <w:proofErr w:type="spellEnd"/>
      <w:r w:rsidRPr="005544C8">
        <w:t xml:space="preserve"> jest </w:t>
      </w:r>
      <w:proofErr w:type="spellStart"/>
      <w:r w:rsidRPr="005544C8">
        <w:t>na</w:t>
      </w:r>
      <w:proofErr w:type="spellEnd"/>
      <w:r w:rsidRPr="005544C8">
        <w:t xml:space="preserve"> </w:t>
      </w:r>
      <w:proofErr w:type="spellStart"/>
      <w:r w:rsidRPr="005544C8">
        <w:t>stronie</w:t>
      </w:r>
      <w:proofErr w:type="spellEnd"/>
      <w:r w:rsidRPr="005544C8">
        <w:t xml:space="preserve"> </w:t>
      </w:r>
      <w:proofErr w:type="spellStart"/>
      <w:r w:rsidRPr="005544C8">
        <w:t>internetowej</w:t>
      </w:r>
      <w:proofErr w:type="spellEnd"/>
      <w:r w:rsidRPr="005544C8">
        <w:t xml:space="preserve"> </w:t>
      </w:r>
      <w:proofErr w:type="spellStart"/>
      <w:r w:rsidRPr="005544C8">
        <w:t>Organizatorów</w:t>
      </w:r>
      <w:proofErr w:type="spellEnd"/>
      <w:r w:rsidRPr="005544C8">
        <w:t>.</w:t>
      </w:r>
    </w:p>
    <w:p w:rsidR="008E33E9" w:rsidRDefault="008E33E9" w:rsidP="008E33E9">
      <w:pPr>
        <w:pStyle w:val="Akapitzlist"/>
        <w:spacing w:after="0"/>
        <w:ind w:left="785"/>
        <w:jc w:val="both"/>
      </w:pPr>
      <w:bookmarkStart w:id="0" w:name="_GoBack"/>
      <w:bookmarkEnd w:id="0"/>
    </w:p>
    <w:p w:rsidR="008F7F52" w:rsidRPr="000E0B79" w:rsidRDefault="008F7F52" w:rsidP="008F7F52">
      <w:pPr>
        <w:jc w:val="center"/>
        <w:rPr>
          <w:b/>
          <w:color w:val="FF0000"/>
        </w:rPr>
      </w:pPr>
      <w:r w:rsidRPr="000E0B79">
        <w:rPr>
          <w:b/>
          <w:color w:val="FF0000"/>
        </w:rPr>
        <w:t xml:space="preserve">§ 5 </w:t>
      </w:r>
    </w:p>
    <w:p w:rsidR="008F7F52" w:rsidRPr="000E0B79" w:rsidRDefault="00E27CBF" w:rsidP="008F7F52">
      <w:pPr>
        <w:jc w:val="center"/>
        <w:rPr>
          <w:rFonts w:asciiTheme="majorHAnsi" w:hAnsiTheme="majorHAnsi" w:cstheme="majorHAnsi"/>
          <w:b/>
          <w:color w:val="FF0000"/>
        </w:rPr>
      </w:pPr>
      <w:r>
        <w:rPr>
          <w:rFonts w:asciiTheme="majorHAnsi" w:hAnsiTheme="majorHAnsi" w:cstheme="majorHAnsi"/>
          <w:b/>
          <w:color w:val="FF0000"/>
        </w:rPr>
        <w:t>TERMIN ,</w:t>
      </w:r>
      <w:r w:rsidR="008F7F52" w:rsidRPr="000E0B79">
        <w:rPr>
          <w:rFonts w:asciiTheme="majorHAnsi" w:hAnsiTheme="majorHAnsi" w:cstheme="majorHAnsi"/>
          <w:b/>
          <w:color w:val="FF0000"/>
        </w:rPr>
        <w:t xml:space="preserve"> MIEJSCE I ZASADY SKŁADANIA PRAC KONKURSOWYCH</w:t>
      </w:r>
    </w:p>
    <w:p w:rsidR="008F7F52" w:rsidRPr="008F7F52" w:rsidRDefault="008F7F52" w:rsidP="008F7F52">
      <w:pPr>
        <w:pStyle w:val="Akapitzlist"/>
        <w:numPr>
          <w:ilvl w:val="0"/>
          <w:numId w:val="13"/>
        </w:numPr>
        <w:spacing w:after="160" w:line="259" w:lineRule="auto"/>
        <w:jc w:val="both"/>
      </w:pPr>
      <w:proofErr w:type="spellStart"/>
      <w:r w:rsidRPr="008F7F52">
        <w:t>Konkurs</w:t>
      </w:r>
      <w:proofErr w:type="spellEnd"/>
      <w:r w:rsidRPr="008F7F52">
        <w:t xml:space="preserve"> </w:t>
      </w:r>
      <w:proofErr w:type="spellStart"/>
      <w:r w:rsidRPr="008F7F52">
        <w:t>odbędzie</w:t>
      </w:r>
      <w:proofErr w:type="spellEnd"/>
      <w:r w:rsidRPr="008F7F52">
        <w:t xml:space="preserve"> </w:t>
      </w:r>
      <w:proofErr w:type="spellStart"/>
      <w:r w:rsidRPr="008F7F52">
        <w:t>się</w:t>
      </w:r>
      <w:proofErr w:type="spellEnd"/>
      <w:r w:rsidRPr="008F7F52">
        <w:t xml:space="preserve"> w </w:t>
      </w:r>
      <w:proofErr w:type="spellStart"/>
      <w:r w:rsidRPr="008F7F52">
        <w:t>dwóch</w:t>
      </w:r>
      <w:proofErr w:type="spellEnd"/>
      <w:r w:rsidRPr="008F7F52">
        <w:t xml:space="preserve"> </w:t>
      </w:r>
      <w:proofErr w:type="spellStart"/>
      <w:r w:rsidRPr="008F7F52">
        <w:t>etapach</w:t>
      </w:r>
      <w:proofErr w:type="spellEnd"/>
    </w:p>
    <w:p w:rsidR="008F7F52" w:rsidRPr="008F7F52" w:rsidRDefault="008F7F52" w:rsidP="008F7F52">
      <w:pPr>
        <w:pStyle w:val="Akapitzlist"/>
        <w:numPr>
          <w:ilvl w:val="0"/>
          <w:numId w:val="14"/>
        </w:numPr>
        <w:spacing w:after="160" w:line="259" w:lineRule="auto"/>
        <w:jc w:val="both"/>
      </w:pPr>
      <w:r w:rsidRPr="008F7F52">
        <w:t xml:space="preserve">I </w:t>
      </w:r>
      <w:proofErr w:type="spellStart"/>
      <w:r w:rsidRPr="008F7F52">
        <w:t>etap</w:t>
      </w:r>
      <w:proofErr w:type="spellEnd"/>
      <w:r w:rsidRPr="008F7F52">
        <w:t xml:space="preserve"> </w:t>
      </w:r>
      <w:proofErr w:type="spellStart"/>
      <w:r w:rsidRPr="008F7F52">
        <w:t>konkursu</w:t>
      </w:r>
      <w:proofErr w:type="spellEnd"/>
      <w:r w:rsidRPr="008F7F52">
        <w:t xml:space="preserve"> </w:t>
      </w:r>
      <w:proofErr w:type="spellStart"/>
      <w:r w:rsidRPr="008F7F52">
        <w:t>do</w:t>
      </w:r>
      <w:r>
        <w:t>tyczy</w:t>
      </w:r>
      <w:proofErr w:type="spellEnd"/>
      <w:r>
        <w:t xml:space="preserve"> </w:t>
      </w:r>
      <w:proofErr w:type="spellStart"/>
      <w:r>
        <w:t>grupy</w:t>
      </w:r>
      <w:proofErr w:type="spellEnd"/>
      <w:r>
        <w:t xml:space="preserve"> </w:t>
      </w:r>
      <w:proofErr w:type="spellStart"/>
      <w:r>
        <w:t>wiekowej</w:t>
      </w:r>
      <w:proofErr w:type="spellEnd"/>
      <w:r>
        <w:t xml:space="preserve"> od I do II</w:t>
      </w:r>
      <w:r w:rsidRPr="008F7F52">
        <w:t xml:space="preserve"> i </w:t>
      </w:r>
      <w:proofErr w:type="spellStart"/>
      <w:r w:rsidRPr="008F7F52">
        <w:t>wyłoni</w:t>
      </w:r>
      <w:proofErr w:type="spellEnd"/>
      <w:r w:rsidRPr="008F7F52">
        <w:t xml:space="preserve"> </w:t>
      </w:r>
      <w:proofErr w:type="spellStart"/>
      <w:r w:rsidRPr="008F7F52">
        <w:t>prace</w:t>
      </w:r>
      <w:proofErr w:type="spellEnd"/>
      <w:r w:rsidRPr="008F7F52">
        <w:t xml:space="preserve"> do II </w:t>
      </w:r>
      <w:proofErr w:type="spellStart"/>
      <w:r w:rsidRPr="008F7F52">
        <w:t>etapu</w:t>
      </w:r>
      <w:proofErr w:type="spellEnd"/>
      <w:r w:rsidRPr="008F7F52">
        <w:t xml:space="preserve"> </w:t>
      </w:r>
      <w:proofErr w:type="spellStart"/>
      <w:r w:rsidRPr="008F7F52">
        <w:t>Konkursu</w:t>
      </w:r>
      <w:proofErr w:type="spellEnd"/>
      <w:r w:rsidRPr="008F7F52">
        <w:t xml:space="preserve"> </w:t>
      </w:r>
      <w:proofErr w:type="spellStart"/>
      <w:r w:rsidRPr="008F7F52">
        <w:t>Gminnego</w:t>
      </w:r>
      <w:proofErr w:type="spellEnd"/>
      <w:r w:rsidRPr="008F7F52">
        <w:t xml:space="preserve"> </w:t>
      </w:r>
    </w:p>
    <w:p w:rsidR="008F7F52" w:rsidRPr="00F20358" w:rsidRDefault="008F7F52" w:rsidP="008F7F52">
      <w:pPr>
        <w:pStyle w:val="Akapitzlist"/>
        <w:numPr>
          <w:ilvl w:val="0"/>
          <w:numId w:val="14"/>
        </w:numPr>
        <w:spacing w:after="160" w:line="259" w:lineRule="auto"/>
        <w:jc w:val="both"/>
      </w:pPr>
      <w:r w:rsidRPr="00F20358">
        <w:t xml:space="preserve">II </w:t>
      </w:r>
      <w:proofErr w:type="spellStart"/>
      <w:r w:rsidRPr="00F20358">
        <w:t>etap</w:t>
      </w:r>
      <w:proofErr w:type="spellEnd"/>
      <w:r w:rsidRPr="00F20358">
        <w:t xml:space="preserve"> </w:t>
      </w:r>
      <w:proofErr w:type="spellStart"/>
      <w:r w:rsidRPr="00F20358">
        <w:t>konkursu</w:t>
      </w:r>
      <w:proofErr w:type="spellEnd"/>
      <w:r w:rsidRPr="00F20358">
        <w:t xml:space="preserve"> </w:t>
      </w:r>
      <w:r w:rsidR="00E27CBF">
        <w:t>(</w:t>
      </w:r>
      <w:proofErr w:type="spellStart"/>
      <w:r w:rsidR="00E27CBF">
        <w:t>O</w:t>
      </w:r>
      <w:r w:rsidR="00E27CBF" w:rsidRPr="00F20358">
        <w:t>głoszenie</w:t>
      </w:r>
      <w:proofErr w:type="spellEnd"/>
      <w:r w:rsidR="00E27CBF" w:rsidRPr="00F20358">
        <w:t xml:space="preserve"> </w:t>
      </w:r>
      <w:proofErr w:type="spellStart"/>
      <w:r w:rsidR="00E27CBF" w:rsidRPr="00F20358">
        <w:t>wyników</w:t>
      </w:r>
      <w:proofErr w:type="spellEnd"/>
      <w:r w:rsidR="00E27CBF" w:rsidRPr="00F20358">
        <w:t xml:space="preserve"> </w:t>
      </w:r>
      <w:proofErr w:type="spellStart"/>
      <w:r w:rsidR="00E27CBF" w:rsidRPr="00F20358">
        <w:t>konkursu</w:t>
      </w:r>
      <w:proofErr w:type="spellEnd"/>
      <w:r w:rsidR="00E27CBF" w:rsidRPr="00F20358">
        <w:t xml:space="preserve"> i </w:t>
      </w:r>
      <w:proofErr w:type="spellStart"/>
      <w:r w:rsidR="00E27CBF" w:rsidRPr="00F20358">
        <w:t>wręczenie</w:t>
      </w:r>
      <w:proofErr w:type="spellEnd"/>
      <w:r w:rsidR="00E27CBF" w:rsidRPr="00F20358">
        <w:t xml:space="preserve"> </w:t>
      </w:r>
      <w:proofErr w:type="spellStart"/>
      <w:r w:rsidR="00E27CBF" w:rsidRPr="00F20358">
        <w:t>nagród</w:t>
      </w:r>
      <w:proofErr w:type="spellEnd"/>
      <w:r w:rsidR="00E27CBF">
        <w:t xml:space="preserve">) </w:t>
      </w:r>
      <w:proofErr w:type="spellStart"/>
      <w:r w:rsidRPr="00F20358">
        <w:t>dotyczy</w:t>
      </w:r>
      <w:proofErr w:type="spellEnd"/>
      <w:r w:rsidRPr="00F20358">
        <w:t xml:space="preserve"> III </w:t>
      </w:r>
      <w:proofErr w:type="spellStart"/>
      <w:r w:rsidRPr="00F20358">
        <w:t>grupy</w:t>
      </w:r>
      <w:proofErr w:type="spellEnd"/>
      <w:r w:rsidRPr="00F20358">
        <w:t xml:space="preserve"> </w:t>
      </w:r>
      <w:proofErr w:type="spellStart"/>
      <w:r w:rsidRPr="00F20358">
        <w:t>wiekowej</w:t>
      </w:r>
      <w:proofErr w:type="spellEnd"/>
      <w:r w:rsidRPr="00F20358">
        <w:t xml:space="preserve"> </w:t>
      </w:r>
      <w:proofErr w:type="spellStart"/>
      <w:r w:rsidRPr="00F20358">
        <w:t>oraz</w:t>
      </w:r>
      <w:proofErr w:type="spellEnd"/>
      <w:r w:rsidRPr="00F20358">
        <w:t xml:space="preserve"> </w:t>
      </w:r>
      <w:proofErr w:type="spellStart"/>
      <w:r w:rsidRPr="00F20358">
        <w:t>laureatów</w:t>
      </w:r>
      <w:proofErr w:type="spellEnd"/>
      <w:r w:rsidRPr="00F20358">
        <w:t xml:space="preserve"> I </w:t>
      </w:r>
      <w:proofErr w:type="spellStart"/>
      <w:r w:rsidRPr="00F20358">
        <w:t>etapu</w:t>
      </w:r>
      <w:proofErr w:type="spellEnd"/>
      <w:r w:rsidRPr="00F20358">
        <w:t xml:space="preserve">. </w:t>
      </w:r>
    </w:p>
    <w:p w:rsidR="008F7F52" w:rsidRPr="008F7F52" w:rsidRDefault="008F7F52" w:rsidP="008F7F52">
      <w:pPr>
        <w:pStyle w:val="Akapitzlist"/>
        <w:numPr>
          <w:ilvl w:val="0"/>
          <w:numId w:val="14"/>
        </w:numPr>
        <w:spacing w:after="0"/>
        <w:jc w:val="both"/>
      </w:pPr>
      <w:r w:rsidRPr="008F7F52">
        <w:t xml:space="preserve">Dla </w:t>
      </w:r>
      <w:proofErr w:type="spellStart"/>
      <w:r w:rsidRPr="008F7F52">
        <w:t>dzieci</w:t>
      </w:r>
      <w:proofErr w:type="spellEnd"/>
      <w:r w:rsidRPr="008F7F52">
        <w:t xml:space="preserve"> i </w:t>
      </w:r>
      <w:proofErr w:type="spellStart"/>
      <w:r w:rsidRPr="008F7F52">
        <w:t>młodzieży</w:t>
      </w:r>
      <w:proofErr w:type="spellEnd"/>
      <w:r w:rsidRPr="008F7F52">
        <w:t xml:space="preserve"> </w:t>
      </w:r>
      <w:proofErr w:type="spellStart"/>
      <w:r w:rsidR="000A6C42">
        <w:t>ze</w:t>
      </w:r>
      <w:proofErr w:type="spellEnd"/>
      <w:r w:rsidRPr="008F7F52">
        <w:t xml:space="preserve"> </w:t>
      </w:r>
      <w:proofErr w:type="spellStart"/>
      <w:r w:rsidRPr="008F7F52">
        <w:t>szkół</w:t>
      </w:r>
      <w:proofErr w:type="spellEnd"/>
      <w:r w:rsidRPr="008F7F52">
        <w:t xml:space="preserve"> </w:t>
      </w:r>
      <w:proofErr w:type="spellStart"/>
      <w:r w:rsidRPr="008F7F52">
        <w:t>podstawowych</w:t>
      </w:r>
      <w:proofErr w:type="spellEnd"/>
      <w:r w:rsidRPr="008F7F52">
        <w:t xml:space="preserve"> w </w:t>
      </w:r>
      <w:proofErr w:type="spellStart"/>
      <w:r w:rsidRPr="008F7F52">
        <w:t>Cieszacinie</w:t>
      </w:r>
      <w:proofErr w:type="spellEnd"/>
      <w:r w:rsidRPr="008F7F52">
        <w:t xml:space="preserve"> </w:t>
      </w:r>
      <w:proofErr w:type="spellStart"/>
      <w:r w:rsidRPr="008F7F52">
        <w:t>Wielkim</w:t>
      </w:r>
      <w:proofErr w:type="spellEnd"/>
      <w:r w:rsidRPr="008F7F52">
        <w:t xml:space="preserve">, Pawłosiowie i </w:t>
      </w:r>
      <w:proofErr w:type="spellStart"/>
      <w:r w:rsidRPr="008F7F52">
        <w:t>Wierzbnej</w:t>
      </w:r>
      <w:proofErr w:type="spellEnd"/>
      <w:r w:rsidRPr="008F7F52">
        <w:t xml:space="preserve">, </w:t>
      </w:r>
      <w:proofErr w:type="spellStart"/>
      <w:r w:rsidRPr="008F7F52">
        <w:t>odbędzie</w:t>
      </w:r>
      <w:proofErr w:type="spellEnd"/>
      <w:r w:rsidRPr="008F7F52">
        <w:t xml:space="preserve"> </w:t>
      </w:r>
      <w:proofErr w:type="spellStart"/>
      <w:r w:rsidRPr="008F7F52">
        <w:t>się</w:t>
      </w:r>
      <w:proofErr w:type="spellEnd"/>
      <w:r w:rsidRPr="008F7F52">
        <w:t xml:space="preserve"> I </w:t>
      </w:r>
      <w:proofErr w:type="spellStart"/>
      <w:r w:rsidRPr="008F7F52">
        <w:t>etap</w:t>
      </w:r>
      <w:proofErr w:type="spellEnd"/>
      <w:r w:rsidRPr="008F7F52">
        <w:t xml:space="preserve"> </w:t>
      </w:r>
      <w:proofErr w:type="spellStart"/>
      <w:r w:rsidRPr="008F7F52">
        <w:t>oceny</w:t>
      </w:r>
      <w:proofErr w:type="spellEnd"/>
      <w:r w:rsidRPr="008F7F52">
        <w:t xml:space="preserve"> </w:t>
      </w:r>
      <w:proofErr w:type="spellStart"/>
      <w:r w:rsidRPr="008F7F52">
        <w:t>prac</w:t>
      </w:r>
      <w:proofErr w:type="spellEnd"/>
      <w:r w:rsidRPr="008F7F52">
        <w:t xml:space="preserve"> w </w:t>
      </w:r>
      <w:proofErr w:type="spellStart"/>
      <w:r w:rsidRPr="008F7F52">
        <w:t>szkołach</w:t>
      </w:r>
      <w:proofErr w:type="spellEnd"/>
      <w:r w:rsidR="00E27CBF">
        <w:t>,</w:t>
      </w:r>
      <w:r w:rsidRPr="008F7F52">
        <w:t xml:space="preserve"> do </w:t>
      </w:r>
      <w:proofErr w:type="spellStart"/>
      <w:r w:rsidRPr="008F7F52">
        <w:t>któr</w:t>
      </w:r>
      <w:r w:rsidR="00E27CBF">
        <w:t>ych</w:t>
      </w:r>
      <w:proofErr w:type="spellEnd"/>
      <w:r w:rsidR="00E27CBF">
        <w:t xml:space="preserve"> </w:t>
      </w:r>
      <w:proofErr w:type="spellStart"/>
      <w:r w:rsidRPr="008F7F52">
        <w:t>uczęszczają</w:t>
      </w:r>
      <w:proofErr w:type="spellEnd"/>
      <w:r w:rsidRPr="008F7F52">
        <w:t xml:space="preserve">. </w:t>
      </w:r>
    </w:p>
    <w:p w:rsidR="008F7F52" w:rsidRPr="008F7F52" w:rsidRDefault="009C1E0D" w:rsidP="008F7F52">
      <w:pPr>
        <w:pStyle w:val="Akapitzlist"/>
        <w:numPr>
          <w:ilvl w:val="0"/>
          <w:numId w:val="14"/>
        </w:numPr>
        <w:spacing w:after="0"/>
        <w:jc w:val="both"/>
      </w:pPr>
      <w:proofErr w:type="spellStart"/>
      <w:r w:rsidRPr="00D86E8D">
        <w:rPr>
          <w:rFonts w:ascii="Times New Roman" w:hAnsi="Times New Roman" w:cs="Times New Roman"/>
        </w:rPr>
        <w:t>Oceny</w:t>
      </w:r>
      <w:proofErr w:type="spellEnd"/>
      <w:r w:rsidRPr="00D86E8D">
        <w:rPr>
          <w:rFonts w:ascii="Times New Roman" w:hAnsi="Times New Roman" w:cs="Times New Roman"/>
        </w:rPr>
        <w:t xml:space="preserve"> I </w:t>
      </w:r>
      <w:proofErr w:type="spellStart"/>
      <w:r w:rsidRPr="00D86E8D">
        <w:rPr>
          <w:rFonts w:ascii="Times New Roman" w:hAnsi="Times New Roman" w:cs="Times New Roman"/>
        </w:rPr>
        <w:t>etapu</w:t>
      </w:r>
      <w:proofErr w:type="spellEnd"/>
      <w:r w:rsidRPr="00D86E8D">
        <w:rPr>
          <w:rFonts w:ascii="Times New Roman" w:hAnsi="Times New Roman" w:cs="Times New Roman"/>
        </w:rPr>
        <w:t xml:space="preserve"> </w:t>
      </w:r>
      <w:proofErr w:type="spellStart"/>
      <w:r w:rsidRPr="00D86E8D">
        <w:rPr>
          <w:rFonts w:ascii="Times New Roman" w:hAnsi="Times New Roman" w:cs="Times New Roman"/>
        </w:rPr>
        <w:t>Gminnego</w:t>
      </w:r>
      <w:proofErr w:type="spellEnd"/>
      <w:r w:rsidRPr="00D86E8D">
        <w:rPr>
          <w:rFonts w:ascii="Times New Roman" w:hAnsi="Times New Roman" w:cs="Times New Roman"/>
        </w:rPr>
        <w:t xml:space="preserve"> </w:t>
      </w:r>
      <w:proofErr w:type="spellStart"/>
      <w:r w:rsidRPr="00D86E8D">
        <w:rPr>
          <w:rFonts w:ascii="Times New Roman" w:hAnsi="Times New Roman" w:cs="Times New Roman"/>
        </w:rPr>
        <w:t>Konkursu</w:t>
      </w:r>
      <w:proofErr w:type="spellEnd"/>
      <w:r w:rsidRPr="00D86E8D">
        <w:rPr>
          <w:rFonts w:ascii="Times New Roman" w:hAnsi="Times New Roman" w:cs="Times New Roman"/>
        </w:rPr>
        <w:t xml:space="preserve"> “</w:t>
      </w:r>
      <w:proofErr w:type="spellStart"/>
      <w:r w:rsidR="000A6C42" w:rsidRPr="00D86E8D">
        <w:rPr>
          <w:rFonts w:ascii="Times New Roman" w:hAnsi="Times New Roman" w:cs="Times New Roman"/>
        </w:rPr>
        <w:t>Polska</w:t>
      </w:r>
      <w:proofErr w:type="spellEnd"/>
      <w:r w:rsidR="000A6C42" w:rsidRPr="00D86E8D">
        <w:rPr>
          <w:rFonts w:ascii="Times New Roman" w:hAnsi="Times New Roman" w:cs="Times New Roman"/>
        </w:rPr>
        <w:t xml:space="preserve"> w </w:t>
      </w:r>
      <w:proofErr w:type="spellStart"/>
      <w:r w:rsidR="000A6C42" w:rsidRPr="00D86E8D">
        <w:rPr>
          <w:rFonts w:ascii="Times New Roman" w:hAnsi="Times New Roman" w:cs="Times New Roman"/>
        </w:rPr>
        <w:t>symbolach</w:t>
      </w:r>
      <w:proofErr w:type="spellEnd"/>
      <w:r w:rsidR="000A6C42" w:rsidRPr="00D86E8D">
        <w:rPr>
          <w:rFonts w:ascii="Times New Roman" w:hAnsi="Times New Roman" w:cs="Times New Roman"/>
        </w:rPr>
        <w:t>”</w:t>
      </w:r>
      <w:r w:rsidR="008F7F52" w:rsidRPr="00D86E8D">
        <w:rPr>
          <w:rFonts w:ascii="Times New Roman" w:hAnsi="Times New Roman" w:cs="Times New Roman"/>
          <w:b/>
        </w:rPr>
        <w:t xml:space="preserve"> </w:t>
      </w:r>
      <w:proofErr w:type="spellStart"/>
      <w:r w:rsidR="008F7F52" w:rsidRPr="00D86E8D">
        <w:rPr>
          <w:rFonts w:ascii="Times New Roman" w:hAnsi="Times New Roman" w:cs="Times New Roman"/>
          <w:b/>
        </w:rPr>
        <w:t>dokona</w:t>
      </w:r>
      <w:proofErr w:type="spellEnd"/>
      <w:r w:rsidR="008F7F52" w:rsidRPr="00D86E8D">
        <w:rPr>
          <w:rFonts w:ascii="Times New Roman" w:hAnsi="Times New Roman" w:cs="Times New Roman"/>
          <w:b/>
        </w:rPr>
        <w:t xml:space="preserve"> </w:t>
      </w:r>
      <w:proofErr w:type="spellStart"/>
      <w:r w:rsidR="008F7F52" w:rsidRPr="00D86E8D">
        <w:rPr>
          <w:rFonts w:ascii="Times New Roman" w:hAnsi="Times New Roman" w:cs="Times New Roman"/>
          <w:b/>
        </w:rPr>
        <w:t>komisja</w:t>
      </w:r>
      <w:proofErr w:type="spellEnd"/>
      <w:r w:rsidR="008F7F52" w:rsidRPr="008F7F52">
        <w:rPr>
          <w:b/>
        </w:rPr>
        <w:t xml:space="preserve"> </w:t>
      </w:r>
      <w:proofErr w:type="spellStart"/>
      <w:r w:rsidR="008F7F52" w:rsidRPr="008F7F52">
        <w:rPr>
          <w:b/>
        </w:rPr>
        <w:t>powołana</w:t>
      </w:r>
      <w:proofErr w:type="spellEnd"/>
      <w:r w:rsidR="008F7F52" w:rsidRPr="008F7F52">
        <w:rPr>
          <w:b/>
        </w:rPr>
        <w:t xml:space="preserve"> </w:t>
      </w:r>
      <w:proofErr w:type="spellStart"/>
      <w:r w:rsidR="008F7F52" w:rsidRPr="008F7F52">
        <w:rPr>
          <w:b/>
        </w:rPr>
        <w:t>przez</w:t>
      </w:r>
      <w:proofErr w:type="spellEnd"/>
      <w:r w:rsidR="008F7F52" w:rsidRPr="008F7F52">
        <w:rPr>
          <w:b/>
        </w:rPr>
        <w:t xml:space="preserve"> </w:t>
      </w:r>
      <w:proofErr w:type="spellStart"/>
      <w:r w:rsidR="008F7F52" w:rsidRPr="008F7F52">
        <w:rPr>
          <w:b/>
        </w:rPr>
        <w:t>dyrektora</w:t>
      </w:r>
      <w:proofErr w:type="spellEnd"/>
      <w:r w:rsidR="008F7F52" w:rsidRPr="008F7F52">
        <w:rPr>
          <w:b/>
        </w:rPr>
        <w:t xml:space="preserve"> </w:t>
      </w:r>
      <w:proofErr w:type="spellStart"/>
      <w:r w:rsidR="008F7F52" w:rsidRPr="008F7F52">
        <w:rPr>
          <w:b/>
        </w:rPr>
        <w:t>szkoły</w:t>
      </w:r>
      <w:proofErr w:type="spellEnd"/>
      <w:r w:rsidR="008F7F52" w:rsidRPr="008F7F52">
        <w:t xml:space="preserve">. </w:t>
      </w:r>
    </w:p>
    <w:p w:rsidR="008F7F52" w:rsidRPr="008F7F52" w:rsidRDefault="008F7F52" w:rsidP="008F7F52">
      <w:pPr>
        <w:pStyle w:val="Akapitzlist"/>
        <w:numPr>
          <w:ilvl w:val="0"/>
          <w:numId w:val="14"/>
        </w:numPr>
        <w:spacing w:after="0"/>
        <w:jc w:val="both"/>
      </w:pPr>
      <w:proofErr w:type="spellStart"/>
      <w:r w:rsidRPr="008F7F52">
        <w:t>Pierwszy</w:t>
      </w:r>
      <w:proofErr w:type="spellEnd"/>
      <w:r w:rsidRPr="008F7F52">
        <w:t xml:space="preserve"> </w:t>
      </w:r>
      <w:proofErr w:type="spellStart"/>
      <w:r w:rsidRPr="008F7F52">
        <w:t>etap</w:t>
      </w:r>
      <w:proofErr w:type="spellEnd"/>
      <w:r w:rsidRPr="008F7F52">
        <w:t xml:space="preserve"> </w:t>
      </w:r>
      <w:proofErr w:type="spellStart"/>
      <w:r w:rsidRPr="008F7F52">
        <w:t>oceny</w:t>
      </w:r>
      <w:proofErr w:type="spellEnd"/>
      <w:r w:rsidRPr="008F7F52">
        <w:t xml:space="preserve"> </w:t>
      </w:r>
      <w:proofErr w:type="spellStart"/>
      <w:r w:rsidRPr="008F7F52">
        <w:t>odbędzie</w:t>
      </w:r>
      <w:proofErr w:type="spellEnd"/>
      <w:r w:rsidRPr="008F7F52">
        <w:t xml:space="preserve"> </w:t>
      </w:r>
      <w:proofErr w:type="spellStart"/>
      <w:r w:rsidRPr="008F7F52">
        <w:t>się</w:t>
      </w:r>
      <w:proofErr w:type="spellEnd"/>
      <w:r w:rsidRPr="008F7F52">
        <w:t xml:space="preserve"> w </w:t>
      </w:r>
      <w:proofErr w:type="spellStart"/>
      <w:r w:rsidRPr="008F7F52">
        <w:t>terminie</w:t>
      </w:r>
      <w:proofErr w:type="spellEnd"/>
      <w:r w:rsidRPr="008F7F52">
        <w:t xml:space="preserve"> do </w:t>
      </w:r>
      <w:r w:rsidR="000A6C42">
        <w:rPr>
          <w:b/>
        </w:rPr>
        <w:t>31</w:t>
      </w:r>
      <w:r w:rsidRPr="008F7F52">
        <w:rPr>
          <w:b/>
        </w:rPr>
        <w:t xml:space="preserve"> </w:t>
      </w:r>
      <w:proofErr w:type="spellStart"/>
      <w:r w:rsidR="000A6C42">
        <w:rPr>
          <w:b/>
        </w:rPr>
        <w:t>października</w:t>
      </w:r>
      <w:proofErr w:type="spellEnd"/>
      <w:r w:rsidRPr="008F7F52">
        <w:rPr>
          <w:b/>
        </w:rPr>
        <w:t xml:space="preserve"> 2025</w:t>
      </w:r>
      <w:r w:rsidRPr="008F7F52">
        <w:t xml:space="preserve"> </w:t>
      </w:r>
      <w:proofErr w:type="spellStart"/>
      <w:r w:rsidRPr="008F7F52">
        <w:rPr>
          <w:b/>
        </w:rPr>
        <w:t>roku</w:t>
      </w:r>
      <w:proofErr w:type="spellEnd"/>
      <w:r w:rsidR="00E27CBF">
        <w:t xml:space="preserve"> i</w:t>
      </w:r>
      <w:r w:rsidR="00D86E8D">
        <w:t> </w:t>
      </w:r>
      <w:proofErr w:type="spellStart"/>
      <w:r w:rsidRPr="008F7F52">
        <w:t>wyłoni</w:t>
      </w:r>
      <w:proofErr w:type="spellEnd"/>
      <w:r w:rsidRPr="008F7F52">
        <w:t xml:space="preserve"> </w:t>
      </w:r>
      <w:r w:rsidRPr="008F7F52">
        <w:rPr>
          <w:b/>
        </w:rPr>
        <w:t xml:space="preserve">15 </w:t>
      </w:r>
      <w:proofErr w:type="spellStart"/>
      <w:r w:rsidRPr="008F7F52">
        <w:rPr>
          <w:b/>
        </w:rPr>
        <w:t>prac</w:t>
      </w:r>
      <w:proofErr w:type="spellEnd"/>
      <w:r w:rsidRPr="008F7F52">
        <w:t xml:space="preserve"> z </w:t>
      </w:r>
      <w:proofErr w:type="spellStart"/>
      <w:r w:rsidRPr="008F7F52">
        <w:t>każdej</w:t>
      </w:r>
      <w:proofErr w:type="spellEnd"/>
      <w:r w:rsidRPr="008F7F52">
        <w:t xml:space="preserve"> </w:t>
      </w:r>
      <w:proofErr w:type="spellStart"/>
      <w:r w:rsidRPr="008F7F52">
        <w:t>szkoły</w:t>
      </w:r>
      <w:proofErr w:type="spellEnd"/>
      <w:r w:rsidRPr="008F7F52">
        <w:t xml:space="preserve">, </w:t>
      </w:r>
      <w:proofErr w:type="spellStart"/>
      <w:r w:rsidRPr="008F7F52">
        <w:t>które</w:t>
      </w:r>
      <w:proofErr w:type="spellEnd"/>
      <w:r w:rsidRPr="008F7F52">
        <w:t xml:space="preserve"> </w:t>
      </w:r>
      <w:proofErr w:type="spellStart"/>
      <w:r w:rsidRPr="008F7F52">
        <w:t>wezmą</w:t>
      </w:r>
      <w:proofErr w:type="spellEnd"/>
      <w:r w:rsidRPr="008F7F52">
        <w:t xml:space="preserve"> </w:t>
      </w:r>
      <w:proofErr w:type="spellStart"/>
      <w:r w:rsidRPr="008F7F52">
        <w:t>udział</w:t>
      </w:r>
      <w:proofErr w:type="spellEnd"/>
      <w:r w:rsidRPr="008F7F52">
        <w:t xml:space="preserve"> w II </w:t>
      </w:r>
      <w:proofErr w:type="spellStart"/>
      <w:r w:rsidRPr="008F7F52">
        <w:t>etapie</w:t>
      </w:r>
      <w:proofErr w:type="spellEnd"/>
      <w:r w:rsidRPr="008F7F52">
        <w:t xml:space="preserve"> </w:t>
      </w:r>
      <w:proofErr w:type="spellStart"/>
      <w:r w:rsidRPr="008F7F52">
        <w:t>Konkursu</w:t>
      </w:r>
      <w:proofErr w:type="spellEnd"/>
      <w:r w:rsidRPr="008F7F52">
        <w:t>.</w:t>
      </w:r>
    </w:p>
    <w:p w:rsidR="008F7F52" w:rsidRPr="005544C8" w:rsidRDefault="008F7F52" w:rsidP="000A6C42">
      <w:pPr>
        <w:pStyle w:val="Akapitzlist"/>
        <w:numPr>
          <w:ilvl w:val="0"/>
          <w:numId w:val="14"/>
        </w:numPr>
        <w:spacing w:after="0"/>
        <w:jc w:val="both"/>
      </w:pPr>
      <w:r w:rsidRPr="008F7F52">
        <w:t xml:space="preserve">W II </w:t>
      </w:r>
      <w:proofErr w:type="spellStart"/>
      <w:r w:rsidRPr="008F7F52">
        <w:t>etapie</w:t>
      </w:r>
      <w:proofErr w:type="spellEnd"/>
      <w:r w:rsidRPr="008F7F52">
        <w:t xml:space="preserve"> </w:t>
      </w:r>
      <w:proofErr w:type="spellStart"/>
      <w:r w:rsidRPr="008F7F52">
        <w:t>konkursu</w:t>
      </w:r>
      <w:proofErr w:type="spellEnd"/>
      <w:r w:rsidRPr="008F7F52">
        <w:t xml:space="preserve"> w </w:t>
      </w:r>
      <w:proofErr w:type="spellStart"/>
      <w:r w:rsidRPr="008F7F52">
        <w:t>każdej</w:t>
      </w:r>
      <w:proofErr w:type="spellEnd"/>
      <w:r w:rsidRPr="008F7F52">
        <w:t xml:space="preserve"> z </w:t>
      </w:r>
      <w:proofErr w:type="spellStart"/>
      <w:r w:rsidR="00D61BE8">
        <w:t>trzech</w:t>
      </w:r>
      <w:proofErr w:type="spellEnd"/>
      <w:r w:rsidRPr="008F7F52">
        <w:t xml:space="preserve"> </w:t>
      </w:r>
      <w:proofErr w:type="spellStart"/>
      <w:r w:rsidRPr="008F7F52">
        <w:t>kategorii</w:t>
      </w:r>
      <w:proofErr w:type="spellEnd"/>
      <w:r w:rsidRPr="008F7F52">
        <w:t xml:space="preserve"> </w:t>
      </w:r>
      <w:proofErr w:type="spellStart"/>
      <w:r w:rsidR="00D61BE8">
        <w:t>wiekowych</w:t>
      </w:r>
      <w:proofErr w:type="spellEnd"/>
      <w:r w:rsidR="00D61BE8">
        <w:t xml:space="preserve"> </w:t>
      </w:r>
      <w:proofErr w:type="spellStart"/>
      <w:r w:rsidR="00D61BE8">
        <w:t>zostaną</w:t>
      </w:r>
      <w:proofErr w:type="spellEnd"/>
      <w:r w:rsidR="00D61BE8">
        <w:t xml:space="preserve"> </w:t>
      </w:r>
      <w:proofErr w:type="spellStart"/>
      <w:r w:rsidR="00D61BE8">
        <w:t>przyznane</w:t>
      </w:r>
      <w:proofErr w:type="spellEnd"/>
      <w:r w:rsidR="00D61BE8">
        <w:t xml:space="preserve"> </w:t>
      </w:r>
      <w:r w:rsidRPr="008F7F52">
        <w:t xml:space="preserve"> </w:t>
      </w:r>
      <w:proofErr w:type="spellStart"/>
      <w:r w:rsidRPr="008F7F52">
        <w:t>nagrody</w:t>
      </w:r>
      <w:proofErr w:type="spellEnd"/>
      <w:r w:rsidRPr="008F7F52">
        <w:t xml:space="preserve"> </w:t>
      </w:r>
      <w:proofErr w:type="spellStart"/>
      <w:r w:rsidRPr="008F7F52">
        <w:t>rzeczowe</w:t>
      </w:r>
      <w:proofErr w:type="spellEnd"/>
      <w:r w:rsidRPr="008F7F52">
        <w:t xml:space="preserve">: I </w:t>
      </w:r>
      <w:proofErr w:type="spellStart"/>
      <w:r w:rsidRPr="008F7F52">
        <w:t>miejsce</w:t>
      </w:r>
      <w:proofErr w:type="spellEnd"/>
      <w:r w:rsidRPr="008F7F52">
        <w:t xml:space="preserve">,  II </w:t>
      </w:r>
      <w:proofErr w:type="spellStart"/>
      <w:r w:rsidRPr="008F7F52">
        <w:t>miejsce</w:t>
      </w:r>
      <w:proofErr w:type="spellEnd"/>
      <w:r w:rsidRPr="008F7F52">
        <w:t xml:space="preserve">, III </w:t>
      </w:r>
      <w:proofErr w:type="spellStart"/>
      <w:r w:rsidRPr="008F7F52">
        <w:t>miejsce</w:t>
      </w:r>
      <w:proofErr w:type="spellEnd"/>
      <w:r w:rsidRPr="008F7F52">
        <w:t xml:space="preserve"> </w:t>
      </w:r>
      <w:proofErr w:type="spellStart"/>
      <w:r w:rsidRPr="008F7F52">
        <w:t>wraz</w:t>
      </w:r>
      <w:proofErr w:type="spellEnd"/>
      <w:r w:rsidRPr="008F7F52">
        <w:t xml:space="preserve"> z </w:t>
      </w:r>
      <w:proofErr w:type="spellStart"/>
      <w:r w:rsidRPr="008F7F52">
        <w:t>dyplomami</w:t>
      </w:r>
      <w:proofErr w:type="spellEnd"/>
      <w:r w:rsidRPr="008F7F52">
        <w:t xml:space="preserve"> </w:t>
      </w:r>
      <w:proofErr w:type="spellStart"/>
      <w:r w:rsidRPr="008F7F52">
        <w:t>za</w:t>
      </w:r>
      <w:proofErr w:type="spellEnd"/>
      <w:r w:rsidRPr="008F7F52">
        <w:t xml:space="preserve"> </w:t>
      </w:r>
      <w:proofErr w:type="spellStart"/>
      <w:r w:rsidRPr="008F7F52">
        <w:t>poszczególne</w:t>
      </w:r>
      <w:proofErr w:type="spellEnd"/>
      <w:r w:rsidRPr="008F7F52">
        <w:t xml:space="preserve"> </w:t>
      </w:r>
      <w:proofErr w:type="spellStart"/>
      <w:r w:rsidRPr="008F7F52">
        <w:t>miejsca</w:t>
      </w:r>
      <w:proofErr w:type="spellEnd"/>
      <w:r w:rsidRPr="008F7F52">
        <w:t xml:space="preserve">. </w:t>
      </w:r>
      <w:proofErr w:type="spellStart"/>
      <w:r w:rsidRPr="008F7F52">
        <w:t>Pozostałym</w:t>
      </w:r>
      <w:proofErr w:type="spellEnd"/>
      <w:r w:rsidRPr="008F7F52">
        <w:t xml:space="preserve"> </w:t>
      </w:r>
      <w:proofErr w:type="spellStart"/>
      <w:r w:rsidRPr="008F7F52">
        <w:t>uczestnikom</w:t>
      </w:r>
      <w:proofErr w:type="spellEnd"/>
      <w:r w:rsidRPr="008F7F52">
        <w:t xml:space="preserve"> </w:t>
      </w:r>
      <w:proofErr w:type="spellStart"/>
      <w:r w:rsidRPr="008F7F52">
        <w:t>konkursu</w:t>
      </w:r>
      <w:proofErr w:type="spellEnd"/>
      <w:r w:rsidRPr="008F7F52">
        <w:t xml:space="preserve"> </w:t>
      </w:r>
      <w:proofErr w:type="spellStart"/>
      <w:r w:rsidRPr="008F7F52">
        <w:t>zostaną</w:t>
      </w:r>
      <w:proofErr w:type="spellEnd"/>
      <w:r w:rsidRPr="008F7F52">
        <w:t xml:space="preserve"> </w:t>
      </w:r>
      <w:proofErr w:type="spellStart"/>
      <w:r w:rsidRPr="008F7F52">
        <w:t>wręczone</w:t>
      </w:r>
      <w:proofErr w:type="spellEnd"/>
      <w:r w:rsidRPr="008F7F52">
        <w:t xml:space="preserve"> </w:t>
      </w:r>
      <w:proofErr w:type="spellStart"/>
      <w:r w:rsidRPr="008F7F52">
        <w:t>dyplomy</w:t>
      </w:r>
      <w:proofErr w:type="spellEnd"/>
      <w:r w:rsidRPr="008F7F52">
        <w:t xml:space="preserve"> </w:t>
      </w:r>
      <w:proofErr w:type="spellStart"/>
      <w:r w:rsidRPr="008F7F52">
        <w:t>za</w:t>
      </w:r>
      <w:proofErr w:type="spellEnd"/>
      <w:r w:rsidRPr="008F7F52">
        <w:t xml:space="preserve"> </w:t>
      </w:r>
      <w:proofErr w:type="spellStart"/>
      <w:r w:rsidRPr="008F7F52">
        <w:t>uczestnictwo</w:t>
      </w:r>
      <w:proofErr w:type="spellEnd"/>
      <w:r w:rsidRPr="008F7F52">
        <w:t xml:space="preserve"> i </w:t>
      </w:r>
      <w:proofErr w:type="spellStart"/>
      <w:r w:rsidRPr="008F7F52">
        <w:t>nagrody</w:t>
      </w:r>
      <w:proofErr w:type="spellEnd"/>
      <w:r w:rsidRPr="008F7F52">
        <w:t xml:space="preserve"> </w:t>
      </w:r>
      <w:proofErr w:type="spellStart"/>
      <w:r w:rsidRPr="008F7F52">
        <w:t>za</w:t>
      </w:r>
      <w:proofErr w:type="spellEnd"/>
      <w:r w:rsidRPr="008F7F52">
        <w:t xml:space="preserve"> </w:t>
      </w:r>
      <w:proofErr w:type="spellStart"/>
      <w:r w:rsidRPr="008F7F52">
        <w:t>zakwalifikowanie</w:t>
      </w:r>
      <w:proofErr w:type="spellEnd"/>
      <w:r w:rsidRPr="008F7F52">
        <w:t xml:space="preserve"> </w:t>
      </w:r>
      <w:proofErr w:type="spellStart"/>
      <w:r w:rsidRPr="008F7F52">
        <w:t>się</w:t>
      </w:r>
      <w:proofErr w:type="spellEnd"/>
      <w:r w:rsidRPr="008F7F52">
        <w:t xml:space="preserve"> do II </w:t>
      </w:r>
      <w:proofErr w:type="spellStart"/>
      <w:r w:rsidRPr="008F7F52">
        <w:t>etapu</w:t>
      </w:r>
      <w:proofErr w:type="spellEnd"/>
      <w:r w:rsidRPr="008F7F52">
        <w:t xml:space="preserve"> i </w:t>
      </w:r>
      <w:proofErr w:type="spellStart"/>
      <w:r w:rsidRPr="008F7F52">
        <w:t>udział</w:t>
      </w:r>
      <w:proofErr w:type="spellEnd"/>
      <w:r w:rsidRPr="008F7F52">
        <w:t xml:space="preserve"> </w:t>
      </w:r>
      <w:r w:rsidR="000A6C42">
        <w:t>w </w:t>
      </w:r>
      <w:proofErr w:type="spellStart"/>
      <w:r w:rsidRPr="008F7F52">
        <w:t>konkursie</w:t>
      </w:r>
      <w:proofErr w:type="spellEnd"/>
      <w:r w:rsidRPr="008F7F52">
        <w:t>.</w:t>
      </w:r>
    </w:p>
    <w:p w:rsidR="0097265C" w:rsidRDefault="00AA2426" w:rsidP="000A6C42">
      <w:pPr>
        <w:pStyle w:val="Akapitzlist"/>
        <w:numPr>
          <w:ilvl w:val="0"/>
          <w:numId w:val="13"/>
        </w:numPr>
        <w:rPr>
          <w:b/>
        </w:rPr>
      </w:pPr>
      <w:proofErr w:type="spellStart"/>
      <w:r>
        <w:t>Termin</w:t>
      </w:r>
      <w:proofErr w:type="spellEnd"/>
      <w:r>
        <w:t xml:space="preserve"> </w:t>
      </w:r>
      <w:proofErr w:type="spellStart"/>
      <w:r>
        <w:t>dostarczenia</w:t>
      </w:r>
      <w:proofErr w:type="spellEnd"/>
      <w:r>
        <w:t xml:space="preserve"> </w:t>
      </w:r>
      <w:proofErr w:type="spellStart"/>
      <w:r>
        <w:t>prac</w:t>
      </w:r>
      <w:proofErr w:type="spellEnd"/>
      <w:r w:rsidR="005564B7">
        <w:t xml:space="preserve"> do CAL </w:t>
      </w:r>
      <w:proofErr w:type="spellStart"/>
      <w:r w:rsidR="005564B7">
        <w:t>Pawłosiów</w:t>
      </w:r>
      <w:proofErr w:type="spellEnd"/>
      <w:r>
        <w:t xml:space="preserve">: </w:t>
      </w:r>
      <w:r w:rsidR="009C1E0D">
        <w:rPr>
          <w:b/>
        </w:rPr>
        <w:t>6 -</w:t>
      </w:r>
      <w:r w:rsidRPr="000A6C42">
        <w:rPr>
          <w:b/>
        </w:rPr>
        <w:t xml:space="preserve"> </w:t>
      </w:r>
      <w:r w:rsidR="005544C8" w:rsidRPr="000A6C42">
        <w:rPr>
          <w:b/>
        </w:rPr>
        <w:t>7</w:t>
      </w:r>
      <w:r w:rsidRPr="000A6C42">
        <w:rPr>
          <w:b/>
        </w:rPr>
        <w:t xml:space="preserve"> </w:t>
      </w:r>
      <w:proofErr w:type="spellStart"/>
      <w:r w:rsidRPr="000A6C42">
        <w:rPr>
          <w:b/>
        </w:rPr>
        <w:t>listopada</w:t>
      </w:r>
      <w:proofErr w:type="spellEnd"/>
      <w:r w:rsidRPr="000A6C42">
        <w:rPr>
          <w:b/>
        </w:rPr>
        <w:t xml:space="preserve"> 2025 r.</w:t>
      </w:r>
      <w:r w:rsidR="005544C8" w:rsidRPr="000A6C42">
        <w:rPr>
          <w:b/>
        </w:rPr>
        <w:t xml:space="preserve"> </w:t>
      </w:r>
      <w:r w:rsidR="000A6C42">
        <w:rPr>
          <w:b/>
        </w:rPr>
        <w:t xml:space="preserve">w </w:t>
      </w:r>
      <w:proofErr w:type="spellStart"/>
      <w:r w:rsidR="000A6C42">
        <w:rPr>
          <w:b/>
        </w:rPr>
        <w:t>godzinach</w:t>
      </w:r>
      <w:proofErr w:type="spellEnd"/>
      <w:r w:rsidR="000A6C42">
        <w:rPr>
          <w:b/>
        </w:rPr>
        <w:t xml:space="preserve"> 07:00-13:00</w:t>
      </w:r>
    </w:p>
    <w:p w:rsidR="00D61BE8" w:rsidRDefault="00D61BE8" w:rsidP="00D61BE8">
      <w:pPr>
        <w:rPr>
          <w:b/>
        </w:rPr>
      </w:pPr>
    </w:p>
    <w:p w:rsidR="00D61BE8" w:rsidRPr="00D61BE8" w:rsidRDefault="00D61BE8" w:rsidP="00D61BE8">
      <w:pPr>
        <w:rPr>
          <w:b/>
        </w:rPr>
      </w:pPr>
    </w:p>
    <w:p w:rsidR="00F20358" w:rsidRPr="00F20358" w:rsidRDefault="00F20358" w:rsidP="00F20358">
      <w:pPr>
        <w:jc w:val="center"/>
        <w:rPr>
          <w:color w:val="FF0000"/>
          <w:sz w:val="26"/>
          <w:szCs w:val="26"/>
        </w:rPr>
      </w:pPr>
      <w:r w:rsidRPr="00F20358">
        <w:rPr>
          <w:b/>
          <w:color w:val="FF0000"/>
        </w:rPr>
        <w:lastRenderedPageBreak/>
        <w:t>§6</w:t>
      </w:r>
      <w:r w:rsidRPr="00F20358">
        <w:rPr>
          <w:color w:val="FF0000"/>
          <w:sz w:val="26"/>
          <w:szCs w:val="26"/>
        </w:rPr>
        <w:t xml:space="preserve"> </w:t>
      </w:r>
    </w:p>
    <w:p w:rsidR="00F20358" w:rsidRPr="00F20358" w:rsidRDefault="00F20358" w:rsidP="00F20358">
      <w:pPr>
        <w:jc w:val="center"/>
        <w:rPr>
          <w:rFonts w:asciiTheme="majorHAnsi" w:hAnsiTheme="majorHAnsi" w:cstheme="majorHAnsi"/>
          <w:b/>
          <w:color w:val="FF0000"/>
        </w:rPr>
      </w:pPr>
      <w:r w:rsidRPr="00F20358">
        <w:rPr>
          <w:rFonts w:asciiTheme="majorHAnsi" w:hAnsiTheme="majorHAnsi" w:cstheme="majorHAnsi"/>
          <w:b/>
          <w:color w:val="FF0000"/>
        </w:rPr>
        <w:t>ROZSTRZYGNIĘCIE KONKURSU</w:t>
      </w:r>
    </w:p>
    <w:p w:rsidR="00F20358" w:rsidRPr="00F20358" w:rsidRDefault="00F20358" w:rsidP="00F20358">
      <w:pPr>
        <w:pStyle w:val="Akapitzlist"/>
        <w:numPr>
          <w:ilvl w:val="0"/>
          <w:numId w:val="15"/>
        </w:numPr>
        <w:jc w:val="both"/>
      </w:pPr>
      <w:proofErr w:type="spellStart"/>
      <w:r>
        <w:t>O</w:t>
      </w:r>
      <w:r w:rsidRPr="00F20358">
        <w:t>głoszenie</w:t>
      </w:r>
      <w:proofErr w:type="spellEnd"/>
      <w:r w:rsidRPr="00F20358">
        <w:t xml:space="preserve"> </w:t>
      </w:r>
      <w:proofErr w:type="spellStart"/>
      <w:r w:rsidRPr="00F20358">
        <w:t>wyników</w:t>
      </w:r>
      <w:proofErr w:type="spellEnd"/>
      <w:r w:rsidRPr="00F20358">
        <w:t xml:space="preserve"> </w:t>
      </w:r>
      <w:proofErr w:type="spellStart"/>
      <w:r w:rsidRPr="00F20358">
        <w:t>konkursu</w:t>
      </w:r>
      <w:proofErr w:type="spellEnd"/>
      <w:r w:rsidRPr="00F20358">
        <w:t xml:space="preserve"> i </w:t>
      </w:r>
      <w:proofErr w:type="spellStart"/>
      <w:r w:rsidRPr="00F20358">
        <w:t>wręczenie</w:t>
      </w:r>
      <w:proofErr w:type="spellEnd"/>
      <w:r w:rsidRPr="00F20358">
        <w:t xml:space="preserve"> </w:t>
      </w:r>
      <w:proofErr w:type="spellStart"/>
      <w:r w:rsidRPr="00F20358">
        <w:t>nagród</w:t>
      </w:r>
      <w:proofErr w:type="spellEnd"/>
      <w:r w:rsidRPr="00F20358">
        <w:t xml:space="preserve"> </w:t>
      </w:r>
      <w:proofErr w:type="spellStart"/>
      <w:r w:rsidRPr="00F20358">
        <w:t>nastąpi</w:t>
      </w:r>
      <w:proofErr w:type="spellEnd"/>
      <w:r w:rsidRPr="00F20358">
        <w:t xml:space="preserve"> </w:t>
      </w:r>
      <w:r w:rsidRPr="00F20358">
        <w:rPr>
          <w:b/>
        </w:rPr>
        <w:t xml:space="preserve">14 </w:t>
      </w:r>
      <w:proofErr w:type="spellStart"/>
      <w:r w:rsidRPr="00F20358">
        <w:rPr>
          <w:b/>
        </w:rPr>
        <w:t>listopada</w:t>
      </w:r>
      <w:proofErr w:type="spellEnd"/>
      <w:r w:rsidRPr="00F20358">
        <w:rPr>
          <w:b/>
        </w:rPr>
        <w:t xml:space="preserve"> 2025 r. (</w:t>
      </w:r>
      <w:proofErr w:type="spellStart"/>
      <w:r w:rsidRPr="00F20358">
        <w:rPr>
          <w:b/>
        </w:rPr>
        <w:t>piątek</w:t>
      </w:r>
      <w:proofErr w:type="spellEnd"/>
      <w:r w:rsidRPr="00F20358">
        <w:rPr>
          <w:b/>
        </w:rPr>
        <w:t xml:space="preserve">) o </w:t>
      </w:r>
      <w:proofErr w:type="spellStart"/>
      <w:r w:rsidRPr="00F20358">
        <w:rPr>
          <w:b/>
        </w:rPr>
        <w:t>godz</w:t>
      </w:r>
      <w:proofErr w:type="spellEnd"/>
      <w:r w:rsidRPr="00F20358">
        <w:rPr>
          <w:b/>
        </w:rPr>
        <w:t xml:space="preserve">. 10:00 w Centrum </w:t>
      </w:r>
      <w:proofErr w:type="spellStart"/>
      <w:r w:rsidRPr="00F20358">
        <w:rPr>
          <w:b/>
        </w:rPr>
        <w:t>Aktywności</w:t>
      </w:r>
      <w:proofErr w:type="spellEnd"/>
      <w:r w:rsidRPr="00F20358">
        <w:rPr>
          <w:b/>
        </w:rPr>
        <w:t xml:space="preserve">  </w:t>
      </w:r>
      <w:proofErr w:type="spellStart"/>
      <w:r w:rsidRPr="00F20358">
        <w:rPr>
          <w:b/>
        </w:rPr>
        <w:t>Lokalnej</w:t>
      </w:r>
      <w:proofErr w:type="spellEnd"/>
      <w:r w:rsidRPr="00F20358">
        <w:rPr>
          <w:b/>
        </w:rPr>
        <w:t xml:space="preserve"> w Pawłosiowie.</w:t>
      </w:r>
    </w:p>
    <w:p w:rsidR="000E0B79" w:rsidRDefault="000E0B79" w:rsidP="000E0B79">
      <w:pPr>
        <w:rPr>
          <w:b/>
        </w:rPr>
      </w:pPr>
    </w:p>
    <w:p w:rsidR="00D86E8D" w:rsidRDefault="00AA2426" w:rsidP="005564B7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t>§</w:t>
      </w:r>
      <w:r w:rsidR="002C64AD">
        <w:rPr>
          <w:color w:val="FF0000"/>
        </w:rPr>
        <w:t>7</w:t>
      </w:r>
      <w:r w:rsidRPr="008127B3">
        <w:rPr>
          <w:color w:val="FF0000"/>
        </w:rPr>
        <w:t xml:space="preserve"> </w:t>
      </w:r>
    </w:p>
    <w:p w:rsidR="0097265C" w:rsidRPr="008127B3" w:rsidRDefault="000E0B79" w:rsidP="005564B7">
      <w:pPr>
        <w:pStyle w:val="Nagwek3"/>
        <w:jc w:val="center"/>
        <w:rPr>
          <w:color w:val="FF0000"/>
        </w:rPr>
      </w:pPr>
      <w:r>
        <w:rPr>
          <w:color w:val="FF0000"/>
        </w:rPr>
        <w:t>KRYTERIA OCENY</w:t>
      </w:r>
    </w:p>
    <w:p w:rsidR="00F20358" w:rsidRDefault="00AA2426" w:rsidP="00F20358">
      <w:pPr>
        <w:pStyle w:val="Akapitzlist"/>
        <w:numPr>
          <w:ilvl w:val="0"/>
          <w:numId w:val="16"/>
        </w:numPr>
      </w:pPr>
      <w:proofErr w:type="spellStart"/>
      <w:r>
        <w:t>Zgodność</w:t>
      </w:r>
      <w:proofErr w:type="spellEnd"/>
      <w:r>
        <w:t xml:space="preserve"> </w:t>
      </w:r>
      <w:proofErr w:type="spellStart"/>
      <w:r>
        <w:t>pracy</w:t>
      </w:r>
      <w:proofErr w:type="spellEnd"/>
      <w:r>
        <w:t xml:space="preserve"> z </w:t>
      </w:r>
      <w:proofErr w:type="spellStart"/>
      <w:r>
        <w:t>tematem</w:t>
      </w:r>
      <w:proofErr w:type="spellEnd"/>
      <w:r>
        <w:t>.</w:t>
      </w:r>
    </w:p>
    <w:p w:rsidR="00F20358" w:rsidRDefault="00F20358" w:rsidP="00F20358">
      <w:pPr>
        <w:pStyle w:val="Akapitzlist"/>
        <w:numPr>
          <w:ilvl w:val="0"/>
          <w:numId w:val="16"/>
        </w:numPr>
      </w:pPr>
      <w:proofErr w:type="spellStart"/>
      <w:r>
        <w:t>Pomysłowość</w:t>
      </w:r>
      <w:proofErr w:type="spellEnd"/>
      <w:r>
        <w:t xml:space="preserve"> i </w:t>
      </w:r>
      <w:proofErr w:type="spellStart"/>
      <w:r>
        <w:t>oryginalność</w:t>
      </w:r>
      <w:proofErr w:type="spellEnd"/>
      <w:r>
        <w:t>.</w:t>
      </w:r>
    </w:p>
    <w:p w:rsidR="00F20358" w:rsidRDefault="00F20358" w:rsidP="00F20358">
      <w:pPr>
        <w:pStyle w:val="Akapitzlist"/>
        <w:numPr>
          <w:ilvl w:val="0"/>
          <w:numId w:val="16"/>
        </w:numPr>
      </w:pPr>
      <w:proofErr w:type="spellStart"/>
      <w:r>
        <w:t>Estetyka</w:t>
      </w:r>
      <w:proofErr w:type="spellEnd"/>
      <w:r>
        <w:t xml:space="preserve"> i </w:t>
      </w:r>
      <w:proofErr w:type="spellStart"/>
      <w:r>
        <w:t>wkład</w:t>
      </w:r>
      <w:proofErr w:type="spellEnd"/>
      <w:r>
        <w:t xml:space="preserve"> </w:t>
      </w:r>
      <w:proofErr w:type="spellStart"/>
      <w:r>
        <w:t>pracy</w:t>
      </w:r>
      <w:proofErr w:type="spellEnd"/>
      <w:r>
        <w:t>.</w:t>
      </w:r>
      <w:r>
        <w:br/>
      </w:r>
    </w:p>
    <w:p w:rsidR="000E0B79" w:rsidRDefault="00AA2426" w:rsidP="00AA2426">
      <w:pPr>
        <w:pStyle w:val="Nagwek3"/>
        <w:jc w:val="center"/>
        <w:rPr>
          <w:color w:val="FF0000"/>
        </w:rPr>
      </w:pPr>
      <w:r w:rsidRPr="008127B3">
        <w:rPr>
          <w:color w:val="FF0000"/>
        </w:rPr>
        <w:t>§</w:t>
      </w:r>
      <w:r w:rsidR="002C64AD">
        <w:rPr>
          <w:color w:val="FF0000"/>
        </w:rPr>
        <w:t>8</w:t>
      </w:r>
      <w:r w:rsidRPr="008127B3">
        <w:rPr>
          <w:color w:val="FF0000"/>
        </w:rPr>
        <w:t xml:space="preserve"> </w:t>
      </w:r>
    </w:p>
    <w:p w:rsidR="0097265C" w:rsidRPr="008127B3" w:rsidRDefault="000E0B79" w:rsidP="00AA2426">
      <w:pPr>
        <w:pStyle w:val="Nagwek3"/>
        <w:jc w:val="center"/>
        <w:rPr>
          <w:color w:val="FF0000"/>
        </w:rPr>
      </w:pPr>
      <w:r>
        <w:rPr>
          <w:color w:val="FF0000"/>
        </w:rPr>
        <w:t>POSTANOWIENIA KOŃCOWE</w:t>
      </w:r>
    </w:p>
    <w:p w:rsidR="00F22B5B" w:rsidRDefault="00AA2426" w:rsidP="00F22B5B">
      <w:pPr>
        <w:pStyle w:val="Akapitzlist"/>
        <w:numPr>
          <w:ilvl w:val="0"/>
          <w:numId w:val="11"/>
        </w:numPr>
        <w:spacing w:after="0"/>
        <w:jc w:val="both"/>
      </w:pPr>
      <w:proofErr w:type="spellStart"/>
      <w:r>
        <w:t>Zgłoszenie</w:t>
      </w:r>
      <w:proofErr w:type="spellEnd"/>
      <w:r>
        <w:t xml:space="preserve"> </w:t>
      </w:r>
      <w:proofErr w:type="spellStart"/>
      <w:r>
        <w:t>pracy</w:t>
      </w:r>
      <w:proofErr w:type="spellEnd"/>
      <w:r>
        <w:t xml:space="preserve"> jest </w:t>
      </w:r>
      <w:proofErr w:type="spellStart"/>
      <w:r>
        <w:t>równozna</w:t>
      </w:r>
      <w:r w:rsidR="00F22B5B">
        <w:t>czne</w:t>
      </w:r>
      <w:proofErr w:type="spellEnd"/>
      <w:r w:rsidR="00F22B5B">
        <w:t xml:space="preserve"> z </w:t>
      </w:r>
      <w:proofErr w:type="spellStart"/>
      <w:r w:rsidR="00F22B5B">
        <w:t>akceptacją</w:t>
      </w:r>
      <w:proofErr w:type="spellEnd"/>
      <w:r w:rsidR="00F22B5B">
        <w:t xml:space="preserve"> </w:t>
      </w:r>
      <w:proofErr w:type="spellStart"/>
      <w:r w:rsidR="00F22B5B">
        <w:t>regulaminu</w:t>
      </w:r>
      <w:proofErr w:type="spellEnd"/>
      <w:r w:rsidR="00F22B5B">
        <w:t>.</w:t>
      </w:r>
    </w:p>
    <w:p w:rsidR="00F22B5B" w:rsidRDefault="005564B7" w:rsidP="00F22B5B">
      <w:pPr>
        <w:pStyle w:val="Akapitzlist"/>
        <w:numPr>
          <w:ilvl w:val="0"/>
          <w:numId w:val="11"/>
        </w:numPr>
        <w:spacing w:after="0"/>
        <w:jc w:val="both"/>
      </w:pPr>
      <w:proofErr w:type="spellStart"/>
      <w:r>
        <w:t>Nagrodzone</w:t>
      </w:r>
      <w:proofErr w:type="spellEnd"/>
      <w:r>
        <w:t xml:space="preserve"> </w:t>
      </w:r>
      <w:r w:rsidR="005544C8">
        <w:t xml:space="preserve">I </w:t>
      </w:r>
      <w:proofErr w:type="spellStart"/>
      <w:r w:rsidR="005544C8">
        <w:t>miejscem</w:t>
      </w:r>
      <w:proofErr w:type="spellEnd"/>
      <w:r w:rsidR="005544C8">
        <w:t xml:space="preserve"> </w:t>
      </w:r>
      <w:proofErr w:type="spellStart"/>
      <w:r>
        <w:t>p</w:t>
      </w:r>
      <w:r w:rsidR="00AA2426">
        <w:t>race</w:t>
      </w:r>
      <w:proofErr w:type="spellEnd"/>
      <w:r w:rsidR="00AA2426">
        <w:t xml:space="preserve"> </w:t>
      </w:r>
      <w:proofErr w:type="spellStart"/>
      <w:r w:rsidR="00AA2426">
        <w:t>przechodzą</w:t>
      </w:r>
      <w:proofErr w:type="spellEnd"/>
      <w:r w:rsidR="00AA2426">
        <w:t xml:space="preserve"> </w:t>
      </w:r>
      <w:proofErr w:type="spellStart"/>
      <w:r w:rsidR="00AA2426">
        <w:t>na</w:t>
      </w:r>
      <w:proofErr w:type="spellEnd"/>
      <w:r w:rsidR="00AA2426">
        <w:t xml:space="preserve"> </w:t>
      </w:r>
      <w:proofErr w:type="spellStart"/>
      <w:r w:rsidR="00AA2426">
        <w:t>własność</w:t>
      </w:r>
      <w:proofErr w:type="spellEnd"/>
      <w:r w:rsidR="00AA2426">
        <w:t xml:space="preserve"> </w:t>
      </w:r>
      <w:proofErr w:type="spellStart"/>
      <w:r w:rsidR="00AA2426">
        <w:t>Or</w:t>
      </w:r>
      <w:r w:rsidR="00F22B5B">
        <w:t>ganizatora</w:t>
      </w:r>
      <w:proofErr w:type="spellEnd"/>
      <w:r w:rsidR="00F22B5B">
        <w:t>.</w:t>
      </w:r>
    </w:p>
    <w:p w:rsidR="00F22B5B" w:rsidRPr="00F22B5B" w:rsidRDefault="00F22B5B" w:rsidP="00F22B5B">
      <w:pPr>
        <w:pStyle w:val="Akapitzlist"/>
        <w:numPr>
          <w:ilvl w:val="0"/>
          <w:numId w:val="11"/>
        </w:numPr>
        <w:spacing w:after="0"/>
        <w:jc w:val="both"/>
      </w:pPr>
      <w:proofErr w:type="spellStart"/>
      <w:r w:rsidRPr="00F22B5B">
        <w:t>Organizatorzy</w:t>
      </w:r>
      <w:proofErr w:type="spellEnd"/>
      <w:r w:rsidRPr="00F22B5B">
        <w:t xml:space="preserve"> </w:t>
      </w:r>
      <w:proofErr w:type="spellStart"/>
      <w:r w:rsidRPr="00F22B5B">
        <w:t>mają</w:t>
      </w:r>
      <w:proofErr w:type="spellEnd"/>
      <w:r w:rsidRPr="00F22B5B">
        <w:t xml:space="preserve"> </w:t>
      </w:r>
      <w:proofErr w:type="spellStart"/>
      <w:r w:rsidRPr="00F22B5B">
        <w:t>prawo</w:t>
      </w:r>
      <w:proofErr w:type="spellEnd"/>
      <w:r w:rsidRPr="00F22B5B">
        <w:t xml:space="preserve"> </w:t>
      </w:r>
      <w:proofErr w:type="spellStart"/>
      <w:r w:rsidRPr="00F22B5B">
        <w:t>wykorzystać</w:t>
      </w:r>
      <w:proofErr w:type="spellEnd"/>
      <w:r w:rsidRPr="00F22B5B">
        <w:t xml:space="preserve"> </w:t>
      </w:r>
      <w:proofErr w:type="spellStart"/>
      <w:r w:rsidRPr="00F22B5B">
        <w:t>zdjęcia</w:t>
      </w:r>
      <w:proofErr w:type="spellEnd"/>
      <w:r w:rsidRPr="00F22B5B">
        <w:t xml:space="preserve"> </w:t>
      </w:r>
      <w:proofErr w:type="spellStart"/>
      <w:r w:rsidRPr="00F22B5B">
        <w:t>konkursowych</w:t>
      </w:r>
      <w:proofErr w:type="spellEnd"/>
      <w:r w:rsidRPr="00F22B5B">
        <w:t xml:space="preserve"> </w:t>
      </w:r>
      <w:proofErr w:type="spellStart"/>
      <w:r>
        <w:t>prac</w:t>
      </w:r>
      <w:proofErr w:type="spellEnd"/>
      <w:r w:rsidRPr="00F22B5B">
        <w:t xml:space="preserve"> do </w:t>
      </w:r>
      <w:proofErr w:type="spellStart"/>
      <w:r w:rsidRPr="00F22B5B">
        <w:t>celów</w:t>
      </w:r>
      <w:proofErr w:type="spellEnd"/>
      <w:r w:rsidRPr="00F22B5B">
        <w:t xml:space="preserve"> </w:t>
      </w:r>
      <w:proofErr w:type="spellStart"/>
      <w:r w:rsidRPr="00F22B5B">
        <w:t>promocyjnych</w:t>
      </w:r>
      <w:proofErr w:type="spellEnd"/>
      <w:r w:rsidRPr="00F22B5B">
        <w:t>.</w:t>
      </w:r>
    </w:p>
    <w:p w:rsidR="00F22B5B" w:rsidRPr="00F22B5B" w:rsidRDefault="00F22B5B" w:rsidP="00F22B5B">
      <w:pPr>
        <w:pStyle w:val="Akapitzlist"/>
        <w:numPr>
          <w:ilvl w:val="0"/>
          <w:numId w:val="11"/>
        </w:numPr>
        <w:spacing w:after="0"/>
        <w:jc w:val="both"/>
      </w:pPr>
      <w:proofErr w:type="spellStart"/>
      <w:r w:rsidRPr="00F22B5B">
        <w:t>Spory</w:t>
      </w:r>
      <w:proofErr w:type="spellEnd"/>
      <w:r w:rsidRPr="00F22B5B">
        <w:t xml:space="preserve"> </w:t>
      </w:r>
      <w:proofErr w:type="spellStart"/>
      <w:r w:rsidRPr="00F22B5B">
        <w:t>odnoszące</w:t>
      </w:r>
      <w:proofErr w:type="spellEnd"/>
      <w:r w:rsidRPr="00F22B5B">
        <w:t xml:space="preserve"> </w:t>
      </w:r>
      <w:proofErr w:type="spellStart"/>
      <w:r w:rsidRPr="00F22B5B">
        <w:t>się</w:t>
      </w:r>
      <w:proofErr w:type="spellEnd"/>
      <w:r w:rsidRPr="00F22B5B">
        <w:t xml:space="preserve"> i </w:t>
      </w:r>
      <w:proofErr w:type="spellStart"/>
      <w:r w:rsidRPr="00F22B5B">
        <w:t>wynikające</w:t>
      </w:r>
      <w:proofErr w:type="spellEnd"/>
      <w:r w:rsidRPr="00F22B5B">
        <w:t xml:space="preserve"> z </w:t>
      </w:r>
      <w:proofErr w:type="spellStart"/>
      <w:r w:rsidRPr="00F22B5B">
        <w:t>konkursu</w:t>
      </w:r>
      <w:proofErr w:type="spellEnd"/>
      <w:r w:rsidRPr="00F22B5B">
        <w:t xml:space="preserve"> </w:t>
      </w:r>
      <w:proofErr w:type="spellStart"/>
      <w:r w:rsidRPr="00F22B5B">
        <w:t>będą</w:t>
      </w:r>
      <w:proofErr w:type="spellEnd"/>
      <w:r w:rsidRPr="00F22B5B">
        <w:t xml:space="preserve"> </w:t>
      </w:r>
      <w:proofErr w:type="spellStart"/>
      <w:r w:rsidRPr="00F22B5B">
        <w:t>rozwiązywane</w:t>
      </w:r>
      <w:proofErr w:type="spellEnd"/>
      <w:r w:rsidRPr="00F22B5B">
        <w:t xml:space="preserve"> </w:t>
      </w:r>
      <w:proofErr w:type="spellStart"/>
      <w:r w:rsidRPr="00F22B5B">
        <w:t>przez</w:t>
      </w:r>
      <w:proofErr w:type="spellEnd"/>
      <w:r w:rsidRPr="00F22B5B">
        <w:t xml:space="preserve"> </w:t>
      </w:r>
      <w:proofErr w:type="spellStart"/>
      <w:r w:rsidRPr="00F22B5B">
        <w:t>Organizatora</w:t>
      </w:r>
      <w:proofErr w:type="spellEnd"/>
      <w:r w:rsidRPr="00F22B5B">
        <w:t xml:space="preserve">, a </w:t>
      </w:r>
      <w:proofErr w:type="spellStart"/>
      <w:r w:rsidRPr="00F22B5B">
        <w:t>wszelkie</w:t>
      </w:r>
      <w:proofErr w:type="spellEnd"/>
      <w:r w:rsidRPr="00F22B5B">
        <w:t xml:space="preserve"> </w:t>
      </w:r>
      <w:proofErr w:type="spellStart"/>
      <w:r w:rsidRPr="00F22B5B">
        <w:t>decyzje</w:t>
      </w:r>
      <w:proofErr w:type="spellEnd"/>
      <w:r w:rsidRPr="00F22B5B">
        <w:t xml:space="preserve"> w </w:t>
      </w:r>
      <w:proofErr w:type="spellStart"/>
      <w:r w:rsidRPr="00F22B5B">
        <w:t>tym</w:t>
      </w:r>
      <w:proofErr w:type="spellEnd"/>
      <w:r w:rsidRPr="00F22B5B">
        <w:t xml:space="preserve"> </w:t>
      </w:r>
      <w:proofErr w:type="spellStart"/>
      <w:r w:rsidRPr="00F22B5B">
        <w:t>zakresie</w:t>
      </w:r>
      <w:proofErr w:type="spellEnd"/>
      <w:r w:rsidRPr="00F22B5B">
        <w:t xml:space="preserve"> </w:t>
      </w:r>
      <w:proofErr w:type="spellStart"/>
      <w:r w:rsidRPr="00F22B5B">
        <w:t>będą</w:t>
      </w:r>
      <w:proofErr w:type="spellEnd"/>
      <w:r w:rsidRPr="00F22B5B">
        <w:t xml:space="preserve"> </w:t>
      </w:r>
      <w:proofErr w:type="spellStart"/>
      <w:r w:rsidRPr="00F22B5B">
        <w:t>wiążące</w:t>
      </w:r>
      <w:proofErr w:type="spellEnd"/>
      <w:r w:rsidRPr="00F22B5B">
        <w:t xml:space="preserve"> i </w:t>
      </w:r>
      <w:proofErr w:type="spellStart"/>
      <w:r w:rsidRPr="00F22B5B">
        <w:t>ostateczne</w:t>
      </w:r>
      <w:proofErr w:type="spellEnd"/>
      <w:r w:rsidRPr="00F22B5B">
        <w:t>.</w:t>
      </w:r>
    </w:p>
    <w:p w:rsidR="00F22B5B" w:rsidRPr="00F22B5B" w:rsidRDefault="00F22B5B" w:rsidP="00F22B5B">
      <w:pPr>
        <w:pStyle w:val="Akapitzlist"/>
        <w:numPr>
          <w:ilvl w:val="0"/>
          <w:numId w:val="11"/>
        </w:numPr>
        <w:spacing w:after="0"/>
        <w:jc w:val="both"/>
      </w:pPr>
      <w:proofErr w:type="spellStart"/>
      <w:r w:rsidRPr="00F22B5B">
        <w:t>Niniejszy</w:t>
      </w:r>
      <w:proofErr w:type="spellEnd"/>
      <w:r w:rsidRPr="00F22B5B">
        <w:t xml:space="preserve"> </w:t>
      </w:r>
      <w:proofErr w:type="spellStart"/>
      <w:r w:rsidRPr="00F22B5B">
        <w:t>Regulamin</w:t>
      </w:r>
      <w:proofErr w:type="spellEnd"/>
      <w:r w:rsidRPr="00F22B5B">
        <w:t xml:space="preserve"> jest </w:t>
      </w:r>
      <w:proofErr w:type="spellStart"/>
      <w:r w:rsidRPr="00F22B5B">
        <w:t>jedynym</w:t>
      </w:r>
      <w:proofErr w:type="spellEnd"/>
      <w:r w:rsidRPr="00F22B5B">
        <w:t xml:space="preserve"> </w:t>
      </w:r>
      <w:proofErr w:type="spellStart"/>
      <w:r w:rsidRPr="00F22B5B">
        <w:t>dokumentem</w:t>
      </w:r>
      <w:proofErr w:type="spellEnd"/>
      <w:r w:rsidRPr="00F22B5B">
        <w:t xml:space="preserve"> </w:t>
      </w:r>
      <w:proofErr w:type="spellStart"/>
      <w:r w:rsidRPr="00F22B5B">
        <w:t>określającym</w:t>
      </w:r>
      <w:proofErr w:type="spellEnd"/>
      <w:r w:rsidRPr="00F22B5B">
        <w:t xml:space="preserve"> </w:t>
      </w:r>
      <w:proofErr w:type="spellStart"/>
      <w:r w:rsidRPr="00F22B5B">
        <w:t>zasady</w:t>
      </w:r>
      <w:proofErr w:type="spellEnd"/>
      <w:r w:rsidRPr="00F22B5B">
        <w:t xml:space="preserve"> </w:t>
      </w:r>
      <w:proofErr w:type="spellStart"/>
      <w:r w:rsidRPr="00F22B5B">
        <w:t>konkursu</w:t>
      </w:r>
      <w:proofErr w:type="spellEnd"/>
      <w:r w:rsidRPr="00F22B5B">
        <w:t>.</w:t>
      </w:r>
    </w:p>
    <w:p w:rsidR="00F22B5B" w:rsidRPr="00F22B5B" w:rsidRDefault="00F22B5B" w:rsidP="00F22B5B">
      <w:pPr>
        <w:pStyle w:val="Akapitzlist"/>
        <w:spacing w:after="0"/>
        <w:jc w:val="both"/>
      </w:pPr>
      <w:proofErr w:type="spellStart"/>
      <w:r w:rsidRPr="00F22B5B">
        <w:t>Przystąpienie</w:t>
      </w:r>
      <w:proofErr w:type="spellEnd"/>
      <w:r w:rsidRPr="00F22B5B">
        <w:t xml:space="preserve"> do </w:t>
      </w:r>
      <w:proofErr w:type="spellStart"/>
      <w:r w:rsidRPr="00F22B5B">
        <w:t>konkursu</w:t>
      </w:r>
      <w:proofErr w:type="spellEnd"/>
      <w:r w:rsidRPr="00F22B5B">
        <w:t xml:space="preserve"> jest </w:t>
      </w:r>
      <w:proofErr w:type="spellStart"/>
      <w:r w:rsidRPr="00F22B5B">
        <w:t>jednoznaczne</w:t>
      </w:r>
      <w:proofErr w:type="spellEnd"/>
      <w:r w:rsidRPr="00F22B5B">
        <w:t xml:space="preserve"> z </w:t>
      </w:r>
      <w:proofErr w:type="spellStart"/>
      <w:r w:rsidRPr="00F22B5B">
        <w:t>zaakceptowaniem</w:t>
      </w:r>
      <w:proofErr w:type="spellEnd"/>
      <w:r w:rsidRPr="00F22B5B">
        <w:t xml:space="preserve"> </w:t>
      </w:r>
      <w:proofErr w:type="spellStart"/>
      <w:r w:rsidRPr="00F22B5B">
        <w:t>warunków</w:t>
      </w:r>
      <w:proofErr w:type="spellEnd"/>
      <w:r w:rsidRPr="00F22B5B">
        <w:t xml:space="preserve">  </w:t>
      </w:r>
      <w:proofErr w:type="spellStart"/>
      <w:r w:rsidRPr="00F22B5B">
        <w:t>Regulaminu</w:t>
      </w:r>
      <w:proofErr w:type="spellEnd"/>
      <w:r w:rsidRPr="00F22B5B">
        <w:t xml:space="preserve"> </w:t>
      </w:r>
      <w:proofErr w:type="spellStart"/>
      <w:r w:rsidRPr="00F22B5B">
        <w:t>Konkursu</w:t>
      </w:r>
      <w:proofErr w:type="spellEnd"/>
      <w:r w:rsidRPr="00F22B5B">
        <w:t>.</w:t>
      </w:r>
    </w:p>
    <w:p w:rsidR="0097265C" w:rsidRPr="00F22B5B" w:rsidRDefault="00F22B5B" w:rsidP="00F22B5B">
      <w:pPr>
        <w:pStyle w:val="Akapitzlist"/>
        <w:numPr>
          <w:ilvl w:val="0"/>
          <w:numId w:val="11"/>
        </w:numPr>
      </w:pPr>
      <w:proofErr w:type="spellStart"/>
      <w:r>
        <w:t>Ostateczna</w:t>
      </w:r>
      <w:proofErr w:type="spellEnd"/>
      <w:r>
        <w:t xml:space="preserve"> </w:t>
      </w:r>
      <w:proofErr w:type="spellStart"/>
      <w:r>
        <w:t>interpretacja</w:t>
      </w:r>
      <w:proofErr w:type="spellEnd"/>
      <w:r>
        <w:t xml:space="preserve"> </w:t>
      </w:r>
      <w:proofErr w:type="spellStart"/>
      <w:r>
        <w:t>R</w:t>
      </w:r>
      <w:r w:rsidR="00AA2426" w:rsidRPr="00F22B5B">
        <w:t>egulaminu</w:t>
      </w:r>
      <w:proofErr w:type="spellEnd"/>
      <w:r w:rsidR="00AA2426" w:rsidRPr="00F22B5B">
        <w:t xml:space="preserve"> </w:t>
      </w:r>
      <w:proofErr w:type="spellStart"/>
      <w:r w:rsidR="00AA2426" w:rsidRPr="00F22B5B">
        <w:t>należy</w:t>
      </w:r>
      <w:proofErr w:type="spellEnd"/>
      <w:r w:rsidR="00AA2426" w:rsidRPr="00F22B5B">
        <w:t xml:space="preserve"> do </w:t>
      </w:r>
      <w:proofErr w:type="spellStart"/>
      <w:r w:rsidR="00AA2426" w:rsidRPr="00F22B5B">
        <w:t>Organizatora</w:t>
      </w:r>
      <w:proofErr w:type="spellEnd"/>
      <w:r w:rsidR="00AA2426" w:rsidRPr="00F22B5B">
        <w:t>.</w:t>
      </w:r>
    </w:p>
    <w:p w:rsidR="00F22B5B" w:rsidRDefault="00F22B5B"/>
    <w:p w:rsidR="00E27CBF" w:rsidRDefault="00E27CBF" w:rsidP="00E27CBF">
      <w:pPr>
        <w:ind w:left="7200"/>
      </w:pPr>
      <w:r>
        <w:t xml:space="preserve">                                                                                                                                                                                          </w:t>
      </w:r>
      <w:proofErr w:type="spellStart"/>
      <w:r>
        <w:t>Organizatorzy</w:t>
      </w:r>
      <w:proofErr w:type="spellEnd"/>
    </w:p>
    <w:sectPr w:rsidR="00E27CB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7DD6661"/>
    <w:multiLevelType w:val="hybridMultilevel"/>
    <w:tmpl w:val="5FC80B90"/>
    <w:lvl w:ilvl="0" w:tplc="2214BD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C7643E4"/>
    <w:multiLevelType w:val="hybridMultilevel"/>
    <w:tmpl w:val="9BB4B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80662F"/>
    <w:multiLevelType w:val="hybridMultilevel"/>
    <w:tmpl w:val="CFEE71AE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D12EBB"/>
    <w:multiLevelType w:val="hybridMultilevel"/>
    <w:tmpl w:val="C9149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652521"/>
    <w:multiLevelType w:val="hybridMultilevel"/>
    <w:tmpl w:val="50C2AF2A"/>
    <w:lvl w:ilvl="0" w:tplc="6C52DC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43C27"/>
    <w:multiLevelType w:val="hybridMultilevel"/>
    <w:tmpl w:val="6F28C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82510D"/>
    <w:multiLevelType w:val="hybridMultilevel"/>
    <w:tmpl w:val="50006B40"/>
    <w:lvl w:ilvl="0" w:tplc="CBA4E06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725CB"/>
    <w:multiLevelType w:val="hybridMultilevel"/>
    <w:tmpl w:val="84343A54"/>
    <w:lvl w:ilvl="0" w:tplc="6FC09960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D03607"/>
    <w:multiLevelType w:val="multilevel"/>
    <w:tmpl w:val="D9C63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480DA2"/>
    <w:multiLevelType w:val="hybridMultilevel"/>
    <w:tmpl w:val="91FE3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15A96"/>
    <w:multiLevelType w:val="hybridMultilevel"/>
    <w:tmpl w:val="02C69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9"/>
  </w:num>
  <w:num w:numId="12">
    <w:abstractNumId w:val="16"/>
  </w:num>
  <w:num w:numId="13">
    <w:abstractNumId w:val="10"/>
  </w:num>
  <w:num w:numId="14">
    <w:abstractNumId w:val="9"/>
  </w:num>
  <w:num w:numId="15">
    <w:abstractNumId w:val="12"/>
  </w:num>
  <w:num w:numId="16">
    <w:abstractNumId w:val="18"/>
  </w:num>
  <w:num w:numId="17">
    <w:abstractNumId w:val="14"/>
  </w:num>
  <w:num w:numId="18">
    <w:abstractNumId w:val="17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A6C42"/>
    <w:rsid w:val="000D0EE6"/>
    <w:rsid w:val="000E0B79"/>
    <w:rsid w:val="0015074B"/>
    <w:rsid w:val="0029639D"/>
    <w:rsid w:val="002A1480"/>
    <w:rsid w:val="002C64AD"/>
    <w:rsid w:val="002F75DB"/>
    <w:rsid w:val="00326F90"/>
    <w:rsid w:val="0034059A"/>
    <w:rsid w:val="005544C8"/>
    <w:rsid w:val="005564B7"/>
    <w:rsid w:val="00644870"/>
    <w:rsid w:val="00674848"/>
    <w:rsid w:val="00697416"/>
    <w:rsid w:val="008127B3"/>
    <w:rsid w:val="008E33E9"/>
    <w:rsid w:val="008F7F52"/>
    <w:rsid w:val="0097265C"/>
    <w:rsid w:val="0097421E"/>
    <w:rsid w:val="009C1E0D"/>
    <w:rsid w:val="00AA1D8D"/>
    <w:rsid w:val="00AA2426"/>
    <w:rsid w:val="00B47730"/>
    <w:rsid w:val="00CB0664"/>
    <w:rsid w:val="00D61BE8"/>
    <w:rsid w:val="00D86E8D"/>
    <w:rsid w:val="00DD6510"/>
    <w:rsid w:val="00E27CBF"/>
    <w:rsid w:val="00E93663"/>
    <w:rsid w:val="00EA006E"/>
    <w:rsid w:val="00F20358"/>
    <w:rsid w:val="00F22B5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A8134D2-1009-4304-B7FA-1A400355F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812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7B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2035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6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menuopisloc">
    <w:name w:val="menuopisloc"/>
    <w:basedOn w:val="Domylnaczcionkaakapitu"/>
    <w:rsid w:val="00674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kpawlosiow.cb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wlosiow.c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EB476FD-0F17-42A6-A934-3C008BAF2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659</Words>
  <Characters>3957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4607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GOK</cp:lastModifiedBy>
  <cp:revision>20</cp:revision>
  <cp:lastPrinted>2025-10-06T08:17:00Z</cp:lastPrinted>
  <dcterms:created xsi:type="dcterms:W3CDTF">2025-09-15T09:36:00Z</dcterms:created>
  <dcterms:modified xsi:type="dcterms:W3CDTF">2025-10-06T08:24:00Z</dcterms:modified>
  <cp:category/>
</cp:coreProperties>
</file>