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0E1" w:rsidRDefault="005B5269" w:rsidP="005B5269">
      <w:pPr>
        <w:pStyle w:val="Tytu"/>
      </w:pPr>
      <w:proofErr w:type="spellStart"/>
      <w:r>
        <w:t>Regulamin</w:t>
      </w:r>
      <w:proofErr w:type="spellEnd"/>
      <w:r>
        <w:t xml:space="preserve"> </w:t>
      </w:r>
      <w:proofErr w:type="spellStart"/>
      <w:r>
        <w:t>Mikołajkowych</w:t>
      </w:r>
      <w:proofErr w:type="spellEnd"/>
      <w:r>
        <w:t xml:space="preserve"> </w:t>
      </w:r>
      <w:proofErr w:type="spellStart"/>
      <w:r>
        <w:t>Zajęć</w:t>
      </w:r>
      <w:proofErr w:type="spellEnd"/>
      <w:r>
        <w:t xml:space="preserve"> z </w:t>
      </w:r>
      <w:r w:rsidR="009C21A4">
        <w:t xml:space="preserve"> Lego </w:t>
      </w:r>
      <w:proofErr w:type="spellStart"/>
      <w:r w:rsidR="00D90087">
        <w:t>Robotyki</w:t>
      </w:r>
      <w:proofErr w:type="spellEnd"/>
    </w:p>
    <w:p w:rsidR="005450E1" w:rsidRDefault="00D90087">
      <w:pPr>
        <w:pStyle w:val="Nagwek2"/>
      </w:pPr>
      <w:r>
        <w:t>§1. Organizator</w:t>
      </w:r>
    </w:p>
    <w:p w:rsidR="0094646A" w:rsidRDefault="00D90087">
      <w:r>
        <w:t xml:space="preserve">1. </w:t>
      </w:r>
      <w:proofErr w:type="spellStart"/>
      <w:r>
        <w:t>Organizatorem</w:t>
      </w:r>
      <w:proofErr w:type="spellEnd"/>
      <w:r>
        <w:t xml:space="preserve"> </w:t>
      </w:r>
      <w:proofErr w:type="spellStart"/>
      <w:r>
        <w:t>zajęć</w:t>
      </w:r>
      <w:proofErr w:type="spellEnd"/>
      <w:r>
        <w:t xml:space="preserve"> z </w:t>
      </w:r>
      <w:proofErr w:type="spellStart"/>
      <w:r>
        <w:t>robotyki</w:t>
      </w:r>
      <w:proofErr w:type="spellEnd"/>
      <w:r>
        <w:t xml:space="preserve"> jest </w:t>
      </w:r>
      <w:r w:rsidR="0094646A">
        <w:t xml:space="preserve"> </w:t>
      </w:r>
      <w:proofErr w:type="spellStart"/>
      <w:r w:rsidR="0094646A">
        <w:t>Wójt</w:t>
      </w:r>
      <w:proofErr w:type="spellEnd"/>
      <w:r w:rsidR="0094646A">
        <w:t xml:space="preserve"> </w:t>
      </w:r>
      <w:proofErr w:type="spellStart"/>
      <w:r w:rsidR="0094646A">
        <w:t>Gminy</w:t>
      </w:r>
      <w:proofErr w:type="spellEnd"/>
      <w:r w:rsidR="0094646A">
        <w:t xml:space="preserve"> </w:t>
      </w:r>
      <w:proofErr w:type="spellStart"/>
      <w:r w:rsidR="0094646A">
        <w:t>Pawłosiów</w:t>
      </w:r>
      <w:proofErr w:type="spellEnd"/>
      <w:r w:rsidR="0094646A">
        <w:t xml:space="preserve">  i </w:t>
      </w:r>
      <w:proofErr w:type="spellStart"/>
      <w:r w:rsidR="0094646A">
        <w:t>Gminny</w:t>
      </w:r>
      <w:proofErr w:type="spellEnd"/>
      <w:r w:rsidR="0094646A">
        <w:t xml:space="preserve"> </w:t>
      </w:r>
      <w:proofErr w:type="spellStart"/>
      <w:r w:rsidR="0094646A">
        <w:t>Ośrodek</w:t>
      </w:r>
      <w:proofErr w:type="spellEnd"/>
      <w:r w:rsidR="0094646A">
        <w:t xml:space="preserve"> </w:t>
      </w:r>
      <w:proofErr w:type="spellStart"/>
      <w:r w:rsidR="0094646A">
        <w:t>Kultury</w:t>
      </w:r>
      <w:proofErr w:type="spellEnd"/>
      <w:r w:rsidR="0094646A">
        <w:t xml:space="preserve"> w Pawłosiowie we </w:t>
      </w:r>
      <w:proofErr w:type="spellStart"/>
      <w:r w:rsidR="0094646A">
        <w:t>wpółpracy</w:t>
      </w:r>
      <w:proofErr w:type="spellEnd"/>
      <w:r w:rsidR="0094646A">
        <w:t xml:space="preserve"> </w:t>
      </w:r>
      <w:proofErr w:type="spellStart"/>
      <w:r w:rsidR="0094646A">
        <w:t>ze</w:t>
      </w:r>
      <w:proofErr w:type="spellEnd"/>
      <w:r w:rsidR="0094646A">
        <w:t xml:space="preserve"> SPICE GEARS ACADEMY</w:t>
      </w:r>
    </w:p>
    <w:p w:rsidR="005450E1" w:rsidRDefault="00D90087">
      <w:r>
        <w:t xml:space="preserve">2. </w:t>
      </w:r>
      <w:proofErr w:type="spellStart"/>
      <w:r>
        <w:t>Zajęcia</w:t>
      </w:r>
      <w:proofErr w:type="spellEnd"/>
      <w:r>
        <w:t xml:space="preserve"> </w:t>
      </w:r>
      <w:proofErr w:type="spellStart"/>
      <w:r>
        <w:t>odbywają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w </w:t>
      </w:r>
      <w:proofErr w:type="spellStart"/>
      <w:r w:rsidR="0094646A">
        <w:t>kilku</w:t>
      </w:r>
      <w:proofErr w:type="spellEnd"/>
      <w:r w:rsidR="0094646A">
        <w:t xml:space="preserve"> </w:t>
      </w:r>
      <w:proofErr w:type="spellStart"/>
      <w:r w:rsidR="0094646A">
        <w:t>lokalizacjach</w:t>
      </w:r>
      <w:proofErr w:type="spellEnd"/>
      <w:r w:rsidR="0094646A">
        <w:t xml:space="preserve">, </w:t>
      </w:r>
      <w:proofErr w:type="spellStart"/>
      <w:r w:rsidR="0094646A">
        <w:t>zgodnie</w:t>
      </w:r>
      <w:proofErr w:type="spellEnd"/>
      <w:r w:rsidR="0094646A">
        <w:t xml:space="preserve"> z </w:t>
      </w:r>
      <w:proofErr w:type="spellStart"/>
      <w:r w:rsidR="0094646A">
        <w:t>harmonogramem</w:t>
      </w:r>
      <w:proofErr w:type="spellEnd"/>
      <w:r w:rsidR="0094646A">
        <w:t>:</w:t>
      </w:r>
    </w:p>
    <w:p w:rsidR="0094646A" w:rsidRPr="006C4906" w:rsidRDefault="0094646A" w:rsidP="006C4906">
      <w:pPr>
        <w:pStyle w:val="Akapitzlist"/>
        <w:numPr>
          <w:ilvl w:val="0"/>
          <w:numId w:val="10"/>
        </w:numPr>
        <w:jc w:val="both"/>
        <w:rPr>
          <w:i/>
        </w:rPr>
      </w:pPr>
      <w:r w:rsidRPr="006C4906">
        <w:rPr>
          <w:b/>
          <w:i/>
        </w:rPr>
        <w:t xml:space="preserve">5 </w:t>
      </w:r>
      <w:proofErr w:type="spellStart"/>
      <w:r w:rsidRPr="006C4906">
        <w:rPr>
          <w:b/>
          <w:i/>
        </w:rPr>
        <w:t>grudn</w:t>
      </w:r>
      <w:r w:rsidR="006C4906" w:rsidRPr="006C4906">
        <w:rPr>
          <w:b/>
          <w:i/>
        </w:rPr>
        <w:t>ia</w:t>
      </w:r>
      <w:proofErr w:type="spellEnd"/>
      <w:r w:rsidRPr="006C4906">
        <w:rPr>
          <w:b/>
          <w:i/>
        </w:rPr>
        <w:t xml:space="preserve">, </w:t>
      </w:r>
      <w:proofErr w:type="spellStart"/>
      <w:r w:rsidRPr="006C4906">
        <w:rPr>
          <w:b/>
          <w:i/>
        </w:rPr>
        <w:t>godzina</w:t>
      </w:r>
      <w:proofErr w:type="spellEnd"/>
      <w:r w:rsidRPr="006C4906">
        <w:rPr>
          <w:b/>
          <w:i/>
        </w:rPr>
        <w:t xml:space="preserve"> 16:00</w:t>
      </w:r>
      <w:r w:rsidRPr="006C4906">
        <w:rPr>
          <w:i/>
        </w:rPr>
        <w:t xml:space="preserve"> Centrum </w:t>
      </w:r>
      <w:proofErr w:type="spellStart"/>
      <w:r w:rsidRPr="006C4906">
        <w:rPr>
          <w:i/>
        </w:rPr>
        <w:t>Aktywności</w:t>
      </w:r>
      <w:proofErr w:type="spellEnd"/>
      <w:r w:rsidRPr="006C4906">
        <w:rPr>
          <w:i/>
        </w:rPr>
        <w:t xml:space="preserve"> </w:t>
      </w:r>
      <w:proofErr w:type="spellStart"/>
      <w:r w:rsidRPr="006C4906">
        <w:rPr>
          <w:i/>
        </w:rPr>
        <w:t>Lokalnej</w:t>
      </w:r>
      <w:proofErr w:type="spellEnd"/>
      <w:r w:rsidRPr="006C4906">
        <w:rPr>
          <w:i/>
        </w:rPr>
        <w:t xml:space="preserve"> w Pawłosiowie </w:t>
      </w:r>
      <w:proofErr w:type="spellStart"/>
      <w:r w:rsidRPr="006C4906">
        <w:rPr>
          <w:i/>
        </w:rPr>
        <w:t>skierowane</w:t>
      </w:r>
      <w:proofErr w:type="spellEnd"/>
      <w:r w:rsidRPr="006C4906">
        <w:rPr>
          <w:i/>
        </w:rPr>
        <w:t xml:space="preserve"> dla </w:t>
      </w:r>
      <w:proofErr w:type="spellStart"/>
      <w:r w:rsidRPr="006C4906">
        <w:rPr>
          <w:i/>
        </w:rPr>
        <w:t>mieszkańców</w:t>
      </w:r>
      <w:proofErr w:type="spellEnd"/>
      <w:r w:rsidRPr="006C4906">
        <w:rPr>
          <w:i/>
        </w:rPr>
        <w:t xml:space="preserve"> </w:t>
      </w:r>
      <w:proofErr w:type="spellStart"/>
      <w:r w:rsidRPr="006C4906">
        <w:rPr>
          <w:i/>
        </w:rPr>
        <w:t>Pawłosiowa</w:t>
      </w:r>
      <w:proofErr w:type="spellEnd"/>
      <w:r w:rsidRPr="006C4906">
        <w:rPr>
          <w:i/>
        </w:rPr>
        <w:t xml:space="preserve"> i </w:t>
      </w:r>
      <w:proofErr w:type="spellStart"/>
      <w:r w:rsidRPr="006C4906">
        <w:rPr>
          <w:i/>
        </w:rPr>
        <w:t>Widnej</w:t>
      </w:r>
      <w:proofErr w:type="spellEnd"/>
      <w:r w:rsidRPr="006C4906">
        <w:rPr>
          <w:i/>
        </w:rPr>
        <w:t xml:space="preserve"> </w:t>
      </w:r>
      <w:proofErr w:type="spellStart"/>
      <w:r w:rsidRPr="006C4906">
        <w:rPr>
          <w:i/>
        </w:rPr>
        <w:t>Góry</w:t>
      </w:r>
      <w:proofErr w:type="spellEnd"/>
      <w:r w:rsidRPr="006C4906">
        <w:rPr>
          <w:i/>
        </w:rPr>
        <w:t xml:space="preserve"> </w:t>
      </w:r>
    </w:p>
    <w:p w:rsidR="0094646A" w:rsidRPr="006C4906" w:rsidRDefault="006C4906" w:rsidP="006C4906">
      <w:pPr>
        <w:pStyle w:val="Akapitzlist"/>
        <w:numPr>
          <w:ilvl w:val="0"/>
          <w:numId w:val="10"/>
        </w:numPr>
        <w:jc w:val="both"/>
        <w:rPr>
          <w:i/>
        </w:rPr>
      </w:pPr>
      <w:r w:rsidRPr="006C4906">
        <w:rPr>
          <w:b/>
          <w:i/>
        </w:rPr>
        <w:t xml:space="preserve">8 </w:t>
      </w:r>
      <w:proofErr w:type="spellStart"/>
      <w:r w:rsidRPr="006C4906">
        <w:rPr>
          <w:b/>
          <w:i/>
        </w:rPr>
        <w:t>grudnia</w:t>
      </w:r>
      <w:proofErr w:type="spellEnd"/>
      <w:r w:rsidR="0094646A" w:rsidRPr="006C4906">
        <w:rPr>
          <w:b/>
          <w:i/>
        </w:rPr>
        <w:t xml:space="preserve">, </w:t>
      </w:r>
      <w:proofErr w:type="spellStart"/>
      <w:r w:rsidR="0094646A" w:rsidRPr="006C4906">
        <w:rPr>
          <w:b/>
          <w:i/>
        </w:rPr>
        <w:t>godzina</w:t>
      </w:r>
      <w:proofErr w:type="spellEnd"/>
      <w:r w:rsidR="0094646A" w:rsidRPr="006C4906">
        <w:rPr>
          <w:b/>
          <w:i/>
        </w:rPr>
        <w:t xml:space="preserve"> 16:00</w:t>
      </w:r>
      <w:r w:rsidR="0094646A" w:rsidRPr="006C4906">
        <w:rPr>
          <w:i/>
        </w:rPr>
        <w:t xml:space="preserve"> Dom </w:t>
      </w:r>
      <w:proofErr w:type="spellStart"/>
      <w:r w:rsidR="0094646A" w:rsidRPr="006C4906">
        <w:rPr>
          <w:i/>
        </w:rPr>
        <w:t>Kultury</w:t>
      </w:r>
      <w:proofErr w:type="spellEnd"/>
      <w:r w:rsidR="0094646A" w:rsidRPr="006C4906">
        <w:rPr>
          <w:i/>
        </w:rPr>
        <w:t xml:space="preserve"> w </w:t>
      </w:r>
      <w:proofErr w:type="spellStart"/>
      <w:r w:rsidR="0094646A" w:rsidRPr="006C4906">
        <w:rPr>
          <w:i/>
        </w:rPr>
        <w:t>Kidałowicach</w:t>
      </w:r>
      <w:proofErr w:type="spellEnd"/>
      <w:r w:rsidR="0094646A" w:rsidRPr="006C4906">
        <w:rPr>
          <w:i/>
        </w:rPr>
        <w:t xml:space="preserve">, </w:t>
      </w:r>
      <w:proofErr w:type="spellStart"/>
      <w:r w:rsidR="0094646A" w:rsidRPr="006C4906">
        <w:rPr>
          <w:i/>
        </w:rPr>
        <w:t>skierowane</w:t>
      </w:r>
      <w:proofErr w:type="spellEnd"/>
      <w:r w:rsidR="0094646A" w:rsidRPr="006C4906">
        <w:rPr>
          <w:i/>
        </w:rPr>
        <w:t xml:space="preserve"> dla </w:t>
      </w:r>
      <w:proofErr w:type="spellStart"/>
      <w:r w:rsidR="0094646A" w:rsidRPr="006C4906">
        <w:rPr>
          <w:i/>
        </w:rPr>
        <w:t>mieszkańcow</w:t>
      </w:r>
      <w:proofErr w:type="spellEnd"/>
      <w:r w:rsidR="0094646A" w:rsidRPr="006C4906">
        <w:rPr>
          <w:i/>
        </w:rPr>
        <w:t xml:space="preserve"> </w:t>
      </w:r>
      <w:proofErr w:type="spellStart"/>
      <w:r w:rsidR="0094646A" w:rsidRPr="006C4906">
        <w:rPr>
          <w:i/>
        </w:rPr>
        <w:t>Kidałowic</w:t>
      </w:r>
      <w:proofErr w:type="spellEnd"/>
    </w:p>
    <w:p w:rsidR="0094646A" w:rsidRPr="006C4906" w:rsidRDefault="0094646A" w:rsidP="006C4906">
      <w:pPr>
        <w:pStyle w:val="Akapitzlist"/>
        <w:numPr>
          <w:ilvl w:val="0"/>
          <w:numId w:val="10"/>
        </w:numPr>
        <w:jc w:val="both"/>
        <w:rPr>
          <w:i/>
        </w:rPr>
      </w:pPr>
      <w:r w:rsidRPr="006C4906">
        <w:rPr>
          <w:b/>
          <w:i/>
        </w:rPr>
        <w:t xml:space="preserve">9 </w:t>
      </w:r>
      <w:proofErr w:type="spellStart"/>
      <w:r w:rsidRPr="006C4906">
        <w:rPr>
          <w:b/>
          <w:i/>
        </w:rPr>
        <w:t>grudnia</w:t>
      </w:r>
      <w:proofErr w:type="spellEnd"/>
      <w:r w:rsidR="006C4906" w:rsidRPr="006C4906">
        <w:rPr>
          <w:b/>
          <w:i/>
        </w:rPr>
        <w:t>,</w:t>
      </w:r>
      <w:r w:rsidRPr="006C4906">
        <w:rPr>
          <w:b/>
          <w:i/>
        </w:rPr>
        <w:t xml:space="preserve"> </w:t>
      </w:r>
      <w:proofErr w:type="spellStart"/>
      <w:r w:rsidRPr="006C4906">
        <w:rPr>
          <w:b/>
          <w:i/>
        </w:rPr>
        <w:t>godzina</w:t>
      </w:r>
      <w:proofErr w:type="spellEnd"/>
      <w:r w:rsidRPr="006C4906">
        <w:rPr>
          <w:b/>
          <w:i/>
        </w:rPr>
        <w:t xml:space="preserve"> 16:00</w:t>
      </w:r>
      <w:r w:rsidRPr="006C4906">
        <w:rPr>
          <w:i/>
        </w:rPr>
        <w:t xml:space="preserve"> Dom </w:t>
      </w:r>
      <w:proofErr w:type="spellStart"/>
      <w:r w:rsidRPr="006C4906">
        <w:rPr>
          <w:i/>
        </w:rPr>
        <w:t>Kultury</w:t>
      </w:r>
      <w:proofErr w:type="spellEnd"/>
      <w:r w:rsidRPr="006C4906">
        <w:rPr>
          <w:i/>
        </w:rPr>
        <w:t xml:space="preserve"> w </w:t>
      </w:r>
      <w:proofErr w:type="spellStart"/>
      <w:r w:rsidRPr="006C4906">
        <w:rPr>
          <w:i/>
        </w:rPr>
        <w:t>Maleniskach</w:t>
      </w:r>
      <w:proofErr w:type="spellEnd"/>
      <w:r w:rsidRPr="006C4906">
        <w:rPr>
          <w:i/>
        </w:rPr>
        <w:t xml:space="preserve">, </w:t>
      </w:r>
      <w:proofErr w:type="spellStart"/>
      <w:r w:rsidRPr="006C4906">
        <w:rPr>
          <w:i/>
        </w:rPr>
        <w:t>skierowane</w:t>
      </w:r>
      <w:proofErr w:type="spellEnd"/>
      <w:r w:rsidRPr="006C4906">
        <w:rPr>
          <w:i/>
        </w:rPr>
        <w:t xml:space="preserve"> dla </w:t>
      </w:r>
      <w:proofErr w:type="spellStart"/>
      <w:r w:rsidRPr="006C4906">
        <w:rPr>
          <w:i/>
        </w:rPr>
        <w:t>mieszkańców</w:t>
      </w:r>
      <w:proofErr w:type="spellEnd"/>
      <w:r w:rsidRPr="006C4906">
        <w:rPr>
          <w:i/>
        </w:rPr>
        <w:t xml:space="preserve"> </w:t>
      </w:r>
      <w:proofErr w:type="spellStart"/>
      <w:r w:rsidRPr="006C4906">
        <w:rPr>
          <w:i/>
        </w:rPr>
        <w:t>Malenisk</w:t>
      </w:r>
      <w:proofErr w:type="spellEnd"/>
      <w:r w:rsidRPr="006C4906">
        <w:rPr>
          <w:i/>
        </w:rPr>
        <w:t xml:space="preserve">, </w:t>
      </w:r>
      <w:proofErr w:type="spellStart"/>
      <w:r w:rsidRPr="006C4906">
        <w:rPr>
          <w:i/>
        </w:rPr>
        <w:t>Szczytnej</w:t>
      </w:r>
      <w:proofErr w:type="spellEnd"/>
      <w:r w:rsidRPr="006C4906">
        <w:rPr>
          <w:i/>
        </w:rPr>
        <w:t xml:space="preserve"> i </w:t>
      </w:r>
      <w:proofErr w:type="spellStart"/>
      <w:r w:rsidRPr="006C4906">
        <w:rPr>
          <w:i/>
        </w:rPr>
        <w:t>Tywoni</w:t>
      </w:r>
      <w:proofErr w:type="spellEnd"/>
    </w:p>
    <w:p w:rsidR="0094646A" w:rsidRPr="006C4906" w:rsidRDefault="0094646A" w:rsidP="006C4906">
      <w:pPr>
        <w:pStyle w:val="Akapitzlist"/>
        <w:numPr>
          <w:ilvl w:val="0"/>
          <w:numId w:val="10"/>
        </w:numPr>
        <w:jc w:val="both"/>
        <w:rPr>
          <w:i/>
        </w:rPr>
      </w:pPr>
      <w:r w:rsidRPr="006C4906">
        <w:rPr>
          <w:b/>
          <w:i/>
        </w:rPr>
        <w:t xml:space="preserve">10 </w:t>
      </w:r>
      <w:proofErr w:type="spellStart"/>
      <w:r w:rsidRPr="006C4906">
        <w:rPr>
          <w:b/>
          <w:i/>
        </w:rPr>
        <w:t>grudnia</w:t>
      </w:r>
      <w:proofErr w:type="spellEnd"/>
      <w:r w:rsidR="006C4906" w:rsidRPr="006C4906">
        <w:rPr>
          <w:b/>
          <w:i/>
        </w:rPr>
        <w:t>,</w:t>
      </w:r>
      <w:r w:rsidRPr="006C4906">
        <w:rPr>
          <w:b/>
          <w:i/>
        </w:rPr>
        <w:t xml:space="preserve"> </w:t>
      </w:r>
      <w:proofErr w:type="spellStart"/>
      <w:r w:rsidRPr="006C4906">
        <w:rPr>
          <w:b/>
          <w:i/>
        </w:rPr>
        <w:t>godzina</w:t>
      </w:r>
      <w:proofErr w:type="spellEnd"/>
      <w:r w:rsidRPr="006C4906">
        <w:rPr>
          <w:b/>
          <w:i/>
        </w:rPr>
        <w:t xml:space="preserve"> 16:00</w:t>
      </w:r>
      <w:r w:rsidRPr="006C4906">
        <w:rPr>
          <w:i/>
        </w:rPr>
        <w:t xml:space="preserve">  Dom </w:t>
      </w:r>
      <w:proofErr w:type="spellStart"/>
      <w:r w:rsidRPr="006C4906">
        <w:rPr>
          <w:i/>
        </w:rPr>
        <w:t>Kultury</w:t>
      </w:r>
      <w:proofErr w:type="spellEnd"/>
      <w:r w:rsidRPr="006C4906">
        <w:rPr>
          <w:i/>
        </w:rPr>
        <w:t xml:space="preserve"> w </w:t>
      </w:r>
      <w:proofErr w:type="spellStart"/>
      <w:r w:rsidRPr="006C4906">
        <w:rPr>
          <w:i/>
        </w:rPr>
        <w:t>Wierzbnej</w:t>
      </w:r>
      <w:proofErr w:type="spellEnd"/>
      <w:r w:rsidRPr="006C4906">
        <w:rPr>
          <w:i/>
        </w:rPr>
        <w:t xml:space="preserve">, </w:t>
      </w:r>
      <w:proofErr w:type="spellStart"/>
      <w:r w:rsidRPr="006C4906">
        <w:rPr>
          <w:i/>
        </w:rPr>
        <w:t>skierowane</w:t>
      </w:r>
      <w:proofErr w:type="spellEnd"/>
      <w:r w:rsidRPr="006C4906">
        <w:rPr>
          <w:i/>
        </w:rPr>
        <w:t xml:space="preserve"> dla </w:t>
      </w:r>
      <w:proofErr w:type="spellStart"/>
      <w:r w:rsidRPr="006C4906">
        <w:rPr>
          <w:i/>
        </w:rPr>
        <w:t>mieszkańców</w:t>
      </w:r>
      <w:proofErr w:type="spellEnd"/>
      <w:r w:rsidRPr="006C4906">
        <w:rPr>
          <w:i/>
        </w:rPr>
        <w:t xml:space="preserve"> </w:t>
      </w:r>
      <w:proofErr w:type="spellStart"/>
      <w:r w:rsidRPr="006C4906">
        <w:rPr>
          <w:i/>
        </w:rPr>
        <w:t>Wierzbnej</w:t>
      </w:r>
      <w:proofErr w:type="spellEnd"/>
    </w:p>
    <w:p w:rsidR="0094646A" w:rsidRPr="006C4906" w:rsidRDefault="0094646A" w:rsidP="006C4906">
      <w:pPr>
        <w:pStyle w:val="Akapitzlist"/>
        <w:numPr>
          <w:ilvl w:val="0"/>
          <w:numId w:val="10"/>
        </w:numPr>
        <w:jc w:val="both"/>
        <w:rPr>
          <w:i/>
        </w:rPr>
      </w:pPr>
      <w:r w:rsidRPr="006C4906">
        <w:rPr>
          <w:b/>
          <w:i/>
        </w:rPr>
        <w:t xml:space="preserve">11 </w:t>
      </w:r>
      <w:proofErr w:type="spellStart"/>
      <w:r w:rsidRPr="006C4906">
        <w:rPr>
          <w:b/>
          <w:i/>
        </w:rPr>
        <w:t>grudnia</w:t>
      </w:r>
      <w:proofErr w:type="spellEnd"/>
      <w:r w:rsidR="006C4906" w:rsidRPr="006C4906">
        <w:rPr>
          <w:b/>
          <w:i/>
        </w:rPr>
        <w:t>,</w:t>
      </w:r>
      <w:r w:rsidRPr="006C4906">
        <w:rPr>
          <w:b/>
          <w:i/>
        </w:rPr>
        <w:t xml:space="preserve"> </w:t>
      </w:r>
      <w:proofErr w:type="spellStart"/>
      <w:r w:rsidRPr="006C4906">
        <w:rPr>
          <w:b/>
          <w:i/>
        </w:rPr>
        <w:t>godzina</w:t>
      </w:r>
      <w:proofErr w:type="spellEnd"/>
      <w:r w:rsidRPr="006C4906">
        <w:rPr>
          <w:b/>
          <w:i/>
        </w:rPr>
        <w:t xml:space="preserve"> 16:00</w:t>
      </w:r>
      <w:r w:rsidRPr="006C4906">
        <w:rPr>
          <w:i/>
        </w:rPr>
        <w:t xml:space="preserve"> Dom </w:t>
      </w:r>
      <w:proofErr w:type="spellStart"/>
      <w:r w:rsidRPr="006C4906">
        <w:rPr>
          <w:i/>
        </w:rPr>
        <w:t>Kultury</w:t>
      </w:r>
      <w:proofErr w:type="spellEnd"/>
      <w:r w:rsidRPr="006C4906">
        <w:rPr>
          <w:i/>
        </w:rPr>
        <w:t xml:space="preserve"> w </w:t>
      </w:r>
      <w:proofErr w:type="spellStart"/>
      <w:r w:rsidRPr="006C4906">
        <w:rPr>
          <w:i/>
        </w:rPr>
        <w:t>Oża</w:t>
      </w:r>
      <w:r w:rsidR="00EC0C50">
        <w:rPr>
          <w:i/>
        </w:rPr>
        <w:t>ńsku</w:t>
      </w:r>
      <w:proofErr w:type="spellEnd"/>
      <w:r w:rsidR="00EC0C50">
        <w:rPr>
          <w:i/>
        </w:rPr>
        <w:t xml:space="preserve"> , </w:t>
      </w:r>
      <w:proofErr w:type="spellStart"/>
      <w:r w:rsidR="00EC0C50">
        <w:rPr>
          <w:i/>
        </w:rPr>
        <w:t>skierowane</w:t>
      </w:r>
      <w:proofErr w:type="spellEnd"/>
      <w:r w:rsidR="00EC0C50">
        <w:rPr>
          <w:i/>
        </w:rPr>
        <w:t xml:space="preserve"> dla </w:t>
      </w:r>
      <w:proofErr w:type="spellStart"/>
      <w:r w:rsidR="00EC0C50">
        <w:rPr>
          <w:i/>
        </w:rPr>
        <w:t>mieszkańcó</w:t>
      </w:r>
      <w:r w:rsidRPr="006C4906">
        <w:rPr>
          <w:i/>
        </w:rPr>
        <w:t>w</w:t>
      </w:r>
      <w:proofErr w:type="spellEnd"/>
      <w:r w:rsidRPr="006C4906">
        <w:rPr>
          <w:i/>
        </w:rPr>
        <w:t xml:space="preserve"> </w:t>
      </w:r>
      <w:proofErr w:type="spellStart"/>
      <w:r w:rsidRPr="006C4906">
        <w:rPr>
          <w:i/>
        </w:rPr>
        <w:t>Ożańska</w:t>
      </w:r>
      <w:proofErr w:type="spellEnd"/>
    </w:p>
    <w:p w:rsidR="0094646A" w:rsidRPr="006C4906" w:rsidRDefault="0094646A" w:rsidP="006C4906">
      <w:pPr>
        <w:pStyle w:val="Akapitzlist"/>
        <w:numPr>
          <w:ilvl w:val="0"/>
          <w:numId w:val="10"/>
        </w:numPr>
        <w:jc w:val="both"/>
        <w:rPr>
          <w:i/>
        </w:rPr>
      </w:pPr>
      <w:r w:rsidRPr="006C4906">
        <w:rPr>
          <w:b/>
          <w:i/>
        </w:rPr>
        <w:t xml:space="preserve">12 </w:t>
      </w:r>
      <w:proofErr w:type="spellStart"/>
      <w:r w:rsidRPr="006C4906">
        <w:rPr>
          <w:b/>
          <w:i/>
        </w:rPr>
        <w:t>grudnia</w:t>
      </w:r>
      <w:proofErr w:type="spellEnd"/>
      <w:r w:rsidR="006C4906" w:rsidRPr="006C4906">
        <w:rPr>
          <w:b/>
          <w:i/>
        </w:rPr>
        <w:t>,</w:t>
      </w:r>
      <w:r w:rsidRPr="006C4906">
        <w:rPr>
          <w:b/>
          <w:i/>
        </w:rPr>
        <w:t xml:space="preserve"> </w:t>
      </w:r>
      <w:proofErr w:type="spellStart"/>
      <w:r w:rsidRPr="006C4906">
        <w:rPr>
          <w:b/>
          <w:i/>
        </w:rPr>
        <w:t>godzina</w:t>
      </w:r>
      <w:proofErr w:type="spellEnd"/>
      <w:r w:rsidRPr="006C4906">
        <w:rPr>
          <w:b/>
          <w:i/>
        </w:rPr>
        <w:t xml:space="preserve"> 16:00</w:t>
      </w:r>
      <w:r w:rsidRPr="006C4906">
        <w:rPr>
          <w:i/>
        </w:rPr>
        <w:t xml:space="preserve"> </w:t>
      </w:r>
      <w:r w:rsidR="006C4906">
        <w:rPr>
          <w:i/>
        </w:rPr>
        <w:t xml:space="preserve">Centrum </w:t>
      </w:r>
      <w:proofErr w:type="spellStart"/>
      <w:r w:rsidR="006C4906">
        <w:rPr>
          <w:i/>
        </w:rPr>
        <w:t>Kulturalne</w:t>
      </w:r>
      <w:proofErr w:type="spellEnd"/>
      <w:r w:rsidRPr="006C4906">
        <w:rPr>
          <w:i/>
        </w:rPr>
        <w:t xml:space="preserve"> w </w:t>
      </w:r>
      <w:proofErr w:type="spellStart"/>
      <w:r w:rsidRPr="006C4906">
        <w:rPr>
          <w:i/>
        </w:rPr>
        <w:t>Cieszacinie</w:t>
      </w:r>
      <w:proofErr w:type="spellEnd"/>
      <w:r w:rsidRPr="006C4906">
        <w:rPr>
          <w:i/>
        </w:rPr>
        <w:t xml:space="preserve"> </w:t>
      </w:r>
      <w:proofErr w:type="spellStart"/>
      <w:r w:rsidRPr="006C4906">
        <w:rPr>
          <w:i/>
        </w:rPr>
        <w:t>Wielkim</w:t>
      </w:r>
      <w:proofErr w:type="spellEnd"/>
      <w:r w:rsidRPr="006C4906">
        <w:rPr>
          <w:i/>
        </w:rPr>
        <w:t xml:space="preserve">, </w:t>
      </w:r>
      <w:proofErr w:type="spellStart"/>
      <w:r w:rsidRPr="006C4906">
        <w:rPr>
          <w:i/>
        </w:rPr>
        <w:t>skierowane</w:t>
      </w:r>
      <w:proofErr w:type="spellEnd"/>
      <w:r w:rsidRPr="006C4906">
        <w:rPr>
          <w:i/>
        </w:rPr>
        <w:t xml:space="preserve"> dla </w:t>
      </w:r>
      <w:proofErr w:type="spellStart"/>
      <w:r w:rsidRPr="006C4906">
        <w:rPr>
          <w:i/>
        </w:rPr>
        <w:t>mieszkańców</w:t>
      </w:r>
      <w:proofErr w:type="spellEnd"/>
      <w:r w:rsidRPr="006C4906">
        <w:rPr>
          <w:i/>
        </w:rPr>
        <w:t xml:space="preserve"> </w:t>
      </w:r>
      <w:proofErr w:type="spellStart"/>
      <w:r w:rsidR="006C4906" w:rsidRPr="006C4906">
        <w:rPr>
          <w:i/>
        </w:rPr>
        <w:t>Cieszacina</w:t>
      </w:r>
      <w:proofErr w:type="spellEnd"/>
      <w:r w:rsidR="006C4906" w:rsidRPr="006C4906">
        <w:rPr>
          <w:i/>
        </w:rPr>
        <w:t xml:space="preserve"> </w:t>
      </w:r>
      <w:proofErr w:type="spellStart"/>
      <w:r w:rsidR="006C4906" w:rsidRPr="006C4906">
        <w:rPr>
          <w:i/>
        </w:rPr>
        <w:t>Wielkiego</w:t>
      </w:r>
      <w:proofErr w:type="spellEnd"/>
    </w:p>
    <w:p w:rsidR="006C4906" w:rsidRPr="006C4906" w:rsidRDefault="006C4906" w:rsidP="006C4906">
      <w:pPr>
        <w:pStyle w:val="Akapitzlist"/>
        <w:numPr>
          <w:ilvl w:val="0"/>
          <w:numId w:val="10"/>
        </w:numPr>
        <w:jc w:val="both"/>
        <w:rPr>
          <w:i/>
        </w:rPr>
      </w:pPr>
      <w:r w:rsidRPr="006C4906">
        <w:rPr>
          <w:b/>
          <w:i/>
        </w:rPr>
        <w:t xml:space="preserve">15 </w:t>
      </w:r>
      <w:proofErr w:type="spellStart"/>
      <w:r w:rsidRPr="006C4906">
        <w:rPr>
          <w:b/>
          <w:i/>
        </w:rPr>
        <w:t>grudnia</w:t>
      </w:r>
      <w:proofErr w:type="spellEnd"/>
      <w:r w:rsidRPr="006C4906">
        <w:rPr>
          <w:b/>
          <w:i/>
        </w:rPr>
        <w:t xml:space="preserve">, </w:t>
      </w:r>
      <w:proofErr w:type="spellStart"/>
      <w:r w:rsidRPr="006C4906">
        <w:rPr>
          <w:b/>
          <w:i/>
        </w:rPr>
        <w:t>godzina</w:t>
      </w:r>
      <w:proofErr w:type="spellEnd"/>
      <w:r w:rsidRPr="006C4906">
        <w:rPr>
          <w:b/>
          <w:i/>
        </w:rPr>
        <w:t xml:space="preserve"> 16:00</w:t>
      </w:r>
      <w:r w:rsidRPr="006C4906">
        <w:rPr>
          <w:i/>
        </w:rPr>
        <w:t xml:space="preserve"> Dom </w:t>
      </w:r>
      <w:proofErr w:type="spellStart"/>
      <w:r w:rsidRPr="006C4906">
        <w:rPr>
          <w:i/>
        </w:rPr>
        <w:t>Kultury</w:t>
      </w:r>
      <w:proofErr w:type="spellEnd"/>
      <w:r w:rsidRPr="006C4906">
        <w:rPr>
          <w:i/>
        </w:rPr>
        <w:t xml:space="preserve"> w </w:t>
      </w:r>
      <w:proofErr w:type="spellStart"/>
      <w:r w:rsidRPr="006C4906">
        <w:rPr>
          <w:i/>
        </w:rPr>
        <w:t>Cieszacinie</w:t>
      </w:r>
      <w:proofErr w:type="spellEnd"/>
      <w:r w:rsidRPr="006C4906">
        <w:rPr>
          <w:i/>
        </w:rPr>
        <w:t xml:space="preserve"> </w:t>
      </w:r>
      <w:proofErr w:type="spellStart"/>
      <w:r w:rsidRPr="006C4906">
        <w:rPr>
          <w:i/>
        </w:rPr>
        <w:t>Małym</w:t>
      </w:r>
      <w:proofErr w:type="spellEnd"/>
      <w:r w:rsidRPr="006C4906">
        <w:rPr>
          <w:i/>
        </w:rPr>
        <w:t xml:space="preserve"> , </w:t>
      </w:r>
      <w:proofErr w:type="spellStart"/>
      <w:r w:rsidRPr="006C4906">
        <w:rPr>
          <w:i/>
        </w:rPr>
        <w:t>skierowane</w:t>
      </w:r>
      <w:proofErr w:type="spellEnd"/>
      <w:r w:rsidRPr="006C4906">
        <w:rPr>
          <w:i/>
        </w:rPr>
        <w:t xml:space="preserve"> dla </w:t>
      </w:r>
      <w:proofErr w:type="spellStart"/>
      <w:r w:rsidRPr="006C4906">
        <w:rPr>
          <w:i/>
        </w:rPr>
        <w:t>mieszkańców</w:t>
      </w:r>
      <w:proofErr w:type="spellEnd"/>
      <w:r w:rsidRPr="006C4906">
        <w:rPr>
          <w:i/>
        </w:rPr>
        <w:t xml:space="preserve"> </w:t>
      </w:r>
      <w:proofErr w:type="spellStart"/>
      <w:r w:rsidRPr="006C4906">
        <w:rPr>
          <w:i/>
        </w:rPr>
        <w:t>Cieszacina</w:t>
      </w:r>
      <w:proofErr w:type="spellEnd"/>
      <w:r w:rsidRPr="006C4906">
        <w:rPr>
          <w:i/>
        </w:rPr>
        <w:t xml:space="preserve"> </w:t>
      </w:r>
      <w:proofErr w:type="spellStart"/>
      <w:r w:rsidRPr="006C4906">
        <w:rPr>
          <w:i/>
        </w:rPr>
        <w:t>Małego</w:t>
      </w:r>
      <w:proofErr w:type="spellEnd"/>
    </w:p>
    <w:p w:rsidR="005450E1" w:rsidRDefault="00D90087">
      <w:pPr>
        <w:pStyle w:val="Nagwek2"/>
      </w:pPr>
      <w:r>
        <w:t>§2. Cel zajęć</w:t>
      </w:r>
    </w:p>
    <w:p w:rsidR="005450E1" w:rsidRDefault="00D90087" w:rsidP="006C4906">
      <w:pPr>
        <w:jc w:val="both"/>
      </w:pPr>
      <w:r>
        <w:t>1. Zajęcia z robotyki mają na celu rozwój dzieci i młodzieży w obszarze robotyki, projektowania i programowania, łącząc naukę z pasją, zabawą i kreatywnością.</w:t>
      </w:r>
      <w:r>
        <w:br/>
        <w:t xml:space="preserve">2. </w:t>
      </w:r>
      <w:proofErr w:type="spellStart"/>
      <w:r>
        <w:t>Misją</w:t>
      </w:r>
      <w:proofErr w:type="spellEnd"/>
      <w:r>
        <w:t xml:space="preserve"> </w:t>
      </w:r>
      <w:proofErr w:type="spellStart"/>
      <w:r>
        <w:t>organizatora</w:t>
      </w:r>
      <w:proofErr w:type="spellEnd"/>
      <w:r>
        <w:t xml:space="preserve"> jest </w:t>
      </w:r>
      <w:proofErr w:type="spellStart"/>
      <w:r>
        <w:t>otwieranie</w:t>
      </w:r>
      <w:proofErr w:type="spellEnd"/>
      <w:r>
        <w:t xml:space="preserve"> </w:t>
      </w:r>
      <w:proofErr w:type="spellStart"/>
      <w:r>
        <w:t>przed</w:t>
      </w:r>
      <w:proofErr w:type="spellEnd"/>
      <w:r>
        <w:t xml:space="preserve"> </w:t>
      </w:r>
      <w:proofErr w:type="spellStart"/>
      <w:r>
        <w:t>dziećmi</w:t>
      </w:r>
      <w:proofErr w:type="spellEnd"/>
      <w:r>
        <w:t xml:space="preserve"> i </w:t>
      </w:r>
      <w:proofErr w:type="spellStart"/>
      <w:r>
        <w:t>młodzieżą</w:t>
      </w:r>
      <w:proofErr w:type="spellEnd"/>
      <w:r>
        <w:t xml:space="preserve"> </w:t>
      </w:r>
      <w:proofErr w:type="spellStart"/>
      <w:r>
        <w:t>drzwi</w:t>
      </w:r>
      <w:proofErr w:type="spellEnd"/>
      <w:r>
        <w:t xml:space="preserve"> do </w:t>
      </w:r>
      <w:proofErr w:type="spellStart"/>
      <w:r>
        <w:t>świata</w:t>
      </w:r>
      <w:proofErr w:type="spellEnd"/>
      <w:r>
        <w:t xml:space="preserve"> </w:t>
      </w:r>
      <w:proofErr w:type="spellStart"/>
      <w:r>
        <w:t>nowoczesnej</w:t>
      </w:r>
      <w:proofErr w:type="spellEnd"/>
      <w:r>
        <w:t xml:space="preserve"> </w:t>
      </w:r>
      <w:proofErr w:type="spellStart"/>
      <w:r>
        <w:t>edukacji</w:t>
      </w:r>
      <w:proofErr w:type="spellEnd"/>
      <w:r>
        <w:t xml:space="preserve"> </w:t>
      </w:r>
      <w:proofErr w:type="spellStart"/>
      <w:r>
        <w:t>technologicznej</w:t>
      </w:r>
      <w:proofErr w:type="spellEnd"/>
      <w:r>
        <w:t>.</w:t>
      </w:r>
    </w:p>
    <w:p w:rsidR="005B5269" w:rsidRDefault="005B5269" w:rsidP="006C4906">
      <w:pPr>
        <w:jc w:val="both"/>
      </w:pPr>
    </w:p>
    <w:p w:rsidR="005450E1" w:rsidRDefault="00D90087">
      <w:pPr>
        <w:pStyle w:val="Nagwek2"/>
      </w:pPr>
      <w:r>
        <w:t>§3. Uczestnicy</w:t>
      </w:r>
    </w:p>
    <w:p w:rsidR="009C21A4" w:rsidRDefault="00EC0C50" w:rsidP="009C21A4">
      <w:pPr>
        <w:spacing w:after="0"/>
        <w:jc w:val="both"/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</w:pPr>
      <w:r>
        <w:t>1.  </w:t>
      </w:r>
      <w:r w:rsidR="00D90087">
        <w:t xml:space="preserve">W </w:t>
      </w:r>
      <w:proofErr w:type="spellStart"/>
      <w:r w:rsidR="00D90087">
        <w:t>zajęciach</w:t>
      </w:r>
      <w:proofErr w:type="spellEnd"/>
      <w:r w:rsidR="00D90087">
        <w:t xml:space="preserve"> </w:t>
      </w:r>
      <w:proofErr w:type="spellStart"/>
      <w:r w:rsidR="00D90087">
        <w:t>mogą</w:t>
      </w:r>
      <w:proofErr w:type="spellEnd"/>
      <w:r w:rsidR="00D90087">
        <w:t xml:space="preserve"> </w:t>
      </w:r>
      <w:proofErr w:type="spellStart"/>
      <w:r w:rsidR="00D90087">
        <w:t>uczestnic</w:t>
      </w:r>
      <w:r>
        <w:t>zyć</w:t>
      </w:r>
      <w:proofErr w:type="spellEnd"/>
      <w:r>
        <w:t xml:space="preserve"> </w:t>
      </w:r>
      <w:proofErr w:type="spellStart"/>
      <w:r>
        <w:t>dzieci</w:t>
      </w:r>
      <w:proofErr w:type="spellEnd"/>
      <w:r>
        <w:t xml:space="preserve"> w wieku 6–15 lat.</w:t>
      </w:r>
      <w:r>
        <w:br/>
        <w:t>2.  </w:t>
      </w:r>
      <w:proofErr w:type="spellStart"/>
      <w:r w:rsidR="00D90087">
        <w:t>Liczba</w:t>
      </w:r>
      <w:proofErr w:type="spellEnd"/>
      <w:r w:rsidR="00D90087">
        <w:t xml:space="preserve"> </w:t>
      </w:r>
      <w:proofErr w:type="spellStart"/>
      <w:r w:rsidR="00D90087">
        <w:t>miejsc</w:t>
      </w:r>
      <w:proofErr w:type="spellEnd"/>
      <w:r w:rsidR="00D90087">
        <w:t xml:space="preserve"> jest </w:t>
      </w:r>
      <w:proofErr w:type="spellStart"/>
      <w:r w:rsidR="00D90087">
        <w:t>ograniczona</w:t>
      </w:r>
      <w:proofErr w:type="spellEnd"/>
      <w:r w:rsidR="00D90087">
        <w:t xml:space="preserve"> — </w:t>
      </w:r>
      <w:proofErr w:type="spellStart"/>
      <w:r w:rsidR="00D90087">
        <w:t>decyduje</w:t>
      </w:r>
      <w:proofErr w:type="spellEnd"/>
      <w:r w:rsidR="00D90087">
        <w:t xml:space="preserve"> </w:t>
      </w:r>
      <w:proofErr w:type="spellStart"/>
      <w:r w:rsidR="00D90087">
        <w:t>kolejność</w:t>
      </w:r>
      <w:proofErr w:type="spellEnd"/>
      <w:r w:rsidR="00D90087">
        <w:t xml:space="preserve"> </w:t>
      </w:r>
      <w:proofErr w:type="spellStart"/>
      <w:r w:rsidR="00D90087">
        <w:t>zgłoszeń</w:t>
      </w:r>
      <w:proofErr w:type="spellEnd"/>
      <w:r w:rsidR="00D90087">
        <w:t>.</w:t>
      </w:r>
      <w:r w:rsidR="00D90087">
        <w:br/>
      </w:r>
    </w:p>
    <w:p w:rsidR="005450E1" w:rsidRDefault="006C4906" w:rsidP="006C4906">
      <w:pPr>
        <w:spacing w:after="0"/>
        <w:jc w:val="both"/>
      </w:pPr>
      <w:r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  <w:t>0004 2001 0054 3132 0001</w:t>
      </w:r>
    </w:p>
    <w:p w:rsidR="005450E1" w:rsidRDefault="00D90087">
      <w:pPr>
        <w:pStyle w:val="Nagwek2"/>
      </w:pPr>
      <w:r>
        <w:t>§4. Warunki uczestnictwa</w:t>
      </w:r>
    </w:p>
    <w:p w:rsidR="009C21A4" w:rsidRPr="009C21A4" w:rsidRDefault="00D90087" w:rsidP="009C21A4">
      <w:pPr>
        <w:spacing w:after="0"/>
        <w:jc w:val="both"/>
        <w:rPr>
          <w:b/>
        </w:rPr>
      </w:pPr>
      <w:r>
        <w:t>1</w:t>
      </w:r>
      <w:r w:rsidR="009C21A4">
        <w:rPr>
          <w:b/>
        </w:rPr>
        <w:t>.Udzia</w:t>
      </w:r>
      <w:r w:rsidR="009C21A4" w:rsidRPr="009C21A4">
        <w:rPr>
          <w:b/>
        </w:rPr>
        <w:t xml:space="preserve">ł w </w:t>
      </w:r>
      <w:proofErr w:type="spellStart"/>
      <w:r w:rsidR="009C21A4" w:rsidRPr="009C21A4">
        <w:rPr>
          <w:b/>
        </w:rPr>
        <w:t>zajęciach</w:t>
      </w:r>
      <w:proofErr w:type="spellEnd"/>
      <w:r w:rsidR="009C21A4" w:rsidRPr="009C21A4">
        <w:rPr>
          <w:b/>
        </w:rPr>
        <w:t xml:space="preserve"> jest </w:t>
      </w:r>
      <w:proofErr w:type="spellStart"/>
      <w:r w:rsidR="009C21A4" w:rsidRPr="009C21A4">
        <w:rPr>
          <w:b/>
        </w:rPr>
        <w:t>częściowo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płatny</w:t>
      </w:r>
      <w:proofErr w:type="spellEnd"/>
      <w:r w:rsidR="009C21A4" w:rsidRPr="009C21A4">
        <w:rPr>
          <w:b/>
        </w:rPr>
        <w:t xml:space="preserve">. </w:t>
      </w:r>
      <w:proofErr w:type="spellStart"/>
      <w:r w:rsidR="009C21A4" w:rsidRPr="009C21A4">
        <w:rPr>
          <w:b/>
        </w:rPr>
        <w:t>Rodzic</w:t>
      </w:r>
      <w:proofErr w:type="spellEnd"/>
      <w:r w:rsidR="009C21A4" w:rsidRPr="009C21A4">
        <w:rPr>
          <w:b/>
        </w:rPr>
        <w:t>/</w:t>
      </w:r>
      <w:proofErr w:type="spellStart"/>
      <w:r w:rsidR="009C21A4" w:rsidRPr="009C21A4">
        <w:rPr>
          <w:b/>
        </w:rPr>
        <w:t>opiekun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prawny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wnosi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opłatę</w:t>
      </w:r>
      <w:proofErr w:type="spellEnd"/>
      <w:r w:rsidR="009C21A4" w:rsidRPr="009C21A4">
        <w:rPr>
          <w:b/>
        </w:rPr>
        <w:t xml:space="preserve"> w </w:t>
      </w:r>
      <w:proofErr w:type="spellStart"/>
      <w:r w:rsidR="009C21A4" w:rsidRPr="009C21A4">
        <w:rPr>
          <w:b/>
        </w:rPr>
        <w:t>wysokości</w:t>
      </w:r>
      <w:proofErr w:type="spellEnd"/>
      <w:r w:rsidR="009C21A4" w:rsidRPr="009C21A4">
        <w:rPr>
          <w:b/>
        </w:rPr>
        <w:t xml:space="preserve"> 10 </w:t>
      </w:r>
      <w:proofErr w:type="spellStart"/>
      <w:r w:rsidR="009C21A4" w:rsidRPr="009C21A4">
        <w:rPr>
          <w:b/>
        </w:rPr>
        <w:t>zł</w:t>
      </w:r>
      <w:proofErr w:type="spellEnd"/>
      <w:r w:rsidR="009C21A4" w:rsidRPr="009C21A4">
        <w:rPr>
          <w:b/>
        </w:rPr>
        <w:t xml:space="preserve">. </w:t>
      </w:r>
      <w:proofErr w:type="spellStart"/>
      <w:r w:rsidR="009C21A4" w:rsidRPr="009C21A4">
        <w:rPr>
          <w:b/>
        </w:rPr>
        <w:t>Calkowity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koszt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udziału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jednego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uczestnika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wynosi</w:t>
      </w:r>
      <w:proofErr w:type="spellEnd"/>
      <w:r w:rsidR="009C21A4" w:rsidRPr="009C21A4">
        <w:rPr>
          <w:b/>
        </w:rPr>
        <w:t xml:space="preserve"> 33 </w:t>
      </w:r>
      <w:proofErr w:type="spellStart"/>
      <w:r w:rsidR="009C21A4" w:rsidRPr="009C21A4">
        <w:rPr>
          <w:b/>
        </w:rPr>
        <w:t>zł</w:t>
      </w:r>
      <w:proofErr w:type="spellEnd"/>
      <w:r w:rsidR="009C21A4" w:rsidRPr="009C21A4">
        <w:rPr>
          <w:b/>
        </w:rPr>
        <w:t xml:space="preserve">., z </w:t>
      </w:r>
      <w:proofErr w:type="spellStart"/>
      <w:r w:rsidR="009C21A4" w:rsidRPr="009C21A4">
        <w:rPr>
          <w:b/>
        </w:rPr>
        <w:t>czego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lastRenderedPageBreak/>
        <w:t>pozostała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częś</w:t>
      </w:r>
      <w:r w:rsidR="009C21A4">
        <w:rPr>
          <w:b/>
        </w:rPr>
        <w:t>ć</w:t>
      </w:r>
      <w:proofErr w:type="spellEnd"/>
      <w:r w:rsidR="009C21A4">
        <w:rPr>
          <w:b/>
        </w:rPr>
        <w:t xml:space="preserve"> jest </w:t>
      </w:r>
      <w:proofErr w:type="spellStart"/>
      <w:r w:rsidR="009C21A4">
        <w:rPr>
          <w:b/>
        </w:rPr>
        <w:t>finansowana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przez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Wójta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G</w:t>
      </w:r>
      <w:r w:rsidR="009C21A4" w:rsidRPr="009C21A4">
        <w:rPr>
          <w:b/>
        </w:rPr>
        <w:t>miny</w:t>
      </w:r>
      <w:proofErr w:type="spellEnd"/>
      <w:r w:rsidR="009C21A4" w:rsidRPr="009C21A4">
        <w:rPr>
          <w:b/>
        </w:rPr>
        <w:t xml:space="preserve"> </w:t>
      </w:r>
      <w:proofErr w:type="spellStart"/>
      <w:r w:rsidR="009C21A4" w:rsidRPr="009C21A4">
        <w:rPr>
          <w:b/>
        </w:rPr>
        <w:t>Pawłos</w:t>
      </w:r>
      <w:r w:rsidR="009C21A4">
        <w:rPr>
          <w:b/>
        </w:rPr>
        <w:t>iów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oraz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Gminny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Ośrodek</w:t>
      </w:r>
      <w:proofErr w:type="spellEnd"/>
      <w:r w:rsidR="009C21A4">
        <w:rPr>
          <w:b/>
        </w:rPr>
        <w:t xml:space="preserve"> </w:t>
      </w:r>
      <w:proofErr w:type="spellStart"/>
      <w:r w:rsidR="009C21A4">
        <w:rPr>
          <w:b/>
        </w:rPr>
        <w:t>K</w:t>
      </w:r>
      <w:r w:rsidR="009C21A4" w:rsidRPr="009C21A4">
        <w:rPr>
          <w:b/>
        </w:rPr>
        <w:t>ultury</w:t>
      </w:r>
      <w:proofErr w:type="spellEnd"/>
      <w:r w:rsidR="009C21A4" w:rsidRPr="009C21A4">
        <w:rPr>
          <w:b/>
        </w:rPr>
        <w:t xml:space="preserve"> w Pawłosiowie.   </w:t>
      </w:r>
    </w:p>
    <w:p w:rsidR="009C21A4" w:rsidRDefault="009C21A4" w:rsidP="009C21A4">
      <w:pPr>
        <w:spacing w:after="0"/>
        <w:jc w:val="both"/>
        <w:rPr>
          <w:b/>
        </w:rPr>
      </w:pPr>
      <w:r>
        <w:t xml:space="preserve">3.  </w:t>
      </w:r>
      <w:proofErr w:type="spellStart"/>
      <w:r>
        <w:t>Udział</w:t>
      </w:r>
      <w:proofErr w:type="spellEnd"/>
      <w:r>
        <w:t xml:space="preserve">  </w:t>
      </w:r>
      <w:proofErr w:type="spellStart"/>
      <w:r>
        <w:t>dziecka</w:t>
      </w:r>
      <w:proofErr w:type="spellEnd"/>
      <w:r>
        <w:t xml:space="preserve"> w  </w:t>
      </w:r>
      <w:proofErr w:type="spellStart"/>
      <w:r>
        <w:t>zajęciach</w:t>
      </w:r>
      <w:proofErr w:type="spellEnd"/>
      <w:r>
        <w:t xml:space="preserve">  jest </w:t>
      </w:r>
      <w:proofErr w:type="spellStart"/>
      <w:r>
        <w:t>możliwy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wcześniejszym</w:t>
      </w:r>
      <w:proofErr w:type="spellEnd"/>
      <w:r>
        <w:t xml:space="preserve"> </w:t>
      </w:r>
      <w:proofErr w:type="spellStart"/>
      <w:r>
        <w:t>zapisaniu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. </w:t>
      </w:r>
      <w:proofErr w:type="spellStart"/>
      <w:r>
        <w:t>Nastepnie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uiścić</w:t>
      </w:r>
      <w:proofErr w:type="spellEnd"/>
      <w:r>
        <w:t xml:space="preserve">  </w:t>
      </w:r>
      <w:proofErr w:type="spellStart"/>
      <w:r>
        <w:t>opłatę</w:t>
      </w:r>
      <w:proofErr w:type="spellEnd"/>
      <w:r>
        <w:t xml:space="preserve"> w </w:t>
      </w:r>
      <w:proofErr w:type="spellStart"/>
      <w:r>
        <w:t>kwocie</w:t>
      </w:r>
      <w:proofErr w:type="spellEnd"/>
      <w:r>
        <w:t xml:space="preserve"> 10 </w:t>
      </w:r>
      <w:proofErr w:type="spellStart"/>
      <w:r>
        <w:t>zł</w:t>
      </w:r>
      <w:proofErr w:type="spellEnd"/>
      <w:r>
        <w:t xml:space="preserve">. 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podany</w:t>
      </w:r>
      <w:proofErr w:type="spellEnd"/>
      <w:r>
        <w:t xml:space="preserve"> </w:t>
      </w:r>
      <w:proofErr w:type="spellStart"/>
      <w:r>
        <w:t>nr</w:t>
      </w:r>
      <w:proofErr w:type="spellEnd"/>
      <w:r>
        <w:t xml:space="preserve"> </w:t>
      </w:r>
      <w:proofErr w:type="spellStart"/>
      <w:r>
        <w:t>konta</w:t>
      </w:r>
      <w:proofErr w:type="spellEnd"/>
      <w:r>
        <w:t xml:space="preserve">: </w:t>
      </w:r>
      <w:r w:rsidRPr="006C4906"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  <w:t>4</w:t>
      </w:r>
      <w:r>
        <w:rPr>
          <w:b/>
        </w:rPr>
        <w:t xml:space="preserve">14909600042001005431320001 </w:t>
      </w:r>
    </w:p>
    <w:p w:rsidR="005450E1" w:rsidRDefault="009C21A4" w:rsidP="009C21A4">
      <w:pPr>
        <w:spacing w:after="0"/>
        <w:jc w:val="both"/>
      </w:pPr>
      <w:r>
        <w:rPr>
          <w:b/>
        </w:rPr>
        <w:t xml:space="preserve">w </w:t>
      </w:r>
      <w:proofErr w:type="spellStart"/>
      <w:r>
        <w:rPr>
          <w:b/>
        </w:rPr>
        <w:t>tytule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podając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imię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nazwisko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uczestnika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wiek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oraz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miejscowość</w:t>
      </w:r>
      <w:proofErr w:type="spellEnd"/>
      <w:r w:rsidR="002F38BE">
        <w:rPr>
          <w:b/>
        </w:rPr>
        <w:t xml:space="preserve">. </w:t>
      </w:r>
      <w:proofErr w:type="spellStart"/>
      <w:r w:rsidR="002F38BE">
        <w:rPr>
          <w:b/>
        </w:rPr>
        <w:t>Wpłatę</w:t>
      </w:r>
      <w:proofErr w:type="spellEnd"/>
      <w:r w:rsidR="002F38BE">
        <w:rPr>
          <w:b/>
        </w:rPr>
        <w:t xml:space="preserve"> </w:t>
      </w:r>
      <w:proofErr w:type="spellStart"/>
      <w:r w:rsidR="002F38BE">
        <w:rPr>
          <w:b/>
        </w:rPr>
        <w:t>należy</w:t>
      </w:r>
      <w:proofErr w:type="spellEnd"/>
      <w:r w:rsidR="002F38BE">
        <w:rPr>
          <w:b/>
        </w:rPr>
        <w:t xml:space="preserve"> </w:t>
      </w:r>
      <w:proofErr w:type="spellStart"/>
      <w:r w:rsidR="002F38BE">
        <w:rPr>
          <w:b/>
        </w:rPr>
        <w:t>uiścić</w:t>
      </w:r>
      <w:proofErr w:type="spellEnd"/>
      <w:r w:rsidR="002F38BE">
        <w:rPr>
          <w:b/>
        </w:rPr>
        <w:t> do 30 </w:t>
      </w:r>
      <w:proofErr w:type="spellStart"/>
      <w:r w:rsidR="002F38BE">
        <w:rPr>
          <w:b/>
        </w:rPr>
        <w:t>listopada</w:t>
      </w:r>
      <w:proofErr w:type="spellEnd"/>
      <w:r w:rsidR="002F38BE">
        <w:rPr>
          <w:b/>
        </w:rPr>
        <w:t xml:space="preserve"> br. </w:t>
      </w:r>
      <w:bookmarkStart w:id="0" w:name="_GoBack"/>
      <w:bookmarkEnd w:id="0"/>
      <w:r w:rsidR="002F38BE"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  <w:t xml:space="preserve">uiścić </w:t>
      </w:r>
      <w:r w:rsidRPr="006C4906"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  <w:t xml:space="preserve"> 9</w:t>
      </w:r>
      <w:r>
        <w:rPr>
          <w:rFonts w:ascii="Arial,Bold" w:hAnsi="Arial,Bold" w:cs="Arial,Bold"/>
          <w:b/>
          <w:bCs/>
          <w:color w:val="FFFFFF"/>
          <w:sz w:val="18"/>
          <w:szCs w:val="18"/>
          <w:lang w:val="pl-PL"/>
        </w:rPr>
        <w:t>096</w:t>
      </w:r>
      <w:r w:rsidR="00D90087">
        <w:br/>
        <w:t xml:space="preserve">3. </w:t>
      </w:r>
      <w:r w:rsidR="005B5269">
        <w:t> </w:t>
      </w:r>
      <w:proofErr w:type="spellStart"/>
      <w:r w:rsidR="00D90087">
        <w:t>Zapisując</w:t>
      </w:r>
      <w:proofErr w:type="spellEnd"/>
      <w:r w:rsidR="00D90087">
        <w:t xml:space="preserve"> </w:t>
      </w:r>
      <w:proofErr w:type="spellStart"/>
      <w:r w:rsidR="00D90087">
        <w:t>dziecko</w:t>
      </w:r>
      <w:proofErr w:type="spellEnd"/>
      <w:r w:rsidR="00D90087">
        <w:t xml:space="preserve">, </w:t>
      </w:r>
      <w:proofErr w:type="spellStart"/>
      <w:r w:rsidR="00D90087">
        <w:t>rodzic</w:t>
      </w:r>
      <w:proofErr w:type="spellEnd"/>
      <w:r w:rsidR="00D90087">
        <w:t>/</w:t>
      </w:r>
      <w:proofErr w:type="spellStart"/>
      <w:r w:rsidR="00D90087">
        <w:t>opiekun</w:t>
      </w:r>
      <w:proofErr w:type="spellEnd"/>
      <w:r w:rsidR="00D90087">
        <w:t xml:space="preserve"> </w:t>
      </w:r>
      <w:proofErr w:type="spellStart"/>
      <w:r w:rsidR="00D90087">
        <w:t>prawny</w:t>
      </w:r>
      <w:proofErr w:type="spellEnd"/>
      <w:r w:rsidR="00D90087">
        <w:t xml:space="preserve"> </w:t>
      </w:r>
      <w:proofErr w:type="spellStart"/>
      <w:r w:rsidR="00D90087">
        <w:t>akceptuje</w:t>
      </w:r>
      <w:proofErr w:type="spellEnd"/>
      <w:r w:rsidR="00D90087">
        <w:t xml:space="preserve"> </w:t>
      </w:r>
      <w:proofErr w:type="spellStart"/>
      <w:r w:rsidR="00D90087">
        <w:t>niniejszy</w:t>
      </w:r>
      <w:proofErr w:type="spellEnd"/>
      <w:r w:rsidR="00D90087">
        <w:t xml:space="preserve"> </w:t>
      </w:r>
      <w:proofErr w:type="spellStart"/>
      <w:r w:rsidR="00D90087">
        <w:t>regulamin</w:t>
      </w:r>
      <w:proofErr w:type="spellEnd"/>
      <w:r w:rsidR="00D90087">
        <w:t>.</w:t>
      </w:r>
    </w:p>
    <w:p w:rsidR="005B5269" w:rsidRDefault="005B5269" w:rsidP="005B5269">
      <w:pPr>
        <w:spacing w:after="0"/>
        <w:jc w:val="both"/>
      </w:pPr>
      <w:r>
        <w:t>4.  </w:t>
      </w:r>
      <w:proofErr w:type="spellStart"/>
      <w:r w:rsidRPr="000D0EE6">
        <w:t>Uczestnicy</w:t>
      </w:r>
      <w:proofErr w:type="spellEnd"/>
      <w:r w:rsidRPr="000D0EE6">
        <w:t xml:space="preserve"> </w:t>
      </w:r>
      <w:proofErr w:type="spellStart"/>
      <w:r>
        <w:t>warsztatów</w:t>
      </w:r>
      <w:proofErr w:type="spellEnd"/>
      <w:r w:rsidRPr="000D0EE6">
        <w:t xml:space="preserve"> </w:t>
      </w:r>
      <w:proofErr w:type="spellStart"/>
      <w:r w:rsidRPr="000D0EE6">
        <w:t>wyrażają</w:t>
      </w:r>
      <w:proofErr w:type="spellEnd"/>
      <w:r w:rsidRPr="000D0EE6">
        <w:t xml:space="preserve"> </w:t>
      </w:r>
      <w:proofErr w:type="spellStart"/>
      <w:r w:rsidRPr="000D0EE6">
        <w:t>zgodę</w:t>
      </w:r>
      <w:proofErr w:type="spellEnd"/>
      <w:r w:rsidRPr="000D0EE6">
        <w:t xml:space="preserve"> </w:t>
      </w:r>
      <w:proofErr w:type="spellStart"/>
      <w:r w:rsidRPr="000D0EE6">
        <w:t>na</w:t>
      </w:r>
      <w:proofErr w:type="spellEnd"/>
      <w:r w:rsidRPr="000D0EE6">
        <w:t xml:space="preserve"> </w:t>
      </w:r>
      <w:proofErr w:type="spellStart"/>
      <w:r w:rsidRPr="000D0EE6">
        <w:t>podanie</w:t>
      </w:r>
      <w:proofErr w:type="spellEnd"/>
      <w:r w:rsidRPr="000D0EE6">
        <w:t xml:space="preserve">, </w:t>
      </w:r>
      <w:proofErr w:type="spellStart"/>
      <w:r w:rsidRPr="000D0EE6">
        <w:t>przetwarzanie</w:t>
      </w:r>
      <w:proofErr w:type="spellEnd"/>
      <w:r w:rsidRPr="000D0EE6">
        <w:t xml:space="preserve"> </w:t>
      </w:r>
      <w:r w:rsidRPr="000D0EE6">
        <w:br/>
        <w:t xml:space="preserve">i </w:t>
      </w:r>
      <w:proofErr w:type="spellStart"/>
      <w:r w:rsidRPr="000D0EE6">
        <w:t>publikowanie</w:t>
      </w:r>
      <w:proofErr w:type="spellEnd"/>
      <w:r w:rsidRPr="000D0EE6">
        <w:t xml:space="preserve"> </w:t>
      </w:r>
      <w:proofErr w:type="spellStart"/>
      <w:r w:rsidRPr="000D0EE6">
        <w:t>swoich</w:t>
      </w:r>
      <w:proofErr w:type="spellEnd"/>
      <w:r w:rsidRPr="000D0EE6">
        <w:t xml:space="preserve"> </w:t>
      </w:r>
      <w:proofErr w:type="spellStart"/>
      <w:r w:rsidRPr="000D0EE6">
        <w:t>danych</w:t>
      </w:r>
      <w:proofErr w:type="spellEnd"/>
      <w:r w:rsidRPr="000D0EE6">
        <w:t xml:space="preserve"> </w:t>
      </w:r>
      <w:proofErr w:type="spellStart"/>
      <w:r w:rsidRPr="000D0EE6">
        <w:t>osobowych</w:t>
      </w:r>
      <w:proofErr w:type="spellEnd"/>
      <w:r w:rsidRPr="000D0EE6">
        <w:t xml:space="preserve">, w </w:t>
      </w:r>
      <w:proofErr w:type="spellStart"/>
      <w:r w:rsidRPr="000D0EE6">
        <w:t>mediach</w:t>
      </w:r>
      <w:proofErr w:type="spellEnd"/>
      <w:r w:rsidRPr="000D0EE6">
        <w:t xml:space="preserve"> </w:t>
      </w:r>
      <w:proofErr w:type="spellStart"/>
      <w:r w:rsidRPr="000D0EE6">
        <w:t>oraz</w:t>
      </w:r>
      <w:proofErr w:type="spellEnd"/>
      <w:r w:rsidRPr="000D0EE6">
        <w:t xml:space="preserve"> </w:t>
      </w:r>
      <w:proofErr w:type="spellStart"/>
      <w:r w:rsidRPr="000D0EE6">
        <w:t>na</w:t>
      </w:r>
      <w:proofErr w:type="spellEnd"/>
      <w:r w:rsidRPr="000D0EE6">
        <w:t xml:space="preserve"> </w:t>
      </w:r>
      <w:proofErr w:type="spellStart"/>
      <w:r w:rsidRPr="000D0EE6">
        <w:t>stronach</w:t>
      </w:r>
      <w:proofErr w:type="spellEnd"/>
      <w:r w:rsidRPr="000D0EE6">
        <w:t xml:space="preserve"> </w:t>
      </w:r>
      <w:proofErr w:type="spellStart"/>
      <w:r w:rsidRPr="000D0EE6">
        <w:t>internetowych</w:t>
      </w:r>
      <w:proofErr w:type="spellEnd"/>
      <w:r w:rsidRPr="000D0EE6">
        <w:t xml:space="preserve"> </w:t>
      </w:r>
      <w:proofErr w:type="spellStart"/>
      <w:r w:rsidRPr="000D0EE6">
        <w:t>Organizatorów</w:t>
      </w:r>
      <w:proofErr w:type="spellEnd"/>
      <w:r w:rsidRPr="000D0EE6">
        <w:t xml:space="preserve">, </w:t>
      </w:r>
      <w:proofErr w:type="spellStart"/>
      <w:r w:rsidRPr="000D0EE6">
        <w:t>na</w:t>
      </w:r>
      <w:proofErr w:type="spellEnd"/>
      <w:r w:rsidRPr="000D0EE6">
        <w:t xml:space="preserve"> </w:t>
      </w:r>
      <w:proofErr w:type="spellStart"/>
      <w:r w:rsidRPr="000D0EE6">
        <w:t>potrzeby</w:t>
      </w:r>
      <w:proofErr w:type="spellEnd"/>
      <w:r w:rsidRPr="000D0EE6">
        <w:t xml:space="preserve"> </w:t>
      </w:r>
      <w:proofErr w:type="spellStart"/>
      <w:r w:rsidRPr="000D0EE6">
        <w:t>przeprowadzenia</w:t>
      </w:r>
      <w:proofErr w:type="spellEnd"/>
      <w:r w:rsidRPr="000D0EE6">
        <w:t xml:space="preserve"> </w:t>
      </w:r>
      <w:proofErr w:type="spellStart"/>
      <w:r>
        <w:t>zajęć</w:t>
      </w:r>
      <w:proofErr w:type="spellEnd"/>
      <w:r>
        <w:t xml:space="preserve"> (</w:t>
      </w:r>
      <w:proofErr w:type="spellStart"/>
      <w:r w:rsidRPr="000D0EE6">
        <w:t>Załącznik</w:t>
      </w:r>
      <w:proofErr w:type="spellEnd"/>
      <w:r w:rsidRPr="000D0EE6">
        <w:t xml:space="preserve"> </w:t>
      </w:r>
      <w:proofErr w:type="spellStart"/>
      <w:r w:rsidRPr="000D0EE6">
        <w:t>nr</w:t>
      </w:r>
      <w:proofErr w:type="spellEnd"/>
      <w:r w:rsidRPr="000D0EE6">
        <w:t xml:space="preserve">. 2 do </w:t>
      </w:r>
      <w:proofErr w:type="spellStart"/>
      <w:r w:rsidRPr="000D0EE6">
        <w:t>niniejszego</w:t>
      </w:r>
      <w:proofErr w:type="spellEnd"/>
      <w:r w:rsidRPr="000D0EE6">
        <w:t xml:space="preserve"> </w:t>
      </w:r>
      <w:proofErr w:type="spellStart"/>
      <w:r w:rsidRPr="000D0EE6">
        <w:t>Regulaminu</w:t>
      </w:r>
      <w:proofErr w:type="spellEnd"/>
      <w:r w:rsidRPr="000D0EE6">
        <w:t>).</w:t>
      </w:r>
    </w:p>
    <w:p w:rsidR="005B5269" w:rsidRDefault="005B5269" w:rsidP="005B5269">
      <w:pPr>
        <w:spacing w:after="0"/>
        <w:jc w:val="both"/>
      </w:pPr>
      <w:r>
        <w:t>5.  </w:t>
      </w:r>
      <w:proofErr w:type="spellStart"/>
      <w:r>
        <w:t>Wypełnienie</w:t>
      </w:r>
      <w:proofErr w:type="spellEnd"/>
      <w:r>
        <w:t xml:space="preserve"> </w:t>
      </w:r>
      <w:proofErr w:type="spellStart"/>
      <w:r>
        <w:t>Formularza</w:t>
      </w:r>
      <w:proofErr w:type="spellEnd"/>
      <w:r>
        <w:t xml:space="preserve"> - </w:t>
      </w:r>
      <w:proofErr w:type="spellStart"/>
      <w:r>
        <w:t>Zgodę</w:t>
      </w:r>
      <w:proofErr w:type="spellEnd"/>
      <w:r w:rsidRPr="005544C8">
        <w:t xml:space="preserve"> </w:t>
      </w:r>
      <w:proofErr w:type="spellStart"/>
      <w:r w:rsidRPr="005544C8">
        <w:t>na</w:t>
      </w:r>
      <w:proofErr w:type="spellEnd"/>
      <w:r w:rsidRPr="005544C8">
        <w:t xml:space="preserve"> </w:t>
      </w:r>
      <w:proofErr w:type="spellStart"/>
      <w:r w:rsidRPr="005544C8">
        <w:t>przetwarzanie</w:t>
      </w:r>
      <w:proofErr w:type="spellEnd"/>
      <w:r w:rsidRPr="005544C8">
        <w:t xml:space="preserve"> </w:t>
      </w:r>
      <w:proofErr w:type="spellStart"/>
      <w:r w:rsidRPr="005544C8">
        <w:t>danych</w:t>
      </w:r>
      <w:proofErr w:type="spellEnd"/>
      <w:r w:rsidRPr="005544C8">
        <w:t xml:space="preserve"> </w:t>
      </w:r>
      <w:proofErr w:type="spellStart"/>
      <w:r w:rsidRPr="005544C8">
        <w:t>osobowych</w:t>
      </w:r>
      <w:proofErr w:type="spellEnd"/>
      <w:r w:rsidRPr="005544C8">
        <w:t xml:space="preserve"> </w:t>
      </w:r>
      <w:proofErr w:type="spellStart"/>
      <w:r w:rsidRPr="005544C8">
        <w:t>uczestnika</w:t>
      </w:r>
      <w:proofErr w:type="spellEnd"/>
      <w:r w:rsidRPr="005544C8">
        <w:t xml:space="preserve"> </w:t>
      </w:r>
      <w:proofErr w:type="spellStart"/>
      <w:r>
        <w:t>warsztatów</w:t>
      </w:r>
      <w:proofErr w:type="spellEnd"/>
      <w:r w:rsidRPr="005544C8">
        <w:t xml:space="preserve"> (</w:t>
      </w:r>
      <w:proofErr w:type="spellStart"/>
      <w:r w:rsidRPr="005544C8">
        <w:t>stanowiącego</w:t>
      </w:r>
      <w:proofErr w:type="spellEnd"/>
      <w:r w:rsidRPr="005544C8">
        <w:t xml:space="preserve"> </w:t>
      </w:r>
      <w:proofErr w:type="spellStart"/>
      <w:r w:rsidRPr="005544C8">
        <w:t>załącznik</w:t>
      </w:r>
      <w:proofErr w:type="spellEnd"/>
      <w:r w:rsidRPr="005544C8">
        <w:t xml:space="preserve"> </w:t>
      </w:r>
      <w:proofErr w:type="spellStart"/>
      <w:r w:rsidRPr="005544C8">
        <w:t>n</w:t>
      </w:r>
      <w:r>
        <w:t>r</w:t>
      </w:r>
      <w:proofErr w:type="spellEnd"/>
      <w:r>
        <w:t xml:space="preserve">. 2 do </w:t>
      </w:r>
      <w:proofErr w:type="spellStart"/>
      <w:r>
        <w:t>niniejszego</w:t>
      </w:r>
      <w:proofErr w:type="spellEnd"/>
      <w:r>
        <w:t xml:space="preserve"> </w:t>
      </w:r>
      <w:proofErr w:type="spellStart"/>
      <w:r>
        <w:t>Regulaminu</w:t>
      </w:r>
      <w:proofErr w:type="spellEnd"/>
      <w:r>
        <w:t>)</w:t>
      </w:r>
      <w:r w:rsidRPr="005544C8">
        <w:t xml:space="preserve"> </w:t>
      </w:r>
      <w:proofErr w:type="spellStart"/>
      <w:r w:rsidRPr="005544C8">
        <w:t>podpisuje</w:t>
      </w:r>
      <w:proofErr w:type="spellEnd"/>
      <w:r w:rsidRPr="005544C8">
        <w:t xml:space="preserve"> </w:t>
      </w:r>
      <w:proofErr w:type="spellStart"/>
      <w:r w:rsidRPr="005544C8">
        <w:t>rodzic</w:t>
      </w:r>
      <w:proofErr w:type="spellEnd"/>
      <w:r w:rsidRPr="005544C8">
        <w:t xml:space="preserve"> </w:t>
      </w:r>
      <w:proofErr w:type="spellStart"/>
      <w:r w:rsidRPr="005544C8">
        <w:t>lub</w:t>
      </w:r>
      <w:proofErr w:type="spellEnd"/>
      <w:r w:rsidRPr="005544C8">
        <w:t xml:space="preserve"> </w:t>
      </w:r>
      <w:proofErr w:type="spellStart"/>
      <w:r w:rsidRPr="005544C8">
        <w:t>opiekun</w:t>
      </w:r>
      <w:proofErr w:type="spellEnd"/>
      <w:r w:rsidRPr="005544C8">
        <w:t xml:space="preserve"> </w:t>
      </w:r>
      <w:proofErr w:type="spellStart"/>
      <w:r w:rsidRPr="005544C8">
        <w:t>prawny</w:t>
      </w:r>
      <w:proofErr w:type="spellEnd"/>
      <w:r w:rsidRPr="005544C8">
        <w:t xml:space="preserve">. </w:t>
      </w:r>
      <w:proofErr w:type="spellStart"/>
      <w:r w:rsidRPr="005544C8">
        <w:t>Formularz</w:t>
      </w:r>
      <w:proofErr w:type="spellEnd"/>
      <w:r w:rsidRPr="005544C8">
        <w:t xml:space="preserve"> </w:t>
      </w:r>
      <w:proofErr w:type="spellStart"/>
      <w:r w:rsidRPr="005544C8">
        <w:t>dostępny</w:t>
      </w:r>
      <w:proofErr w:type="spellEnd"/>
      <w:r w:rsidRPr="005544C8">
        <w:t xml:space="preserve"> jest </w:t>
      </w:r>
      <w:proofErr w:type="spellStart"/>
      <w:r w:rsidRPr="005544C8">
        <w:t>na</w:t>
      </w:r>
      <w:proofErr w:type="spellEnd"/>
      <w:r w:rsidRPr="005544C8">
        <w:t xml:space="preserve"> </w:t>
      </w:r>
      <w:proofErr w:type="spellStart"/>
      <w:r w:rsidRPr="005544C8">
        <w:t>stronie</w:t>
      </w:r>
      <w:proofErr w:type="spellEnd"/>
      <w:r w:rsidRPr="005544C8">
        <w:t xml:space="preserve"> </w:t>
      </w:r>
      <w:proofErr w:type="spellStart"/>
      <w:r w:rsidRPr="005544C8">
        <w:t>internetowej</w:t>
      </w:r>
      <w:proofErr w:type="spellEnd"/>
      <w:r w:rsidRPr="005544C8">
        <w:t xml:space="preserve"> </w:t>
      </w:r>
      <w:proofErr w:type="spellStart"/>
      <w:r w:rsidRPr="005544C8">
        <w:t>Organizatorów</w:t>
      </w:r>
      <w:proofErr w:type="spellEnd"/>
      <w:r w:rsidRPr="005544C8">
        <w:t>.</w:t>
      </w:r>
    </w:p>
    <w:p w:rsidR="005B5269" w:rsidRDefault="005B5269"/>
    <w:p w:rsidR="005B5269" w:rsidRDefault="005B5269"/>
    <w:p w:rsidR="005450E1" w:rsidRDefault="00D90087">
      <w:pPr>
        <w:pStyle w:val="Nagwek2"/>
      </w:pPr>
      <w:r>
        <w:t>§5. Przebieg zajęć</w:t>
      </w:r>
    </w:p>
    <w:p w:rsidR="006B2C78" w:rsidRDefault="00D90087" w:rsidP="006B2C78">
      <w:pPr>
        <w:spacing w:after="0"/>
        <w:jc w:val="both"/>
      </w:pPr>
      <w:r>
        <w:t xml:space="preserve">1. </w:t>
      </w:r>
      <w:proofErr w:type="spellStart"/>
      <w:r>
        <w:t>Zajęcia</w:t>
      </w:r>
      <w:proofErr w:type="spellEnd"/>
      <w:r>
        <w:t xml:space="preserve"> </w:t>
      </w:r>
      <w:proofErr w:type="spellStart"/>
      <w:r>
        <w:t>prowadzone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wykwalifikowaną</w:t>
      </w:r>
      <w:proofErr w:type="spellEnd"/>
      <w:r>
        <w:t xml:space="preserve"> </w:t>
      </w:r>
      <w:proofErr w:type="spellStart"/>
      <w:r>
        <w:t>kadrę</w:t>
      </w:r>
      <w:proofErr w:type="spellEnd"/>
      <w:r>
        <w:t xml:space="preserve"> </w:t>
      </w:r>
      <w:proofErr w:type="spellStart"/>
      <w:r w:rsidR="006B2C78">
        <w:t>instruktorów</w:t>
      </w:r>
      <w:proofErr w:type="spellEnd"/>
      <w:r w:rsidR="006B2C78">
        <w:t xml:space="preserve"> z </w:t>
      </w:r>
      <w:proofErr w:type="spellStart"/>
      <w:r w:rsidR="006B2C78">
        <w:t>doświadczeniem</w:t>
      </w:r>
      <w:proofErr w:type="spellEnd"/>
      <w:r w:rsidR="006B2C78">
        <w:t xml:space="preserve"> w </w:t>
      </w:r>
      <w:proofErr w:type="spellStart"/>
      <w:r w:rsidR="006B2C78">
        <w:t>pracy</w:t>
      </w:r>
      <w:proofErr w:type="spellEnd"/>
      <w:r w:rsidR="006B2C78">
        <w:t> z </w:t>
      </w:r>
      <w:proofErr w:type="spellStart"/>
      <w:r w:rsidR="006B2C78">
        <w:t>dziećmi</w:t>
      </w:r>
      <w:proofErr w:type="spellEnd"/>
      <w:r w:rsidR="006B2C78">
        <w:t> i w </w:t>
      </w:r>
      <w:proofErr w:type="spellStart"/>
      <w:r w:rsidR="006B2C78">
        <w:t>edukacji</w:t>
      </w:r>
      <w:proofErr w:type="spellEnd"/>
      <w:r w:rsidR="006B2C78">
        <w:t> </w:t>
      </w:r>
      <w:proofErr w:type="spellStart"/>
      <w:r w:rsidR="006B2C78">
        <w:t>technologicznej</w:t>
      </w:r>
      <w:proofErr w:type="spellEnd"/>
      <w:r w:rsidR="006B2C78">
        <w:t>.</w:t>
      </w:r>
      <w:r w:rsidR="006B2C78">
        <w:br/>
        <w:t>2.  </w:t>
      </w:r>
      <w:proofErr w:type="spellStart"/>
      <w:r w:rsidR="006B2C78">
        <w:t>Czas</w:t>
      </w:r>
      <w:proofErr w:type="spellEnd"/>
      <w:r w:rsidR="006B2C78">
        <w:t> </w:t>
      </w:r>
      <w:proofErr w:type="spellStart"/>
      <w:r w:rsidR="006B2C78">
        <w:t>trwania</w:t>
      </w:r>
      <w:proofErr w:type="spellEnd"/>
      <w:r w:rsidR="006B2C78">
        <w:t> </w:t>
      </w:r>
      <w:proofErr w:type="spellStart"/>
      <w:r w:rsidR="006B2C78">
        <w:t>zajęć</w:t>
      </w:r>
      <w:proofErr w:type="spellEnd"/>
      <w:r w:rsidR="006B2C78">
        <w:t>: 1,5</w:t>
      </w:r>
      <w:r w:rsidR="009C21A4">
        <w:t>h</w:t>
      </w:r>
    </w:p>
    <w:p w:rsidR="005450E1" w:rsidRDefault="00D90087" w:rsidP="006B2C78">
      <w:pPr>
        <w:spacing w:after="0"/>
        <w:jc w:val="both"/>
      </w:pPr>
      <w:r>
        <w:t xml:space="preserve">3. W </w:t>
      </w:r>
      <w:proofErr w:type="spellStart"/>
      <w:r>
        <w:t>trakcie</w:t>
      </w:r>
      <w:proofErr w:type="spellEnd"/>
      <w:r>
        <w:t xml:space="preserve"> </w:t>
      </w:r>
      <w:proofErr w:type="spellStart"/>
      <w:r>
        <w:t>zajęć</w:t>
      </w:r>
      <w:proofErr w:type="spellEnd"/>
      <w:r>
        <w:t xml:space="preserve"> </w:t>
      </w:r>
      <w:proofErr w:type="spellStart"/>
      <w:r>
        <w:t>dzieci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konstruować</w:t>
      </w:r>
      <w:proofErr w:type="spellEnd"/>
      <w:r>
        <w:t xml:space="preserve"> i </w:t>
      </w:r>
      <w:proofErr w:type="spellStart"/>
      <w:r>
        <w:t>programować</w:t>
      </w:r>
      <w:proofErr w:type="spellEnd"/>
      <w:r>
        <w:t xml:space="preserve"> </w:t>
      </w:r>
      <w:proofErr w:type="spellStart"/>
      <w:r>
        <w:t>roboty</w:t>
      </w:r>
      <w:proofErr w:type="spellEnd"/>
      <w:r>
        <w:t xml:space="preserve"> z </w:t>
      </w:r>
      <w:proofErr w:type="spellStart"/>
      <w:r>
        <w:t>wykorzystaniem</w:t>
      </w:r>
      <w:proofErr w:type="spellEnd"/>
      <w:r>
        <w:t xml:space="preserve"> </w:t>
      </w:r>
      <w:proofErr w:type="spellStart"/>
      <w:r>
        <w:t>zestawów</w:t>
      </w:r>
      <w:proofErr w:type="spellEnd"/>
      <w:r>
        <w:t xml:space="preserve"> </w:t>
      </w:r>
      <w:proofErr w:type="spellStart"/>
      <w:r>
        <w:t>edukacyjnych</w:t>
      </w:r>
      <w:proofErr w:type="spellEnd"/>
      <w:r>
        <w:t xml:space="preserve"> </w:t>
      </w:r>
      <w:proofErr w:type="spellStart"/>
      <w:r>
        <w:t>dostosowanych</w:t>
      </w:r>
      <w:proofErr w:type="spellEnd"/>
      <w:r>
        <w:t xml:space="preserve"> do </w:t>
      </w:r>
      <w:proofErr w:type="spellStart"/>
      <w:r>
        <w:t>wieku</w:t>
      </w:r>
      <w:proofErr w:type="spellEnd"/>
      <w:r>
        <w:t xml:space="preserve"> </w:t>
      </w:r>
      <w:proofErr w:type="spellStart"/>
      <w:r>
        <w:t>uczestników</w:t>
      </w:r>
      <w:proofErr w:type="spellEnd"/>
      <w:r>
        <w:t>.</w:t>
      </w:r>
    </w:p>
    <w:p w:rsidR="005B5269" w:rsidRDefault="005B5269" w:rsidP="006B2C78">
      <w:pPr>
        <w:spacing w:after="0"/>
        <w:jc w:val="both"/>
      </w:pPr>
    </w:p>
    <w:p w:rsidR="005450E1" w:rsidRDefault="00D90087">
      <w:pPr>
        <w:pStyle w:val="Nagwek2"/>
      </w:pPr>
      <w:r>
        <w:t>§6. Zasady bezpieczeństwa</w:t>
      </w:r>
    </w:p>
    <w:p w:rsidR="005450E1" w:rsidRDefault="00D90087" w:rsidP="006B2C78">
      <w:pPr>
        <w:jc w:val="both"/>
      </w:pPr>
      <w:r>
        <w:t xml:space="preserve">1. </w:t>
      </w:r>
      <w:proofErr w:type="spellStart"/>
      <w:r>
        <w:t>Uczestnicy</w:t>
      </w:r>
      <w:proofErr w:type="spellEnd"/>
      <w:r>
        <w:t xml:space="preserve"> </w:t>
      </w:r>
      <w:proofErr w:type="spellStart"/>
      <w:r>
        <w:t>zobowiązani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do </w:t>
      </w:r>
      <w:proofErr w:type="spellStart"/>
      <w:r>
        <w:t>stosowania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do </w:t>
      </w:r>
      <w:proofErr w:type="spellStart"/>
      <w:r>
        <w:t>poleceń</w:t>
      </w:r>
      <w:proofErr w:type="spellEnd"/>
      <w:r>
        <w:t xml:space="preserve"> </w:t>
      </w:r>
      <w:proofErr w:type="spellStart"/>
      <w:r>
        <w:t>prowadz</w:t>
      </w:r>
      <w:r w:rsidR="006B2C78">
        <w:t>ących</w:t>
      </w:r>
      <w:proofErr w:type="spellEnd"/>
      <w:r w:rsidR="006B2C78">
        <w:t xml:space="preserve"> </w:t>
      </w:r>
      <w:proofErr w:type="spellStart"/>
      <w:r w:rsidR="006B2C78">
        <w:t>oraz</w:t>
      </w:r>
      <w:proofErr w:type="spellEnd"/>
      <w:r w:rsidR="006B2C78">
        <w:t xml:space="preserve"> </w:t>
      </w:r>
      <w:proofErr w:type="spellStart"/>
      <w:r w:rsidR="006B2C78">
        <w:t>zasad</w:t>
      </w:r>
      <w:proofErr w:type="spellEnd"/>
      <w:r w:rsidR="006B2C78">
        <w:t xml:space="preserve"> </w:t>
      </w:r>
      <w:proofErr w:type="spellStart"/>
      <w:r w:rsidR="006B2C78">
        <w:t>bezpieczeństwa</w:t>
      </w:r>
      <w:proofErr w:type="spellEnd"/>
      <w:r w:rsidR="006B2C78">
        <w:t> </w:t>
      </w:r>
      <w:proofErr w:type="spellStart"/>
      <w:r w:rsidR="006B2C78">
        <w:t>obowiązujących</w:t>
      </w:r>
      <w:proofErr w:type="spellEnd"/>
      <w:r w:rsidR="006B2C78">
        <w:t> </w:t>
      </w:r>
      <w:proofErr w:type="spellStart"/>
      <w:r w:rsidR="006B2C78">
        <w:t>podczas</w:t>
      </w:r>
      <w:proofErr w:type="spellEnd"/>
      <w:r w:rsidR="006B2C78">
        <w:t> </w:t>
      </w:r>
      <w:proofErr w:type="spellStart"/>
      <w:r>
        <w:t>zajęć</w:t>
      </w:r>
      <w:proofErr w:type="spellEnd"/>
      <w:r>
        <w:t>.</w:t>
      </w:r>
      <w:r>
        <w:br/>
        <w:t>2. Organizator nie ponosi odpowiedzialności za rzeczy zagubione podczas trwania zajęć.</w:t>
      </w:r>
      <w:r>
        <w:br/>
        <w:t xml:space="preserve">3.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niestosownego</w:t>
      </w:r>
      <w:proofErr w:type="spellEnd"/>
      <w:r>
        <w:t xml:space="preserve"> </w:t>
      </w:r>
      <w:proofErr w:type="spellStart"/>
      <w:r>
        <w:t>zachowania</w:t>
      </w:r>
      <w:proofErr w:type="spellEnd"/>
      <w:r>
        <w:t xml:space="preserve"> </w:t>
      </w:r>
      <w:proofErr w:type="spellStart"/>
      <w:r>
        <w:t>uczestnika</w:t>
      </w:r>
      <w:proofErr w:type="spellEnd"/>
      <w:r>
        <w:t xml:space="preserve"> </w:t>
      </w:r>
      <w:proofErr w:type="spellStart"/>
      <w:r>
        <w:t>prowadzący</w:t>
      </w:r>
      <w:proofErr w:type="spellEnd"/>
      <w:r>
        <w:t xml:space="preserve"> ma </w:t>
      </w:r>
      <w:proofErr w:type="spellStart"/>
      <w:r>
        <w:t>prawo</w:t>
      </w:r>
      <w:proofErr w:type="spellEnd"/>
      <w:r>
        <w:t xml:space="preserve"> </w:t>
      </w:r>
      <w:proofErr w:type="spellStart"/>
      <w:r>
        <w:t>wykluczyć</w:t>
      </w:r>
      <w:proofErr w:type="spellEnd"/>
      <w:r>
        <w:t xml:space="preserve"> go z </w:t>
      </w:r>
      <w:proofErr w:type="spellStart"/>
      <w:r>
        <w:t>zajęć</w:t>
      </w:r>
      <w:proofErr w:type="spellEnd"/>
      <w:r>
        <w:t>.</w:t>
      </w:r>
    </w:p>
    <w:p w:rsidR="005B5269" w:rsidRDefault="005B5269" w:rsidP="006B2C78">
      <w:pPr>
        <w:jc w:val="both"/>
      </w:pPr>
    </w:p>
    <w:p w:rsidR="005450E1" w:rsidRDefault="00D90087">
      <w:pPr>
        <w:pStyle w:val="Nagwek2"/>
      </w:pPr>
      <w:r>
        <w:t>§7. Postanowienia końcowe</w:t>
      </w:r>
    </w:p>
    <w:p w:rsidR="005450E1" w:rsidRDefault="005B5269" w:rsidP="005B5269">
      <w:pPr>
        <w:spacing w:after="0"/>
        <w:jc w:val="both"/>
      </w:pPr>
      <w:r>
        <w:t>1.  </w:t>
      </w:r>
      <w:proofErr w:type="spellStart"/>
      <w:r w:rsidR="00D90087">
        <w:t>Organizator</w:t>
      </w:r>
      <w:proofErr w:type="spellEnd"/>
      <w:r w:rsidR="00D90087">
        <w:t xml:space="preserve"> </w:t>
      </w:r>
      <w:proofErr w:type="spellStart"/>
      <w:r w:rsidR="00D90087">
        <w:t>zastrzega</w:t>
      </w:r>
      <w:proofErr w:type="spellEnd"/>
      <w:r w:rsidR="00D90087">
        <w:t xml:space="preserve"> </w:t>
      </w:r>
      <w:proofErr w:type="spellStart"/>
      <w:r w:rsidR="00D90087">
        <w:t>sobie</w:t>
      </w:r>
      <w:proofErr w:type="spellEnd"/>
      <w:r w:rsidR="00D90087">
        <w:t xml:space="preserve"> </w:t>
      </w:r>
      <w:proofErr w:type="spellStart"/>
      <w:r w:rsidR="00D90087">
        <w:t>prawo</w:t>
      </w:r>
      <w:proofErr w:type="spellEnd"/>
      <w:r w:rsidR="00D90087">
        <w:t xml:space="preserve"> do </w:t>
      </w:r>
      <w:proofErr w:type="spellStart"/>
      <w:r w:rsidR="00D90087">
        <w:t>wprowadzania</w:t>
      </w:r>
      <w:proofErr w:type="spellEnd"/>
      <w:r w:rsidR="00D90087">
        <w:t xml:space="preserve"> </w:t>
      </w:r>
      <w:proofErr w:type="spellStart"/>
      <w:r w:rsidR="00D90087">
        <w:t>zmian</w:t>
      </w:r>
      <w:proofErr w:type="spellEnd"/>
      <w:r w:rsidR="00D90087">
        <w:t xml:space="preserve"> w </w:t>
      </w:r>
      <w:proofErr w:type="spellStart"/>
      <w:r w:rsidR="00D90087">
        <w:t>programie</w:t>
      </w:r>
      <w:proofErr w:type="spellEnd"/>
      <w:r w:rsidR="00D90087">
        <w:t xml:space="preserve"> </w:t>
      </w:r>
      <w:proofErr w:type="spellStart"/>
      <w:r w:rsidR="00D90087">
        <w:t>zaję</w:t>
      </w:r>
      <w:r>
        <w:t>ć</w:t>
      </w:r>
      <w:proofErr w:type="spellEnd"/>
      <w:r>
        <w:t xml:space="preserve"> z </w:t>
      </w:r>
      <w:proofErr w:type="spellStart"/>
      <w:r w:rsidR="006B2C78">
        <w:t>przyczyn</w:t>
      </w:r>
      <w:proofErr w:type="spellEnd"/>
      <w:r w:rsidR="006B2C78">
        <w:t> </w:t>
      </w:r>
      <w:proofErr w:type="spellStart"/>
      <w:r w:rsidR="006B2C78">
        <w:t>niezależnych</w:t>
      </w:r>
      <w:proofErr w:type="spellEnd"/>
      <w:r w:rsidR="006B2C78">
        <w:t> (np. </w:t>
      </w:r>
      <w:proofErr w:type="spellStart"/>
      <w:r>
        <w:t>technicznych</w:t>
      </w:r>
      <w:proofErr w:type="spellEnd"/>
      <w:r>
        <w:t>).</w:t>
      </w:r>
      <w:r>
        <w:br/>
        <w:t>2.   </w:t>
      </w:r>
      <w:proofErr w:type="spellStart"/>
      <w:r w:rsidR="00D90087">
        <w:t>Uczestnictwo</w:t>
      </w:r>
      <w:proofErr w:type="spellEnd"/>
      <w:r w:rsidR="00D90087">
        <w:t xml:space="preserve"> w </w:t>
      </w:r>
      <w:proofErr w:type="spellStart"/>
      <w:r w:rsidR="00D90087">
        <w:t>zajęciach</w:t>
      </w:r>
      <w:proofErr w:type="spellEnd"/>
      <w:r w:rsidR="00D90087">
        <w:t xml:space="preserve"> </w:t>
      </w:r>
      <w:proofErr w:type="spellStart"/>
      <w:r w:rsidR="00D90087">
        <w:t>oznacza</w:t>
      </w:r>
      <w:proofErr w:type="spellEnd"/>
      <w:r w:rsidR="00D90087">
        <w:t xml:space="preserve"> akceptację niniejszego regulaminu.</w:t>
      </w:r>
      <w:r w:rsidR="00D90087">
        <w:br/>
        <w:t xml:space="preserve">3. </w:t>
      </w:r>
      <w:r>
        <w:t>  </w:t>
      </w:r>
      <w:proofErr w:type="spellStart"/>
      <w:r w:rsidR="00D90087">
        <w:t>Wszelkie</w:t>
      </w:r>
      <w:proofErr w:type="spellEnd"/>
      <w:r w:rsidR="00D90087">
        <w:t xml:space="preserve"> </w:t>
      </w:r>
      <w:proofErr w:type="spellStart"/>
      <w:r w:rsidR="00D90087">
        <w:t>kwestie</w:t>
      </w:r>
      <w:proofErr w:type="spellEnd"/>
      <w:r w:rsidR="00D90087">
        <w:t xml:space="preserve"> </w:t>
      </w:r>
      <w:proofErr w:type="spellStart"/>
      <w:r w:rsidR="00D90087">
        <w:t>nieuregulowane</w:t>
      </w:r>
      <w:proofErr w:type="spellEnd"/>
      <w:r w:rsidR="00D90087">
        <w:t xml:space="preserve"> </w:t>
      </w:r>
      <w:proofErr w:type="spellStart"/>
      <w:r w:rsidR="00D90087">
        <w:t>niniejszym</w:t>
      </w:r>
      <w:proofErr w:type="spellEnd"/>
      <w:r w:rsidR="00D90087">
        <w:t xml:space="preserve"> </w:t>
      </w:r>
      <w:proofErr w:type="spellStart"/>
      <w:r w:rsidR="00D90087">
        <w:t>regulaminem</w:t>
      </w:r>
      <w:proofErr w:type="spellEnd"/>
      <w:r w:rsidR="00D90087">
        <w:t xml:space="preserve"> </w:t>
      </w:r>
      <w:proofErr w:type="spellStart"/>
      <w:r w:rsidR="00D90087">
        <w:t>rozstrzyga</w:t>
      </w:r>
      <w:proofErr w:type="spellEnd"/>
      <w:r w:rsidR="00D90087">
        <w:t xml:space="preserve"> </w:t>
      </w:r>
      <w:proofErr w:type="spellStart"/>
      <w:r w:rsidR="00D90087">
        <w:t>organizator</w:t>
      </w:r>
      <w:proofErr w:type="spellEnd"/>
      <w:r w:rsidR="00D90087">
        <w:t>.</w:t>
      </w:r>
    </w:p>
    <w:p w:rsidR="005B5269" w:rsidRDefault="005B5269" w:rsidP="005B5269">
      <w:pPr>
        <w:spacing w:after="0"/>
        <w:ind w:left="360"/>
        <w:jc w:val="both"/>
      </w:pPr>
    </w:p>
    <w:p w:rsidR="00A86644" w:rsidRDefault="00A86644" w:rsidP="005B5269">
      <w:pPr>
        <w:spacing w:after="0"/>
        <w:ind w:left="360"/>
        <w:jc w:val="both"/>
      </w:pPr>
    </w:p>
    <w:p w:rsidR="00A86644" w:rsidRPr="00A86644" w:rsidRDefault="00A86644" w:rsidP="005B5269">
      <w:pPr>
        <w:spacing w:after="0"/>
        <w:ind w:left="360"/>
        <w:jc w:val="both"/>
        <w:rPr>
          <w:i/>
        </w:rPr>
      </w:pPr>
      <w:r w:rsidRPr="00A86644">
        <w:rPr>
          <w:i/>
        </w:rPr>
        <w:t xml:space="preserve">                                                                                                                                      </w:t>
      </w:r>
      <w:proofErr w:type="spellStart"/>
      <w:r w:rsidRPr="00A86644">
        <w:rPr>
          <w:i/>
        </w:rPr>
        <w:t>Organizatorzy</w:t>
      </w:r>
      <w:proofErr w:type="spellEnd"/>
    </w:p>
    <w:sectPr w:rsidR="00A86644" w:rsidRPr="00A8664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E80662F"/>
    <w:multiLevelType w:val="hybridMultilevel"/>
    <w:tmpl w:val="CFEE71AE"/>
    <w:lvl w:ilvl="0" w:tplc="041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0E6BCE"/>
    <w:multiLevelType w:val="hybridMultilevel"/>
    <w:tmpl w:val="30FA4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360048"/>
    <w:multiLevelType w:val="hybridMultilevel"/>
    <w:tmpl w:val="CED097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2F38BE"/>
    <w:rsid w:val="00326F90"/>
    <w:rsid w:val="005450E1"/>
    <w:rsid w:val="005B5269"/>
    <w:rsid w:val="006B2C78"/>
    <w:rsid w:val="006C4906"/>
    <w:rsid w:val="0094646A"/>
    <w:rsid w:val="009C21A4"/>
    <w:rsid w:val="00A3680B"/>
    <w:rsid w:val="00A86644"/>
    <w:rsid w:val="00AA1D8D"/>
    <w:rsid w:val="00AC197E"/>
    <w:rsid w:val="00B47730"/>
    <w:rsid w:val="00CB0664"/>
    <w:rsid w:val="00D90087"/>
    <w:rsid w:val="00EC0C5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BD447ADA-532C-AD41-9962-A1AA9560B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A866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6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888A43C-72BA-4BD2-BE83-17F7214C9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530</Words>
  <Characters>3184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3707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GOK</cp:lastModifiedBy>
  <cp:revision>12</cp:revision>
  <cp:lastPrinted>2025-10-27T10:09:00Z</cp:lastPrinted>
  <dcterms:created xsi:type="dcterms:W3CDTF">2025-10-23T09:24:00Z</dcterms:created>
  <dcterms:modified xsi:type="dcterms:W3CDTF">2025-11-03T13:56:00Z</dcterms:modified>
  <cp:category/>
</cp:coreProperties>
</file>