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45C" w:rsidRPr="00CB2E5B" w:rsidRDefault="00CB2E5B">
      <w:pPr>
        <w:jc w:val="right"/>
        <w:rPr>
          <w:i/>
        </w:rPr>
      </w:pPr>
      <w:proofErr w:type="spellStart"/>
      <w:r w:rsidRPr="00CB2E5B">
        <w:rPr>
          <w:i/>
        </w:rPr>
        <w:t>Pawłosiów</w:t>
      </w:r>
      <w:proofErr w:type="spellEnd"/>
      <w:r w:rsidRPr="00CB2E5B">
        <w:rPr>
          <w:i/>
        </w:rPr>
        <w:t xml:space="preserve">, </w:t>
      </w:r>
      <w:proofErr w:type="spellStart"/>
      <w:r w:rsidRPr="00CB2E5B">
        <w:rPr>
          <w:i/>
        </w:rPr>
        <w:t>dnia</w:t>
      </w:r>
      <w:proofErr w:type="spellEnd"/>
      <w:r w:rsidRPr="00CB2E5B">
        <w:rPr>
          <w:i/>
        </w:rPr>
        <w:t xml:space="preserve"> </w:t>
      </w:r>
      <w:r w:rsidR="00C139FA" w:rsidRPr="00CB2E5B">
        <w:rPr>
          <w:i/>
        </w:rPr>
        <w:t>5</w:t>
      </w:r>
      <w:r w:rsidRPr="00CB2E5B">
        <w:rPr>
          <w:i/>
        </w:rPr>
        <w:t xml:space="preserve"> </w:t>
      </w:r>
      <w:proofErr w:type="spellStart"/>
      <w:r w:rsidRPr="00CB2E5B">
        <w:rPr>
          <w:i/>
        </w:rPr>
        <w:t>listopada</w:t>
      </w:r>
      <w:proofErr w:type="spellEnd"/>
      <w:r w:rsidRPr="00CB2E5B">
        <w:rPr>
          <w:i/>
        </w:rPr>
        <w:t xml:space="preserve"> 2025 r.</w:t>
      </w:r>
    </w:p>
    <w:p w:rsidR="00D9445C" w:rsidRDefault="00CB2E5B">
      <w:pPr>
        <w:pStyle w:val="Nagwek1"/>
      </w:pPr>
      <w:r>
        <w:t>Regulamin uczestnictwa w warsztatach bożonarodzeniowych „Zimowy wianek na kole”</w:t>
      </w:r>
    </w:p>
    <w:p w:rsidR="00C139FA" w:rsidRDefault="00CB2E5B" w:rsidP="00CB2E5B">
      <w:pPr>
        <w:spacing w:after="0"/>
        <w:jc w:val="both"/>
      </w:pPr>
      <w:r>
        <w:br/>
      </w:r>
      <w:r w:rsidR="00C139FA" w:rsidRPr="00C139FA">
        <w:rPr>
          <w:b/>
          <w:color w:val="002060"/>
        </w:rPr>
        <w:t>§1. </w:t>
      </w:r>
      <w:proofErr w:type="spellStart"/>
      <w:r w:rsidRPr="00C139FA">
        <w:rPr>
          <w:b/>
          <w:color w:val="002060"/>
        </w:rPr>
        <w:t>Organizator</w:t>
      </w:r>
      <w:proofErr w:type="spellEnd"/>
      <w:r>
        <w:br/>
        <w:t xml:space="preserve">1. </w:t>
      </w:r>
      <w:proofErr w:type="spellStart"/>
      <w:r>
        <w:t>Organizatorem</w:t>
      </w:r>
      <w:proofErr w:type="spellEnd"/>
      <w:r>
        <w:t xml:space="preserve"> </w:t>
      </w:r>
      <w:proofErr w:type="spellStart"/>
      <w:r>
        <w:t>warsztatów</w:t>
      </w:r>
      <w:proofErr w:type="spellEnd"/>
      <w:r>
        <w:t xml:space="preserve"> jest </w:t>
      </w:r>
      <w:proofErr w:type="spellStart"/>
      <w:r w:rsidR="00C139FA">
        <w:t>Wójt</w:t>
      </w:r>
      <w:proofErr w:type="spellEnd"/>
      <w:r w:rsidR="00C139FA">
        <w:t xml:space="preserve"> </w:t>
      </w:r>
      <w:proofErr w:type="spellStart"/>
      <w:r w:rsidR="00C139FA">
        <w:t>Gminy</w:t>
      </w:r>
      <w:proofErr w:type="spellEnd"/>
      <w:r w:rsidR="00C139FA">
        <w:t xml:space="preserve"> </w:t>
      </w:r>
      <w:proofErr w:type="spellStart"/>
      <w:r w:rsidR="00C139FA">
        <w:t>Pawłosiów</w:t>
      </w:r>
      <w:proofErr w:type="spellEnd"/>
      <w:r w:rsidR="00C139FA">
        <w:t xml:space="preserve"> </w:t>
      </w:r>
      <w:proofErr w:type="spellStart"/>
      <w:r w:rsidR="00C139FA">
        <w:t>oraz</w:t>
      </w:r>
      <w:proofErr w:type="spellEnd"/>
      <w:r w:rsidR="00C139FA">
        <w:t xml:space="preserve"> </w:t>
      </w:r>
      <w:proofErr w:type="spellStart"/>
      <w:r w:rsidR="00C139FA">
        <w:t>Gminny</w:t>
      </w:r>
      <w:proofErr w:type="spellEnd"/>
      <w:r w:rsidR="00C139FA">
        <w:t xml:space="preserve"> </w:t>
      </w:r>
      <w:proofErr w:type="spellStart"/>
      <w:r w:rsidR="00C139FA">
        <w:t>Ośrodek</w:t>
      </w:r>
      <w:proofErr w:type="spellEnd"/>
      <w:r w:rsidR="00C139FA">
        <w:t xml:space="preserve"> </w:t>
      </w:r>
      <w:proofErr w:type="spellStart"/>
      <w:r w:rsidR="00C139FA">
        <w:t>Kultury</w:t>
      </w:r>
      <w:proofErr w:type="spellEnd"/>
      <w:r w:rsidR="00C139FA">
        <w:t xml:space="preserve"> w Pawłosiowie. </w:t>
      </w:r>
    </w:p>
    <w:p w:rsidR="00C139FA" w:rsidRDefault="00CB2E5B" w:rsidP="00CB2E5B">
      <w:pPr>
        <w:spacing w:after="0"/>
        <w:jc w:val="both"/>
      </w:pPr>
      <w:r>
        <w:t>2. Warsztaty realizowane są w ramach działań kulturalnych Gminy Pawłosiów, mających na celu integrację mieszkańców oraz rozwijanie kreatywności i tradycji świątecznych.</w:t>
      </w:r>
      <w:bookmarkStart w:id="0" w:name="_GoBack"/>
      <w:bookmarkEnd w:id="0"/>
      <w:r>
        <w:br/>
      </w:r>
    </w:p>
    <w:p w:rsidR="00C139FA" w:rsidRDefault="00CB2E5B" w:rsidP="00C139FA">
      <w:pPr>
        <w:spacing w:after="0"/>
      </w:pPr>
      <w:r w:rsidRPr="00C139FA">
        <w:rPr>
          <w:b/>
          <w:color w:val="002060"/>
        </w:rPr>
        <w:t>§2. Cel warsztatów</w:t>
      </w:r>
      <w:r>
        <w:br/>
      </w:r>
      <w:proofErr w:type="spellStart"/>
      <w:r>
        <w:t>Celem</w:t>
      </w:r>
      <w:proofErr w:type="spellEnd"/>
      <w:r>
        <w:t xml:space="preserve"> </w:t>
      </w:r>
      <w:proofErr w:type="spellStart"/>
      <w:r>
        <w:t>warsztatów</w:t>
      </w:r>
      <w:proofErr w:type="spellEnd"/>
      <w:r>
        <w:t xml:space="preserve"> jest:</w:t>
      </w:r>
    </w:p>
    <w:p w:rsidR="00C139FA" w:rsidRDefault="00CB2E5B" w:rsidP="00C139FA">
      <w:pPr>
        <w:spacing w:after="0"/>
        <w:jc w:val="both"/>
      </w:pPr>
      <w:r>
        <w:t>1. </w:t>
      </w:r>
      <w:proofErr w:type="spellStart"/>
      <w:r>
        <w:t>Rozwijanie</w:t>
      </w:r>
      <w:proofErr w:type="spellEnd"/>
      <w:r>
        <w:t xml:space="preserve"> </w:t>
      </w:r>
      <w:proofErr w:type="spellStart"/>
      <w:r>
        <w:t>umiejętności</w:t>
      </w:r>
      <w:proofErr w:type="spellEnd"/>
      <w:r>
        <w:t xml:space="preserve"> </w:t>
      </w:r>
      <w:proofErr w:type="spellStart"/>
      <w:r>
        <w:t>artystycznych</w:t>
      </w:r>
      <w:proofErr w:type="spellEnd"/>
      <w:r>
        <w:t xml:space="preserve"> i manualnych uczestników.</w:t>
      </w:r>
      <w:r>
        <w:br/>
        <w:t>2. </w:t>
      </w:r>
      <w:proofErr w:type="spellStart"/>
      <w:r>
        <w:t>Kultywowanie</w:t>
      </w:r>
      <w:proofErr w:type="spellEnd"/>
      <w:r>
        <w:t xml:space="preserve"> </w:t>
      </w:r>
      <w:proofErr w:type="spellStart"/>
      <w:r>
        <w:t>tradycji</w:t>
      </w:r>
      <w:proofErr w:type="spellEnd"/>
      <w:r>
        <w:t xml:space="preserve"> </w:t>
      </w:r>
      <w:proofErr w:type="spellStart"/>
      <w:r>
        <w:t>bożonarodzeniowych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promowanie twórczości lokalnej.</w:t>
      </w:r>
      <w:r>
        <w:br/>
        <w:t>3. </w:t>
      </w:r>
      <w:proofErr w:type="spellStart"/>
      <w:r>
        <w:t>Integracja</w:t>
      </w:r>
      <w:proofErr w:type="spellEnd"/>
      <w:r>
        <w:t xml:space="preserve"> </w:t>
      </w:r>
      <w:proofErr w:type="spellStart"/>
      <w:r>
        <w:t>społeczności</w:t>
      </w:r>
      <w:proofErr w:type="spellEnd"/>
      <w:r>
        <w:t xml:space="preserve"> </w:t>
      </w:r>
      <w:proofErr w:type="spellStart"/>
      <w:r>
        <w:t>lokalnej</w:t>
      </w:r>
      <w:proofErr w:type="spellEnd"/>
      <w:r>
        <w:t xml:space="preserve"> </w:t>
      </w:r>
      <w:proofErr w:type="spellStart"/>
      <w:r>
        <w:t>poprzez</w:t>
      </w:r>
      <w:proofErr w:type="spellEnd"/>
      <w:r>
        <w:t xml:space="preserve"> wspólne działania kulturalne.</w:t>
      </w:r>
      <w:r>
        <w:br/>
      </w:r>
      <w:r>
        <w:br/>
      </w:r>
      <w:r w:rsidR="00C139FA">
        <w:rPr>
          <w:b/>
          <w:color w:val="002060"/>
        </w:rPr>
        <w:t>§3. </w:t>
      </w:r>
      <w:proofErr w:type="spellStart"/>
      <w:r w:rsidR="00C139FA" w:rsidRPr="00C139FA">
        <w:rPr>
          <w:b/>
          <w:color w:val="002060"/>
        </w:rPr>
        <w:t>Termin</w:t>
      </w:r>
      <w:proofErr w:type="spellEnd"/>
      <w:r w:rsidR="00C139FA" w:rsidRPr="00C139FA">
        <w:rPr>
          <w:b/>
          <w:color w:val="002060"/>
        </w:rPr>
        <w:t> </w:t>
      </w:r>
      <w:r w:rsidR="00C139FA">
        <w:rPr>
          <w:b/>
          <w:color w:val="002060"/>
        </w:rPr>
        <w:t>i </w:t>
      </w:r>
      <w:proofErr w:type="spellStart"/>
      <w:r w:rsidRPr="00C139FA">
        <w:rPr>
          <w:b/>
          <w:color w:val="002060"/>
        </w:rPr>
        <w:t>miejsce</w:t>
      </w:r>
      <w:proofErr w:type="spellEnd"/>
      <w:r>
        <w:br/>
        <w:t xml:space="preserve">1. Warsztaty </w:t>
      </w:r>
      <w:proofErr w:type="spellStart"/>
      <w:r>
        <w:t>od</w:t>
      </w:r>
      <w:r>
        <w:t>będą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o </w:t>
      </w:r>
      <w:proofErr w:type="spellStart"/>
      <w:r w:rsidRPr="00CB2E5B">
        <w:rPr>
          <w:b/>
        </w:rPr>
        <w:t>godzinie</w:t>
      </w:r>
      <w:proofErr w:type="spellEnd"/>
      <w:r w:rsidRPr="00CB2E5B">
        <w:rPr>
          <w:b/>
        </w:rPr>
        <w:t xml:space="preserve"> 17:00</w:t>
      </w:r>
      <w:r w:rsidR="00C139FA">
        <w:t xml:space="preserve"> </w:t>
      </w:r>
      <w:r>
        <w:t xml:space="preserve"> w </w:t>
      </w:r>
      <w:proofErr w:type="spellStart"/>
      <w:r>
        <w:t>nastę</w:t>
      </w:r>
      <w:r>
        <w:t>pujących</w:t>
      </w:r>
      <w:proofErr w:type="spellEnd"/>
      <w:r>
        <w:t xml:space="preserve"> </w:t>
      </w:r>
      <w:proofErr w:type="spellStart"/>
      <w:r>
        <w:t>miejscowościach</w:t>
      </w:r>
      <w:proofErr w:type="spellEnd"/>
      <w:r>
        <w:t>:</w:t>
      </w:r>
    </w:p>
    <w:p w:rsidR="00C139FA" w:rsidRDefault="00CB2E5B" w:rsidP="00C139FA">
      <w:r>
        <w:t xml:space="preserve">   • 24 listopada – Dom Kultury w Kidałowicach</w:t>
      </w:r>
      <w:r>
        <w:br/>
        <w:t xml:space="preserve">   • 25 listopada – Dom Kultury w Wierzbnej</w:t>
      </w:r>
      <w:r>
        <w:br/>
        <w:t xml:space="preserve">   • 26 listopada – Dom Kultury w Maleniskach</w:t>
      </w:r>
      <w:r>
        <w:br/>
        <w:t xml:space="preserve">   • 27 listopada – Dom </w:t>
      </w:r>
      <w:proofErr w:type="spellStart"/>
      <w:r>
        <w:t>Kultury</w:t>
      </w:r>
      <w:proofErr w:type="spellEnd"/>
      <w:r>
        <w:t xml:space="preserve"> w </w:t>
      </w:r>
      <w:proofErr w:type="spellStart"/>
      <w:r>
        <w:t>Cieszacinie</w:t>
      </w:r>
      <w:proofErr w:type="spellEnd"/>
      <w:r>
        <w:t xml:space="preserve"> </w:t>
      </w:r>
      <w:proofErr w:type="spellStart"/>
      <w:r>
        <w:t>Małym</w:t>
      </w:r>
      <w:proofErr w:type="spellEnd"/>
    </w:p>
    <w:p w:rsidR="00C139FA" w:rsidRDefault="00CB2E5B" w:rsidP="00C139FA">
      <w:pPr>
        <w:spacing w:after="0"/>
        <w:jc w:val="both"/>
      </w:pPr>
      <w:r>
        <w:t>2. Orga</w:t>
      </w:r>
      <w:r>
        <w:t xml:space="preserve">nizator zastrzega sobie prawo do zmiany terminu </w:t>
      </w:r>
      <w:proofErr w:type="spellStart"/>
      <w:r>
        <w:t>lub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w </w:t>
      </w:r>
      <w:proofErr w:type="spellStart"/>
      <w:r>
        <w:t>uzasadnionych</w:t>
      </w:r>
      <w:proofErr w:type="spellEnd"/>
      <w:r>
        <w:t xml:space="preserve"> </w:t>
      </w:r>
      <w:proofErr w:type="spellStart"/>
      <w:r>
        <w:t>przypadkach</w:t>
      </w:r>
      <w:proofErr w:type="spellEnd"/>
      <w:r>
        <w:t xml:space="preserve"> (np. z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technicznych</w:t>
      </w:r>
      <w:proofErr w:type="spellEnd"/>
      <w:r>
        <w:t xml:space="preserve">, </w:t>
      </w:r>
      <w:proofErr w:type="spellStart"/>
      <w:r>
        <w:t>orga</w:t>
      </w:r>
      <w:r w:rsidR="00C139FA">
        <w:t>nizacyjnych</w:t>
      </w:r>
      <w:proofErr w:type="spellEnd"/>
      <w:r w:rsidR="00C139FA">
        <w:t xml:space="preserve"> lub losowych).</w:t>
      </w:r>
      <w:r w:rsidR="00C139FA">
        <w:br/>
      </w:r>
      <w:r w:rsidR="00C139FA">
        <w:br/>
      </w:r>
      <w:r w:rsidR="00C139FA" w:rsidRPr="00C139FA">
        <w:rPr>
          <w:b/>
          <w:color w:val="002060"/>
        </w:rPr>
        <w:t>§4. </w:t>
      </w:r>
      <w:proofErr w:type="spellStart"/>
      <w:r w:rsidR="00C139FA" w:rsidRPr="00C139FA">
        <w:rPr>
          <w:b/>
          <w:color w:val="002060"/>
        </w:rPr>
        <w:t>Uczestnicy</w:t>
      </w:r>
      <w:proofErr w:type="spellEnd"/>
      <w:r w:rsidR="00C139FA" w:rsidRPr="00C139FA">
        <w:rPr>
          <w:b/>
          <w:color w:val="002060"/>
        </w:rPr>
        <w:t> i </w:t>
      </w:r>
      <w:proofErr w:type="spellStart"/>
      <w:r w:rsidRPr="00C139FA">
        <w:rPr>
          <w:b/>
          <w:color w:val="002060"/>
        </w:rPr>
        <w:t>zapisy</w:t>
      </w:r>
      <w:proofErr w:type="spellEnd"/>
      <w:r>
        <w:br/>
        <w:t xml:space="preserve">1. W warsztatach mogą wziąć udział osoby dorosłe zamieszkałe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terenie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Pawłosiów</w:t>
      </w:r>
      <w:proofErr w:type="spellEnd"/>
      <w:r>
        <w:t>.</w:t>
      </w:r>
    </w:p>
    <w:p w:rsidR="00C139FA" w:rsidRDefault="00CB2E5B" w:rsidP="00C139FA">
      <w:pPr>
        <w:spacing w:after="0"/>
      </w:pPr>
      <w:r>
        <w:t>2. Udział w warsztatach jest bezpłatny.</w:t>
      </w:r>
      <w:r>
        <w:br/>
        <w:t xml:space="preserve">3. </w:t>
      </w:r>
      <w:proofErr w:type="spellStart"/>
      <w:r>
        <w:t>Liczba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jest </w:t>
      </w:r>
      <w:proofErr w:type="spellStart"/>
      <w:r>
        <w:t>ograniczona</w:t>
      </w:r>
      <w:proofErr w:type="spellEnd"/>
      <w:r>
        <w:t>.</w:t>
      </w:r>
    </w:p>
    <w:p w:rsidR="00C139FA" w:rsidRDefault="00CB2E5B" w:rsidP="00C139FA">
      <w:pPr>
        <w:spacing w:after="0"/>
        <w:jc w:val="both"/>
      </w:pPr>
      <w:r>
        <w:t>4. Zapisy przyjmowane s</w:t>
      </w:r>
      <w:r w:rsidR="00C139FA">
        <w:t xml:space="preserve">ą </w:t>
      </w:r>
      <w:proofErr w:type="spellStart"/>
      <w:r w:rsidR="00C139FA">
        <w:t>telefonicznie</w:t>
      </w:r>
      <w:proofErr w:type="spellEnd"/>
      <w:r w:rsidR="00C139FA">
        <w:t xml:space="preserve"> pod </w:t>
      </w:r>
      <w:proofErr w:type="spellStart"/>
      <w:r w:rsidR="00C139FA">
        <w:t>numerem</w:t>
      </w:r>
      <w:proofErr w:type="spellEnd"/>
      <w:r w:rsidR="00C139FA">
        <w:t xml:space="preserve">: </w:t>
      </w:r>
      <w:r w:rsidR="00C139FA" w:rsidRPr="00CB2E5B">
        <w:rPr>
          <w:b/>
          <w:color w:val="002060"/>
        </w:rPr>
        <w:t>1665055</w:t>
      </w:r>
      <w:r w:rsidRPr="00CB2E5B">
        <w:rPr>
          <w:b/>
          <w:color w:val="002060"/>
        </w:rPr>
        <w:t>03</w:t>
      </w:r>
      <w:r>
        <w:t xml:space="preserve"> do </w:t>
      </w:r>
      <w:proofErr w:type="spellStart"/>
      <w:r>
        <w:t>wyczerpania</w:t>
      </w:r>
      <w:proofErr w:type="spellEnd"/>
      <w:r>
        <w:t xml:space="preserve"> </w:t>
      </w:r>
      <w:proofErr w:type="spellStart"/>
      <w:r>
        <w:t>miejsc</w:t>
      </w:r>
      <w:proofErr w:type="spellEnd"/>
      <w:r>
        <w:t>.</w:t>
      </w:r>
    </w:p>
    <w:p w:rsidR="00C139FA" w:rsidRDefault="00CB2E5B" w:rsidP="00C139FA">
      <w:pPr>
        <w:spacing w:after="0"/>
      </w:pPr>
      <w:r>
        <w:t>5. O udziale decyduje kolejność zgłoszeń.</w:t>
      </w:r>
      <w:r>
        <w:br/>
      </w:r>
    </w:p>
    <w:p w:rsidR="00C139FA" w:rsidRDefault="00CB2E5B" w:rsidP="00C139FA">
      <w:pPr>
        <w:spacing w:after="0"/>
        <w:jc w:val="both"/>
      </w:pPr>
      <w:r>
        <w:lastRenderedPageBreak/>
        <w:br/>
      </w:r>
      <w:r w:rsidR="00C139FA">
        <w:rPr>
          <w:b/>
          <w:color w:val="002060"/>
        </w:rPr>
        <w:t>§5. </w:t>
      </w:r>
      <w:proofErr w:type="spellStart"/>
      <w:r w:rsidR="00C139FA">
        <w:rPr>
          <w:b/>
          <w:color w:val="002060"/>
        </w:rPr>
        <w:t>Przebieg</w:t>
      </w:r>
      <w:proofErr w:type="spellEnd"/>
      <w:r w:rsidR="00C139FA">
        <w:rPr>
          <w:b/>
          <w:color w:val="002060"/>
        </w:rPr>
        <w:t> </w:t>
      </w:r>
      <w:proofErr w:type="spellStart"/>
      <w:r w:rsidRPr="00C139FA">
        <w:rPr>
          <w:b/>
          <w:color w:val="002060"/>
        </w:rPr>
        <w:t>warsztatów</w:t>
      </w:r>
      <w:proofErr w:type="spellEnd"/>
      <w:r w:rsidR="00064621">
        <w:br/>
        <w:t>1. </w:t>
      </w:r>
      <w:proofErr w:type="spellStart"/>
      <w:r>
        <w:t>Każdy</w:t>
      </w:r>
      <w:proofErr w:type="spellEnd"/>
      <w:r>
        <w:t xml:space="preserve"> uczest</w:t>
      </w:r>
      <w:r>
        <w:t xml:space="preserve">nik samodzielnie wykonuje świąteczny wianek na </w:t>
      </w:r>
      <w:proofErr w:type="spellStart"/>
      <w:r w:rsidR="00064621">
        <w:t>kole</w:t>
      </w:r>
      <w:proofErr w:type="spellEnd"/>
      <w:r w:rsidR="00064621">
        <w:t xml:space="preserve"> pod </w:t>
      </w:r>
      <w:proofErr w:type="spellStart"/>
      <w:r w:rsidR="00064621">
        <w:t>kierunkiem</w:t>
      </w:r>
      <w:proofErr w:type="spellEnd"/>
      <w:r w:rsidR="00064621">
        <w:t xml:space="preserve"> </w:t>
      </w:r>
      <w:proofErr w:type="spellStart"/>
      <w:r w:rsidR="00064621">
        <w:t>instruktora</w:t>
      </w:r>
      <w:proofErr w:type="spellEnd"/>
      <w:r w:rsidR="00064621">
        <w:t>.</w:t>
      </w:r>
    </w:p>
    <w:p w:rsidR="00C139FA" w:rsidRDefault="00CB2E5B" w:rsidP="00C139FA">
      <w:pPr>
        <w:spacing w:after="0"/>
        <w:jc w:val="both"/>
      </w:pPr>
      <w:r>
        <w:t xml:space="preserve">2. Organizator zapewnia niezbędne materiały plastyczne oraz narzędzia </w:t>
      </w:r>
      <w:proofErr w:type="spellStart"/>
      <w:r>
        <w:t>potrzebne</w:t>
      </w:r>
      <w:proofErr w:type="spellEnd"/>
      <w:r>
        <w:t xml:space="preserve"> do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dekoracji</w:t>
      </w:r>
      <w:proofErr w:type="spellEnd"/>
      <w:r>
        <w:t>.</w:t>
      </w:r>
    </w:p>
    <w:p w:rsidR="00064621" w:rsidRDefault="00CB2E5B" w:rsidP="00C139FA">
      <w:pPr>
        <w:spacing w:after="0"/>
        <w:jc w:val="both"/>
      </w:pPr>
      <w:r>
        <w:t>3. Uczestnicy zobowiązani są do przestrzegania zasad bezpieczeństwa oraz</w:t>
      </w:r>
      <w:r w:rsidR="00C139FA">
        <w:t xml:space="preserve"> poleceń prowadzących.</w:t>
      </w:r>
      <w:r w:rsidR="00C139FA">
        <w:br/>
      </w:r>
      <w:r w:rsidR="00C139FA">
        <w:br/>
      </w:r>
      <w:r w:rsidR="00C139FA" w:rsidRPr="00C139FA">
        <w:rPr>
          <w:b/>
          <w:color w:val="002060"/>
        </w:rPr>
        <w:t>§6.</w:t>
      </w:r>
      <w:r w:rsidRPr="00C139FA">
        <w:rPr>
          <w:b/>
          <w:color w:val="002060"/>
        </w:rPr>
        <w:t>Odpowiedzialność</w:t>
      </w:r>
      <w:r>
        <w:br/>
        <w:t xml:space="preserve">1. Organizator nie ponosi odpowiedzialności za szkody materialne lub osobiste powstałe w wyniku niestosowania się uczestników do zasad </w:t>
      </w:r>
      <w:proofErr w:type="spellStart"/>
      <w:r>
        <w:t>bezpieczeństwa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poleceń</w:t>
      </w:r>
      <w:proofErr w:type="spellEnd"/>
      <w:r>
        <w:t xml:space="preserve"> </w:t>
      </w:r>
      <w:proofErr w:type="spellStart"/>
      <w:r>
        <w:t>prowadzących</w:t>
      </w:r>
      <w:proofErr w:type="spellEnd"/>
      <w:r>
        <w:t>.</w:t>
      </w:r>
    </w:p>
    <w:p w:rsidR="00064621" w:rsidRDefault="00CB2E5B" w:rsidP="00064621">
      <w:pPr>
        <w:spacing w:after="0"/>
        <w:jc w:val="both"/>
      </w:pPr>
      <w:r>
        <w:br/>
      </w:r>
      <w:r w:rsidR="00064621">
        <w:rPr>
          <w:b/>
          <w:color w:val="002060"/>
        </w:rPr>
        <w:t>§7. </w:t>
      </w:r>
      <w:proofErr w:type="spellStart"/>
      <w:r w:rsidR="00064621">
        <w:rPr>
          <w:b/>
          <w:color w:val="002060"/>
        </w:rPr>
        <w:t>Postanowienia</w:t>
      </w:r>
      <w:proofErr w:type="spellEnd"/>
      <w:r w:rsidR="00064621">
        <w:rPr>
          <w:b/>
          <w:color w:val="002060"/>
        </w:rPr>
        <w:t> </w:t>
      </w:r>
      <w:proofErr w:type="spellStart"/>
      <w:r w:rsidRPr="00064621">
        <w:rPr>
          <w:b/>
          <w:color w:val="002060"/>
        </w:rPr>
        <w:t>końcowe</w:t>
      </w:r>
      <w:proofErr w:type="spellEnd"/>
      <w:r>
        <w:br/>
        <w:t xml:space="preserve">1. Uczestnictwo w warsztatach </w:t>
      </w:r>
      <w:proofErr w:type="spellStart"/>
      <w:r>
        <w:t>oznacza</w:t>
      </w:r>
      <w:proofErr w:type="spellEnd"/>
      <w:r>
        <w:t xml:space="preserve"> </w:t>
      </w:r>
      <w:proofErr w:type="spellStart"/>
      <w:r>
        <w:t>akceptację</w:t>
      </w:r>
      <w:proofErr w:type="spellEnd"/>
      <w:r>
        <w:t xml:space="preserve">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>.</w:t>
      </w:r>
    </w:p>
    <w:p w:rsidR="00064621" w:rsidRDefault="00CB2E5B" w:rsidP="00064621">
      <w:pPr>
        <w:spacing w:after="0"/>
      </w:pPr>
      <w:r>
        <w:t xml:space="preserve">2. Organizator </w:t>
      </w:r>
      <w:r w:rsidR="00064621">
        <w:t xml:space="preserve"> </w:t>
      </w:r>
      <w:proofErr w:type="spellStart"/>
      <w:r>
        <w:t>zastrzega</w:t>
      </w:r>
      <w:proofErr w:type="spellEnd"/>
      <w:r>
        <w:t xml:space="preserve"> </w:t>
      </w:r>
      <w:r w:rsidR="00064621">
        <w:t xml:space="preserve"> </w:t>
      </w:r>
      <w:proofErr w:type="spellStart"/>
      <w:r>
        <w:t>sobie</w:t>
      </w:r>
      <w:proofErr w:type="spellEnd"/>
      <w:r>
        <w:t xml:space="preserve"> </w:t>
      </w:r>
      <w:r w:rsidR="00064621">
        <w:t xml:space="preserve"> </w:t>
      </w:r>
      <w:proofErr w:type="spellStart"/>
      <w:r>
        <w:t>prawo</w:t>
      </w:r>
      <w:proofErr w:type="spellEnd"/>
      <w:r>
        <w:t xml:space="preserve"> </w:t>
      </w:r>
      <w:r w:rsidR="00064621">
        <w:t xml:space="preserve"> </w:t>
      </w:r>
      <w:r>
        <w:t xml:space="preserve">do </w:t>
      </w:r>
      <w:r w:rsidR="00064621">
        <w:t xml:space="preserve"> </w:t>
      </w:r>
      <w:proofErr w:type="spellStart"/>
      <w:r>
        <w:t>wprowadzania</w:t>
      </w:r>
      <w:proofErr w:type="spellEnd"/>
      <w:r>
        <w:t xml:space="preserve"> </w:t>
      </w:r>
      <w:r w:rsidR="00064621">
        <w:t xml:space="preserve"> </w:t>
      </w:r>
      <w:proofErr w:type="spellStart"/>
      <w:r>
        <w:t>zmian</w:t>
      </w:r>
      <w:proofErr w:type="spellEnd"/>
      <w:r>
        <w:t xml:space="preserve"> </w:t>
      </w:r>
      <w:r w:rsidR="00064621">
        <w:t xml:space="preserve"> </w:t>
      </w:r>
      <w:r>
        <w:t>w</w:t>
      </w:r>
      <w:r w:rsidR="00064621">
        <w:t xml:space="preserve"> </w:t>
      </w:r>
      <w:r>
        <w:t xml:space="preserve"> regulaminie, </w:t>
      </w:r>
    </w:p>
    <w:p w:rsidR="00D9445C" w:rsidRDefault="00CB2E5B" w:rsidP="00064621">
      <w:pPr>
        <w:spacing w:after="0"/>
      </w:pPr>
      <w:r>
        <w:t xml:space="preserve">o </w:t>
      </w:r>
      <w:proofErr w:type="spellStart"/>
      <w:r>
        <w:t>czym</w:t>
      </w:r>
      <w:proofErr w:type="spellEnd"/>
      <w:r>
        <w:t xml:space="preserve"> </w:t>
      </w:r>
      <w:proofErr w:type="spellStart"/>
      <w:r>
        <w:t>poinformuje</w:t>
      </w:r>
      <w:proofErr w:type="spellEnd"/>
      <w:r>
        <w:t xml:space="preserve"> </w:t>
      </w:r>
      <w:proofErr w:type="spellStart"/>
      <w:r>
        <w:t>uczestników</w:t>
      </w:r>
      <w:proofErr w:type="spellEnd"/>
      <w:r>
        <w:t>.</w:t>
      </w:r>
      <w:r>
        <w:br/>
        <w:t xml:space="preserve">3. </w:t>
      </w:r>
      <w:r>
        <w:t xml:space="preserve">W </w:t>
      </w:r>
      <w:proofErr w:type="spellStart"/>
      <w:r>
        <w:t>sprawach</w:t>
      </w:r>
      <w:proofErr w:type="spellEnd"/>
      <w:r>
        <w:t xml:space="preserve"> </w:t>
      </w:r>
      <w:r w:rsidR="00064621">
        <w:t xml:space="preserve"> </w:t>
      </w:r>
      <w:proofErr w:type="spellStart"/>
      <w:r>
        <w:t>nieuregulowanych</w:t>
      </w:r>
      <w:proofErr w:type="spellEnd"/>
      <w:r>
        <w:t xml:space="preserve"> </w:t>
      </w:r>
      <w:r w:rsidR="00064621">
        <w:t xml:space="preserve"> </w:t>
      </w:r>
      <w:proofErr w:type="spellStart"/>
      <w:r>
        <w:t>niniejszym</w:t>
      </w:r>
      <w:proofErr w:type="spellEnd"/>
      <w:r>
        <w:t xml:space="preserve"> </w:t>
      </w:r>
      <w:r w:rsidR="00064621">
        <w:t xml:space="preserve"> </w:t>
      </w:r>
      <w:proofErr w:type="spellStart"/>
      <w:r>
        <w:t>regulaminem</w:t>
      </w:r>
      <w:proofErr w:type="spellEnd"/>
      <w:r>
        <w:t xml:space="preserve"> </w:t>
      </w:r>
      <w:r w:rsidR="00064621">
        <w:t xml:space="preserve"> </w:t>
      </w:r>
      <w:proofErr w:type="spellStart"/>
      <w:r>
        <w:t>decyduje</w:t>
      </w:r>
      <w:proofErr w:type="spellEnd"/>
      <w:r>
        <w:t xml:space="preserve"> </w:t>
      </w:r>
      <w:r w:rsidR="00064621">
        <w:t xml:space="preserve"> </w:t>
      </w:r>
      <w:proofErr w:type="spellStart"/>
      <w:r>
        <w:t>Organizator</w:t>
      </w:r>
      <w:proofErr w:type="spellEnd"/>
      <w:r>
        <w:t>.</w:t>
      </w:r>
      <w:r>
        <w:br/>
      </w:r>
    </w:p>
    <w:p w:rsidR="00D9445C" w:rsidRPr="00064621" w:rsidRDefault="00CB2E5B" w:rsidP="00064621">
      <w:pPr>
        <w:rPr>
          <w:i/>
        </w:rPr>
      </w:pPr>
      <w:r>
        <w:br/>
      </w:r>
      <w:r>
        <w:br/>
      </w:r>
      <w:r w:rsidR="00064621" w:rsidRPr="00064621">
        <w:rPr>
          <w:i/>
        </w:rPr>
        <w:t xml:space="preserve">                                                                                                                                </w:t>
      </w:r>
      <w:proofErr w:type="spellStart"/>
      <w:r w:rsidR="00064621" w:rsidRPr="00064621">
        <w:rPr>
          <w:i/>
        </w:rPr>
        <w:t>Organizatorzy</w:t>
      </w:r>
      <w:proofErr w:type="spellEnd"/>
    </w:p>
    <w:sectPr w:rsidR="00D9445C" w:rsidRPr="0006462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64621"/>
    <w:rsid w:val="0015074B"/>
    <w:rsid w:val="0029639D"/>
    <w:rsid w:val="00326F90"/>
    <w:rsid w:val="00AA1D8D"/>
    <w:rsid w:val="00B47730"/>
    <w:rsid w:val="00C139FA"/>
    <w:rsid w:val="00CB0664"/>
    <w:rsid w:val="00CB2E5B"/>
    <w:rsid w:val="00D944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C09729D-B713-4947-AE51-C1F5B03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6DD309-A0C5-4D91-BA67-5B1CC012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2383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2</cp:revision>
  <dcterms:created xsi:type="dcterms:W3CDTF">2013-12-23T23:15:00Z</dcterms:created>
  <dcterms:modified xsi:type="dcterms:W3CDTF">2025-11-05T08:42:00Z</dcterms:modified>
  <cp:category/>
</cp:coreProperties>
</file>