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65C" w:rsidRDefault="00AA2426" w:rsidP="008127B3">
      <w:pPr>
        <w:pStyle w:val="Nagwek1"/>
        <w:jc w:val="center"/>
        <w:rPr>
          <w:color w:val="FF0000"/>
          <w:sz w:val="36"/>
          <w:szCs w:val="36"/>
        </w:rPr>
      </w:pPr>
      <w:proofErr w:type="spellStart"/>
      <w:r w:rsidRPr="008127B3">
        <w:rPr>
          <w:color w:val="FF0000"/>
          <w:sz w:val="36"/>
          <w:szCs w:val="36"/>
        </w:rPr>
        <w:t>Konkurs</w:t>
      </w:r>
      <w:proofErr w:type="spellEnd"/>
      <w:r w:rsidRPr="008127B3">
        <w:rPr>
          <w:color w:val="FF0000"/>
          <w:sz w:val="36"/>
          <w:szCs w:val="36"/>
        </w:rPr>
        <w:t xml:space="preserve"> </w:t>
      </w:r>
      <w:proofErr w:type="spellStart"/>
      <w:r w:rsidR="00AF4689">
        <w:rPr>
          <w:color w:val="FF0000"/>
          <w:sz w:val="36"/>
          <w:szCs w:val="36"/>
        </w:rPr>
        <w:t>Bożonarodzeniowy</w:t>
      </w:r>
      <w:proofErr w:type="spellEnd"/>
    </w:p>
    <w:p w:rsidR="00AF4689" w:rsidRPr="00AF4689" w:rsidRDefault="006B7434" w:rsidP="00AF4689">
      <w:pPr>
        <w:jc w:val="center"/>
        <w:rPr>
          <w:rFonts w:asciiTheme="majorHAnsi" w:hAnsiTheme="majorHAnsi" w:cstheme="majorHAnsi"/>
          <w:b/>
          <w:color w:val="FF0000"/>
          <w:sz w:val="36"/>
          <w:szCs w:val="36"/>
        </w:rPr>
      </w:pPr>
      <w:proofErr w:type="spellStart"/>
      <w:r>
        <w:rPr>
          <w:rFonts w:asciiTheme="majorHAnsi" w:hAnsiTheme="majorHAnsi" w:cstheme="majorHAnsi"/>
          <w:b/>
          <w:color w:val="FF0000"/>
          <w:sz w:val="36"/>
          <w:szCs w:val="36"/>
        </w:rPr>
        <w:t>pn</w:t>
      </w:r>
      <w:proofErr w:type="spellEnd"/>
      <w:r>
        <w:rPr>
          <w:rFonts w:asciiTheme="majorHAnsi" w:hAnsiTheme="majorHAnsi" w:cstheme="majorHAnsi"/>
          <w:b/>
          <w:color w:val="FF0000"/>
          <w:sz w:val="36"/>
          <w:szCs w:val="36"/>
        </w:rPr>
        <w:t>. ,,</w:t>
      </w:r>
      <w:proofErr w:type="spellStart"/>
      <w:r>
        <w:rPr>
          <w:rFonts w:asciiTheme="majorHAnsi" w:hAnsiTheme="majorHAnsi" w:cstheme="majorHAnsi"/>
          <w:b/>
          <w:color w:val="FF0000"/>
          <w:sz w:val="36"/>
          <w:szCs w:val="36"/>
        </w:rPr>
        <w:t>C</w:t>
      </w:r>
      <w:r w:rsidR="00AF4689" w:rsidRPr="00AF4689">
        <w:rPr>
          <w:rFonts w:asciiTheme="majorHAnsi" w:hAnsiTheme="majorHAnsi" w:cstheme="majorHAnsi"/>
          <w:b/>
          <w:color w:val="FF0000"/>
          <w:sz w:val="36"/>
          <w:szCs w:val="36"/>
        </w:rPr>
        <w:t>hoinkowe</w:t>
      </w:r>
      <w:proofErr w:type="spellEnd"/>
      <w:r w:rsidR="00AF4689" w:rsidRPr="00AF4689">
        <w:rPr>
          <w:rFonts w:asciiTheme="majorHAnsi" w:hAnsiTheme="majorHAnsi" w:cstheme="majorHAnsi"/>
          <w:b/>
          <w:color w:val="FF0000"/>
          <w:sz w:val="36"/>
          <w:szCs w:val="36"/>
        </w:rPr>
        <w:t xml:space="preserve"> </w:t>
      </w:r>
      <w:proofErr w:type="spellStart"/>
      <w:r w:rsidR="00AF4689" w:rsidRPr="00AF4689">
        <w:rPr>
          <w:rFonts w:asciiTheme="majorHAnsi" w:hAnsiTheme="majorHAnsi" w:cstheme="majorHAnsi"/>
          <w:b/>
          <w:color w:val="FF0000"/>
          <w:sz w:val="36"/>
          <w:szCs w:val="36"/>
        </w:rPr>
        <w:t>cuda</w:t>
      </w:r>
      <w:proofErr w:type="spellEnd"/>
      <w:r w:rsidR="00AF4689" w:rsidRPr="00AF4689">
        <w:rPr>
          <w:rFonts w:asciiTheme="majorHAnsi" w:hAnsiTheme="majorHAnsi" w:cstheme="majorHAnsi"/>
          <w:b/>
          <w:color w:val="FF0000"/>
          <w:sz w:val="36"/>
          <w:szCs w:val="36"/>
        </w:rPr>
        <w:t>”</w:t>
      </w:r>
    </w:p>
    <w:p w:rsidR="002F75DB" w:rsidRDefault="002F75DB"/>
    <w:p w:rsidR="0097265C" w:rsidRDefault="00AA2426" w:rsidP="00E27CBF">
      <w:pPr>
        <w:pStyle w:val="Nagwek2"/>
        <w:jc w:val="center"/>
        <w:rPr>
          <w:color w:val="FF0000"/>
          <w:sz w:val="36"/>
          <w:szCs w:val="36"/>
        </w:rPr>
      </w:pPr>
      <w:proofErr w:type="spellStart"/>
      <w:r w:rsidRPr="008127B3">
        <w:rPr>
          <w:color w:val="FF0000"/>
          <w:sz w:val="36"/>
          <w:szCs w:val="36"/>
        </w:rPr>
        <w:t>Regulamin</w:t>
      </w:r>
      <w:proofErr w:type="spellEnd"/>
      <w:r w:rsidRPr="008127B3">
        <w:rPr>
          <w:color w:val="FF0000"/>
          <w:sz w:val="36"/>
          <w:szCs w:val="36"/>
        </w:rPr>
        <w:t xml:space="preserve"> </w:t>
      </w:r>
      <w:proofErr w:type="spellStart"/>
      <w:r w:rsidRPr="008127B3">
        <w:rPr>
          <w:color w:val="FF0000"/>
          <w:sz w:val="36"/>
          <w:szCs w:val="36"/>
        </w:rPr>
        <w:t>konkursu</w:t>
      </w:r>
      <w:proofErr w:type="spellEnd"/>
      <w:r w:rsidRPr="008127B3">
        <w:rPr>
          <w:color w:val="FF0000"/>
          <w:sz w:val="36"/>
          <w:szCs w:val="36"/>
        </w:rPr>
        <w:t xml:space="preserve"> </w:t>
      </w:r>
    </w:p>
    <w:p w:rsidR="00F20358" w:rsidRPr="00F20358" w:rsidRDefault="00F20358" w:rsidP="00F20358"/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 xml:space="preserve">§1 </w:t>
      </w:r>
    </w:p>
    <w:p w:rsidR="00F20358" w:rsidRPr="00F20358" w:rsidRDefault="00F20358" w:rsidP="00F20358">
      <w:pPr>
        <w:jc w:val="center"/>
        <w:rPr>
          <w:rFonts w:asciiTheme="majorHAnsi" w:hAnsiTheme="majorHAnsi" w:cstheme="majorHAnsi"/>
          <w:b/>
          <w:color w:val="FF0000"/>
        </w:rPr>
      </w:pPr>
      <w:r w:rsidRPr="00F20358">
        <w:rPr>
          <w:rFonts w:asciiTheme="majorHAnsi" w:hAnsiTheme="majorHAnsi" w:cstheme="majorHAnsi"/>
          <w:b/>
          <w:color w:val="FF0000"/>
        </w:rPr>
        <w:t>POSTANOWIENIA OGÓLNE KONKURSU</w:t>
      </w:r>
    </w:p>
    <w:p w:rsidR="00F20358" w:rsidRPr="00F20358" w:rsidRDefault="00F20358" w:rsidP="00F20358">
      <w:pPr>
        <w:spacing w:after="0"/>
        <w:jc w:val="both"/>
      </w:pPr>
      <w:r w:rsidRPr="0024345F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 </w:t>
      </w:r>
      <w:proofErr w:type="spellStart"/>
      <w:r w:rsidRPr="00F20358">
        <w:t>Niniejszy</w:t>
      </w:r>
      <w:proofErr w:type="spellEnd"/>
      <w:r w:rsidRPr="00F20358">
        <w:t xml:space="preserve"> </w:t>
      </w:r>
      <w:proofErr w:type="spellStart"/>
      <w:r w:rsidRPr="00F20358">
        <w:t>Regulamin</w:t>
      </w:r>
      <w:proofErr w:type="spellEnd"/>
      <w:r w:rsidRPr="00F20358">
        <w:t xml:space="preserve"> </w:t>
      </w:r>
      <w:proofErr w:type="spellStart"/>
      <w:r w:rsidRPr="00F20358">
        <w:t>określa</w:t>
      </w:r>
      <w:proofErr w:type="spellEnd"/>
      <w:r w:rsidRPr="00F20358">
        <w:t xml:space="preserve"> </w:t>
      </w:r>
      <w:proofErr w:type="spellStart"/>
      <w:r w:rsidRPr="00F20358">
        <w:t>zasady</w:t>
      </w:r>
      <w:proofErr w:type="spellEnd"/>
      <w:r w:rsidRPr="00F20358">
        <w:t xml:space="preserve">, </w:t>
      </w:r>
      <w:proofErr w:type="spellStart"/>
      <w:r w:rsidRPr="00F20358">
        <w:t>zakres</w:t>
      </w:r>
      <w:proofErr w:type="spellEnd"/>
      <w:r w:rsidRPr="00F20358">
        <w:t xml:space="preserve"> i </w:t>
      </w:r>
      <w:proofErr w:type="spellStart"/>
      <w:r w:rsidRPr="00F20358">
        <w:t>warunki</w:t>
      </w:r>
      <w:proofErr w:type="spellEnd"/>
      <w:r w:rsidRPr="00F20358">
        <w:t xml:space="preserve"> </w:t>
      </w:r>
      <w:proofErr w:type="spellStart"/>
      <w:r w:rsidRPr="00F20358">
        <w:t>uczestnictwa</w:t>
      </w:r>
      <w:proofErr w:type="spellEnd"/>
      <w:r w:rsidRPr="00F20358">
        <w:t xml:space="preserve"> w </w:t>
      </w:r>
      <w:proofErr w:type="spellStart"/>
      <w:r w:rsidRPr="00F20358">
        <w:t>konkursie</w:t>
      </w:r>
      <w:proofErr w:type="spellEnd"/>
      <w:r w:rsidRPr="00F20358">
        <w:t>.</w:t>
      </w:r>
    </w:p>
    <w:p w:rsidR="00F20358" w:rsidRPr="00F20358" w:rsidRDefault="00F20358" w:rsidP="00F20358">
      <w:pPr>
        <w:spacing w:after="0"/>
        <w:jc w:val="both"/>
      </w:pPr>
      <w:r w:rsidRPr="00F20358">
        <w:t xml:space="preserve">2. </w:t>
      </w:r>
      <w:r>
        <w:t xml:space="preserve">  </w:t>
      </w:r>
      <w:proofErr w:type="spellStart"/>
      <w:r w:rsidRPr="00F20358">
        <w:t>Organizatorem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proofErr w:type="spellStart"/>
      <w:r w:rsidRPr="00F20358">
        <w:t>są</w:t>
      </w:r>
      <w:proofErr w:type="spellEnd"/>
      <w:r w:rsidRPr="00F20358">
        <w:t>:</w:t>
      </w:r>
    </w:p>
    <w:p w:rsidR="00F20358" w:rsidRPr="00F20358" w:rsidRDefault="00F20358" w:rsidP="00F20358">
      <w:pPr>
        <w:spacing w:after="0"/>
        <w:jc w:val="both"/>
      </w:pPr>
      <w:r w:rsidRPr="00F20358">
        <w:t xml:space="preserve">   </w:t>
      </w:r>
      <w:r>
        <w:t xml:space="preserve"> - </w:t>
      </w:r>
      <w:proofErr w:type="spellStart"/>
      <w:r w:rsidRPr="00F20358">
        <w:t>Wójt</w:t>
      </w:r>
      <w:proofErr w:type="spellEnd"/>
      <w:r w:rsidRPr="00F20358">
        <w:t xml:space="preserve"> </w:t>
      </w:r>
      <w:proofErr w:type="spellStart"/>
      <w:r w:rsidRPr="00F20358">
        <w:t>Gminy</w:t>
      </w:r>
      <w:proofErr w:type="spellEnd"/>
      <w:r w:rsidRPr="00F20358">
        <w:t xml:space="preserve"> </w:t>
      </w:r>
      <w:proofErr w:type="spellStart"/>
      <w:r w:rsidRPr="00F20358">
        <w:t>Pawłosiów</w:t>
      </w:r>
      <w:proofErr w:type="spellEnd"/>
    </w:p>
    <w:p w:rsidR="00F20358" w:rsidRPr="00F20358" w:rsidRDefault="00F20358" w:rsidP="00F20358">
      <w:pPr>
        <w:spacing w:after="0"/>
        <w:jc w:val="both"/>
      </w:pPr>
      <w:r w:rsidRPr="00F20358">
        <w:t xml:space="preserve">   </w:t>
      </w:r>
      <w:r>
        <w:t xml:space="preserve"> </w:t>
      </w:r>
      <w:r w:rsidRPr="00F20358">
        <w:t xml:space="preserve">- </w:t>
      </w:r>
      <w:proofErr w:type="spellStart"/>
      <w:r w:rsidRPr="00F20358">
        <w:t>Gminny</w:t>
      </w:r>
      <w:proofErr w:type="spellEnd"/>
      <w:r w:rsidRPr="00F20358">
        <w:t xml:space="preserve"> </w:t>
      </w:r>
      <w:proofErr w:type="spellStart"/>
      <w:r w:rsidRPr="00F20358">
        <w:t>Ośrodek</w:t>
      </w:r>
      <w:proofErr w:type="spellEnd"/>
      <w:r w:rsidRPr="00F20358">
        <w:t xml:space="preserve"> </w:t>
      </w:r>
      <w:proofErr w:type="spellStart"/>
      <w:r w:rsidRPr="00F20358">
        <w:t>Kultury</w:t>
      </w:r>
      <w:proofErr w:type="spellEnd"/>
      <w:r w:rsidRPr="00F20358">
        <w:t xml:space="preserve"> w Pawłosiowie</w:t>
      </w:r>
    </w:p>
    <w:p w:rsidR="00F20358" w:rsidRPr="00F20358" w:rsidRDefault="00F20358" w:rsidP="00F20358">
      <w:pPr>
        <w:spacing w:after="0"/>
        <w:jc w:val="both"/>
      </w:pPr>
      <w:r>
        <w:t>3.   </w:t>
      </w:r>
      <w:proofErr w:type="spellStart"/>
      <w:r w:rsidRPr="00F20358">
        <w:t>Regulamin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proofErr w:type="spellStart"/>
      <w:r w:rsidRPr="00F20358">
        <w:t>dostępny</w:t>
      </w:r>
      <w:proofErr w:type="spellEnd"/>
      <w:r w:rsidRPr="00F20358">
        <w:t xml:space="preserve"> jest </w:t>
      </w:r>
      <w:proofErr w:type="spellStart"/>
      <w:r w:rsidRPr="00F20358">
        <w:t>na</w:t>
      </w:r>
      <w:proofErr w:type="spellEnd"/>
      <w:r w:rsidRPr="00F20358">
        <w:t xml:space="preserve"> </w:t>
      </w:r>
      <w:proofErr w:type="spellStart"/>
      <w:r w:rsidRPr="00F20358">
        <w:t>stronie</w:t>
      </w:r>
      <w:proofErr w:type="spellEnd"/>
      <w:r w:rsidRPr="00F20358">
        <w:t xml:space="preserve"> </w:t>
      </w:r>
      <w:proofErr w:type="spellStart"/>
      <w:r w:rsidRPr="00F20358">
        <w:t>internetowej</w:t>
      </w:r>
      <w:proofErr w:type="spellEnd"/>
      <w:r w:rsidRPr="00F20358">
        <w:t xml:space="preserve"> </w:t>
      </w:r>
      <w:proofErr w:type="spellStart"/>
      <w:r w:rsidRPr="00F20358">
        <w:t>Organizatorów</w:t>
      </w:r>
      <w:proofErr w:type="spellEnd"/>
      <w:r w:rsidRPr="00F20358">
        <w:t xml:space="preserve">:  </w:t>
      </w:r>
      <w:hyperlink r:id="rId6" w:history="1">
        <w:r w:rsidRPr="00F20358">
          <w:rPr>
            <w:rStyle w:val="Hipercze"/>
          </w:rPr>
          <w:t>www.pawlosiow.com.pl</w:t>
        </w:r>
      </w:hyperlink>
      <w:r w:rsidRPr="00F20358">
        <w:t xml:space="preserve">;  </w:t>
      </w:r>
      <w:hyperlink r:id="rId7" w:history="1">
        <w:r w:rsidRPr="00F20358">
          <w:rPr>
            <w:rStyle w:val="Hipercze"/>
          </w:rPr>
          <w:t>www.gokpawlosiow.cba.pl</w:t>
        </w:r>
      </w:hyperlink>
    </w:p>
    <w:p w:rsidR="00F20358" w:rsidRPr="00F20358" w:rsidRDefault="00F20358" w:rsidP="00F20358">
      <w:pPr>
        <w:spacing w:after="0"/>
        <w:jc w:val="both"/>
      </w:pPr>
      <w:r w:rsidRPr="00F20358">
        <w:t xml:space="preserve">4. </w:t>
      </w:r>
      <w:proofErr w:type="spellStart"/>
      <w:r w:rsidRPr="00F20358">
        <w:t>Przedmiotem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jest </w:t>
      </w:r>
      <w:proofErr w:type="spellStart"/>
      <w:r w:rsidRPr="00F20358">
        <w:t>wykonanie</w:t>
      </w:r>
      <w:proofErr w:type="spellEnd"/>
      <w:r w:rsidRPr="00F20358">
        <w:t xml:space="preserve"> </w:t>
      </w:r>
      <w:proofErr w:type="spellStart"/>
      <w:r w:rsidR="00AF4689">
        <w:rPr>
          <w:b/>
        </w:rPr>
        <w:t>ozdoby</w:t>
      </w:r>
      <w:proofErr w:type="spellEnd"/>
      <w:r w:rsidR="00AF4689">
        <w:rPr>
          <w:b/>
        </w:rPr>
        <w:t xml:space="preserve"> </w:t>
      </w:r>
      <w:proofErr w:type="spellStart"/>
      <w:r w:rsidR="00AF4689">
        <w:rPr>
          <w:b/>
        </w:rPr>
        <w:t>choinkowej</w:t>
      </w:r>
      <w:proofErr w:type="spellEnd"/>
    </w:p>
    <w:p w:rsidR="00F20358" w:rsidRDefault="00F20358" w:rsidP="00F20358"/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§2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CEL KONKURSU</w:t>
      </w:r>
    </w:p>
    <w:p w:rsidR="0097265C" w:rsidRDefault="00E27CBF" w:rsidP="00E27CBF">
      <w:pPr>
        <w:spacing w:after="0"/>
      </w:pPr>
      <w:r>
        <w:t>1.</w:t>
      </w:r>
      <w:r w:rsidR="00AA2426">
        <w:t xml:space="preserve"> </w:t>
      </w:r>
      <w:r>
        <w:t xml:space="preserve"> </w:t>
      </w:r>
      <w:proofErr w:type="spellStart"/>
      <w:r w:rsidR="00AF4689">
        <w:t>Kultywowanie</w:t>
      </w:r>
      <w:proofErr w:type="spellEnd"/>
      <w:r w:rsidR="00AF4689">
        <w:t xml:space="preserve"> </w:t>
      </w:r>
      <w:proofErr w:type="spellStart"/>
      <w:r w:rsidR="00AF4689">
        <w:t>tradycji</w:t>
      </w:r>
      <w:proofErr w:type="spellEnd"/>
      <w:r w:rsidR="00AF4689">
        <w:t xml:space="preserve"> </w:t>
      </w:r>
      <w:proofErr w:type="spellStart"/>
      <w:r w:rsidR="00AF4689">
        <w:t>bożonarodzeniowych</w:t>
      </w:r>
      <w:proofErr w:type="spellEnd"/>
      <w:r>
        <w:br/>
        <w:t xml:space="preserve">2.  </w:t>
      </w:r>
      <w:proofErr w:type="spellStart"/>
      <w:r w:rsidR="00AA2426">
        <w:t>Rozwijanie</w:t>
      </w:r>
      <w:proofErr w:type="spellEnd"/>
      <w:r w:rsidR="00AA2426">
        <w:t xml:space="preserve"> </w:t>
      </w:r>
      <w:proofErr w:type="spellStart"/>
      <w:r w:rsidR="00AF4689">
        <w:t>zdolności</w:t>
      </w:r>
      <w:proofErr w:type="spellEnd"/>
      <w:r w:rsidR="00AF4689">
        <w:t xml:space="preserve"> </w:t>
      </w:r>
      <w:proofErr w:type="spellStart"/>
      <w:r w:rsidR="00AF4689">
        <w:t>artystycznych</w:t>
      </w:r>
      <w:proofErr w:type="spellEnd"/>
      <w:r w:rsidR="00AF4689">
        <w:t xml:space="preserve"> i </w:t>
      </w:r>
      <w:proofErr w:type="spellStart"/>
      <w:r w:rsidR="00AF4689">
        <w:t>kreatywności</w:t>
      </w:r>
      <w:proofErr w:type="spellEnd"/>
      <w:r w:rsidR="00AF4689">
        <w:t xml:space="preserve"> </w:t>
      </w:r>
      <w:proofErr w:type="spellStart"/>
      <w:r w:rsidR="00AF4689">
        <w:t>uczestników</w:t>
      </w:r>
      <w:proofErr w:type="spellEnd"/>
      <w:r>
        <w:br/>
        <w:t xml:space="preserve">3.  </w:t>
      </w:r>
      <w:proofErr w:type="spellStart"/>
      <w:r w:rsidR="00AF4689">
        <w:t>Integracja</w:t>
      </w:r>
      <w:proofErr w:type="spellEnd"/>
      <w:r w:rsidR="00AF4689">
        <w:t xml:space="preserve"> </w:t>
      </w:r>
      <w:proofErr w:type="spellStart"/>
      <w:r w:rsidR="00AF4689">
        <w:t>społeczności</w:t>
      </w:r>
      <w:proofErr w:type="spellEnd"/>
      <w:r w:rsidR="00AF4689">
        <w:t xml:space="preserve"> </w:t>
      </w:r>
      <w:proofErr w:type="spellStart"/>
      <w:r w:rsidR="00AF4689">
        <w:t>lokalnej</w:t>
      </w:r>
      <w:proofErr w:type="spellEnd"/>
    </w:p>
    <w:p w:rsidR="00E27CBF" w:rsidRPr="00E27CBF" w:rsidRDefault="00E27CBF" w:rsidP="00E27CBF">
      <w:pPr>
        <w:spacing w:after="0"/>
        <w:jc w:val="both"/>
      </w:pPr>
      <w:r>
        <w:t xml:space="preserve">4.  </w:t>
      </w:r>
      <w:proofErr w:type="spellStart"/>
      <w:r w:rsidRPr="00E27CBF">
        <w:t>Stworzenie</w:t>
      </w:r>
      <w:proofErr w:type="spellEnd"/>
      <w:r w:rsidRPr="00E27CBF">
        <w:t xml:space="preserve"> </w:t>
      </w:r>
      <w:proofErr w:type="spellStart"/>
      <w:r w:rsidRPr="00E27CBF">
        <w:t>mieszkańcom</w:t>
      </w:r>
      <w:proofErr w:type="spellEnd"/>
      <w:r w:rsidRPr="00E27CBF">
        <w:t xml:space="preserve"> </w:t>
      </w:r>
      <w:proofErr w:type="spellStart"/>
      <w:r w:rsidRPr="00E27CBF">
        <w:t>możliwości</w:t>
      </w:r>
      <w:proofErr w:type="spellEnd"/>
      <w:r w:rsidRPr="00E27CBF">
        <w:t xml:space="preserve"> </w:t>
      </w:r>
      <w:proofErr w:type="spellStart"/>
      <w:r w:rsidRPr="00E27CBF">
        <w:t>prezent</w:t>
      </w:r>
      <w:r w:rsidR="00AF4689">
        <w:t>acji</w:t>
      </w:r>
      <w:proofErr w:type="spellEnd"/>
      <w:r w:rsidR="00AF4689">
        <w:t xml:space="preserve"> </w:t>
      </w:r>
      <w:proofErr w:type="spellStart"/>
      <w:r w:rsidR="00AF4689">
        <w:t>własnych</w:t>
      </w:r>
      <w:proofErr w:type="spellEnd"/>
      <w:r w:rsidR="00AF4689">
        <w:t xml:space="preserve"> </w:t>
      </w:r>
      <w:proofErr w:type="spellStart"/>
      <w:r w:rsidR="00AF4689">
        <w:t>dokonań</w:t>
      </w:r>
      <w:proofErr w:type="spellEnd"/>
      <w:r w:rsidR="00AF4689">
        <w:t xml:space="preserve"> </w:t>
      </w:r>
      <w:proofErr w:type="spellStart"/>
      <w:r w:rsidR="00AF4689">
        <w:t>twórczych</w:t>
      </w:r>
      <w:proofErr w:type="spellEnd"/>
      <w:r w:rsidR="00AF4689">
        <w:t xml:space="preserve">, promocja </w:t>
      </w:r>
      <w:proofErr w:type="spellStart"/>
      <w:r w:rsidR="00AF4689">
        <w:t>talentów</w:t>
      </w:r>
      <w:proofErr w:type="spellEnd"/>
      <w:r w:rsidR="00AF4689">
        <w:t xml:space="preserve"> </w:t>
      </w:r>
      <w:proofErr w:type="spellStart"/>
      <w:r w:rsidR="00AF4689">
        <w:t>mieszkańców</w:t>
      </w:r>
      <w:proofErr w:type="spellEnd"/>
      <w:r w:rsidR="00AF4689">
        <w:t xml:space="preserve"> </w:t>
      </w:r>
      <w:proofErr w:type="spellStart"/>
      <w:r w:rsidR="00AF4689">
        <w:t>Gminy</w:t>
      </w:r>
      <w:proofErr w:type="spellEnd"/>
      <w:r w:rsidR="00AF4689">
        <w:t xml:space="preserve"> </w:t>
      </w:r>
      <w:proofErr w:type="spellStart"/>
      <w:r w:rsidR="00AF4689">
        <w:t>Pawłosiów</w:t>
      </w:r>
      <w:proofErr w:type="spellEnd"/>
    </w:p>
    <w:p w:rsidR="00E27CBF" w:rsidRDefault="00E27CBF" w:rsidP="00E27CBF">
      <w:pPr>
        <w:spacing w:after="0"/>
      </w:pPr>
    </w:p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 xml:space="preserve">§3 </w:t>
      </w:r>
    </w:p>
    <w:p w:rsidR="0097265C" w:rsidRPr="008127B3" w:rsidRDefault="00E27CBF" w:rsidP="005564B7">
      <w:pPr>
        <w:pStyle w:val="Nagwek3"/>
        <w:jc w:val="center"/>
        <w:rPr>
          <w:color w:val="FF0000"/>
        </w:rPr>
      </w:pPr>
      <w:proofErr w:type="spellStart"/>
      <w:r>
        <w:rPr>
          <w:color w:val="FF0000"/>
        </w:rPr>
        <w:t>Uczestnicy</w:t>
      </w:r>
      <w:proofErr w:type="spellEnd"/>
    </w:p>
    <w:p w:rsidR="008F7F52" w:rsidRPr="008F7F52" w:rsidRDefault="00E27CBF" w:rsidP="008F7F52">
      <w:pPr>
        <w:spacing w:after="0"/>
        <w:jc w:val="both"/>
      </w:pPr>
      <w:r>
        <w:t xml:space="preserve"> 1. </w:t>
      </w:r>
      <w:proofErr w:type="spellStart"/>
      <w:r w:rsidR="00AA2426">
        <w:t>Konkurs</w:t>
      </w:r>
      <w:proofErr w:type="spellEnd"/>
      <w:r w:rsidR="00AA2426">
        <w:t xml:space="preserve"> ma </w:t>
      </w:r>
      <w:proofErr w:type="spellStart"/>
      <w:r w:rsidR="00AA2426">
        <w:t>charakter</w:t>
      </w:r>
      <w:proofErr w:type="spellEnd"/>
      <w:r w:rsidR="00AA2426">
        <w:t xml:space="preserve"> </w:t>
      </w:r>
      <w:proofErr w:type="spellStart"/>
      <w:r w:rsidR="00AA2426">
        <w:t>otwarty</w:t>
      </w:r>
      <w:proofErr w:type="spellEnd"/>
      <w:r w:rsidR="00AA2426">
        <w:t xml:space="preserve"> – </w:t>
      </w:r>
      <w:proofErr w:type="spellStart"/>
      <w:r w:rsidR="00AA2426">
        <w:t>dzieci</w:t>
      </w:r>
      <w:proofErr w:type="spellEnd"/>
      <w:r w:rsidR="00AA2426">
        <w:t xml:space="preserve">, </w:t>
      </w:r>
      <w:proofErr w:type="spellStart"/>
      <w:r w:rsidR="00AA2426">
        <w:t>młodzież</w:t>
      </w:r>
      <w:proofErr w:type="spellEnd"/>
      <w:r w:rsidR="00AA2426">
        <w:t xml:space="preserve"> i </w:t>
      </w:r>
      <w:proofErr w:type="spellStart"/>
      <w:r w:rsidR="00AA2426">
        <w:t>dorośli</w:t>
      </w:r>
      <w:proofErr w:type="spellEnd"/>
      <w:r w:rsidR="00AA2426">
        <w:t>.</w:t>
      </w:r>
      <w:r w:rsidR="00AA2426">
        <w:br/>
      </w:r>
      <w:r w:rsidR="008F7F52">
        <w:t xml:space="preserve">                     </w:t>
      </w:r>
      <w:r w:rsidR="008F7F52" w:rsidRPr="008F7F52">
        <w:t xml:space="preserve">- I </w:t>
      </w:r>
      <w:r w:rsidR="008F7F52">
        <w:t xml:space="preserve">  </w:t>
      </w:r>
      <w:r w:rsidR="00AF4689">
        <w:t xml:space="preserve"> </w:t>
      </w:r>
      <w:r w:rsidR="008F7F52" w:rsidRPr="008F7F52">
        <w:t xml:space="preserve">- </w:t>
      </w:r>
      <w:r w:rsidR="008F7F52">
        <w:t xml:space="preserve"> </w:t>
      </w:r>
      <w:proofErr w:type="spellStart"/>
      <w:r w:rsidR="008F7F52" w:rsidRPr="008F7F52">
        <w:t>Dzieci</w:t>
      </w:r>
      <w:proofErr w:type="spellEnd"/>
      <w:r w:rsidR="008F7F52" w:rsidRPr="008F7F52">
        <w:t xml:space="preserve"> </w:t>
      </w:r>
      <w:r w:rsidR="00AF4689">
        <w:t xml:space="preserve">do </w:t>
      </w:r>
      <w:proofErr w:type="spellStart"/>
      <w:r w:rsidR="00AF4689">
        <w:t>lat</w:t>
      </w:r>
      <w:proofErr w:type="spellEnd"/>
      <w:r w:rsidR="00AF4689">
        <w:t xml:space="preserve"> 6</w:t>
      </w:r>
    </w:p>
    <w:p w:rsidR="008F7F52" w:rsidRDefault="008F7F52" w:rsidP="008F7F52">
      <w:pPr>
        <w:spacing w:after="0"/>
        <w:jc w:val="both"/>
      </w:pPr>
      <w:r w:rsidRPr="008F7F52">
        <w:t xml:space="preserve">                     -</w:t>
      </w:r>
      <w:r>
        <w:t xml:space="preserve"> I</w:t>
      </w:r>
      <w:r w:rsidRPr="008F7F52">
        <w:t xml:space="preserve">I </w:t>
      </w:r>
      <w:r>
        <w:t xml:space="preserve"> </w:t>
      </w:r>
      <w:r w:rsidR="00AF4689">
        <w:t xml:space="preserve"> </w:t>
      </w:r>
      <w:r w:rsidRPr="008F7F52">
        <w:t xml:space="preserve">- </w:t>
      </w:r>
      <w:r>
        <w:t xml:space="preserve"> </w:t>
      </w:r>
      <w:proofErr w:type="spellStart"/>
      <w:r w:rsidR="00AF4689">
        <w:t>Dzieci</w:t>
      </w:r>
      <w:proofErr w:type="spellEnd"/>
      <w:r w:rsidR="00AF4689">
        <w:t xml:space="preserve"> 7-9 </w:t>
      </w:r>
      <w:proofErr w:type="spellStart"/>
      <w:r w:rsidR="00AF4689">
        <w:t>lat</w:t>
      </w:r>
      <w:proofErr w:type="spellEnd"/>
      <w:r w:rsidRPr="008F7F52">
        <w:t xml:space="preserve"> </w:t>
      </w:r>
    </w:p>
    <w:p w:rsidR="00AF4689" w:rsidRPr="008F7F52" w:rsidRDefault="00AF4689" w:rsidP="008F7F52">
      <w:pPr>
        <w:spacing w:after="0"/>
        <w:jc w:val="both"/>
      </w:pPr>
      <w:r>
        <w:t xml:space="preserve">                     - III  - </w:t>
      </w:r>
      <w:proofErr w:type="spellStart"/>
      <w:r>
        <w:t>Młodzież</w:t>
      </w:r>
      <w:proofErr w:type="spellEnd"/>
      <w:r>
        <w:t xml:space="preserve"> 10-1</w:t>
      </w:r>
      <w:r w:rsidR="0048228B">
        <w:t>5</w:t>
      </w:r>
      <w:r>
        <w:t xml:space="preserve"> </w:t>
      </w:r>
      <w:proofErr w:type="spellStart"/>
      <w:r>
        <w:t>lat</w:t>
      </w:r>
      <w:proofErr w:type="spellEnd"/>
    </w:p>
    <w:p w:rsidR="008F7F52" w:rsidRDefault="008F7F52" w:rsidP="008F7F52">
      <w:pPr>
        <w:spacing w:after="0"/>
        <w:jc w:val="both"/>
      </w:pPr>
      <w:r w:rsidRPr="00F20358">
        <w:t xml:space="preserve">                     - I</w:t>
      </w:r>
      <w:r w:rsidR="00B30BBD">
        <w:t>V</w:t>
      </w:r>
      <w:r w:rsidRPr="00F20358">
        <w:t xml:space="preserve"> </w:t>
      </w:r>
      <w:r w:rsidR="00AF4689">
        <w:t xml:space="preserve"> - </w:t>
      </w:r>
      <w:proofErr w:type="spellStart"/>
      <w:r w:rsidRPr="00F20358">
        <w:t>Osoby</w:t>
      </w:r>
      <w:proofErr w:type="spellEnd"/>
      <w:r w:rsidRPr="00F20358">
        <w:t xml:space="preserve"> </w:t>
      </w:r>
      <w:proofErr w:type="spellStart"/>
      <w:r w:rsidRPr="00F20358">
        <w:t>powyżej</w:t>
      </w:r>
      <w:proofErr w:type="spellEnd"/>
      <w:r w:rsidRPr="00F20358">
        <w:t xml:space="preserve"> 1</w:t>
      </w:r>
      <w:r w:rsidR="0048228B">
        <w:t>6</w:t>
      </w:r>
      <w:r w:rsidRPr="00F20358">
        <w:t xml:space="preserve"> </w:t>
      </w:r>
      <w:proofErr w:type="spellStart"/>
      <w:r w:rsidRPr="00F20358">
        <w:t>roku</w:t>
      </w:r>
      <w:proofErr w:type="spellEnd"/>
      <w:r w:rsidRPr="00F20358">
        <w:t xml:space="preserve"> </w:t>
      </w:r>
      <w:proofErr w:type="spellStart"/>
      <w:r w:rsidRPr="00F20358">
        <w:t>życia</w:t>
      </w:r>
      <w:proofErr w:type="spellEnd"/>
      <w:r w:rsidRPr="00F20358">
        <w:t xml:space="preserve"> </w:t>
      </w:r>
    </w:p>
    <w:p w:rsidR="00E27CBF" w:rsidRPr="00E27CBF" w:rsidRDefault="00E27CBF" w:rsidP="00E27CBF">
      <w:pPr>
        <w:spacing w:after="0"/>
        <w:jc w:val="both"/>
      </w:pPr>
      <w:r w:rsidRPr="00E27CBF">
        <w:t xml:space="preserve">2. </w:t>
      </w:r>
      <w:r>
        <w:t xml:space="preserve"> </w:t>
      </w:r>
      <w:proofErr w:type="spellStart"/>
      <w:r w:rsidRPr="00E27CBF">
        <w:t>Konkurs</w:t>
      </w:r>
      <w:proofErr w:type="spellEnd"/>
      <w:r w:rsidRPr="00E27CBF">
        <w:t xml:space="preserve"> </w:t>
      </w:r>
      <w:proofErr w:type="spellStart"/>
      <w:r w:rsidRPr="00E27CBF">
        <w:t>skierowany</w:t>
      </w:r>
      <w:proofErr w:type="spellEnd"/>
      <w:r w:rsidRPr="00E27CBF">
        <w:t xml:space="preserve"> jest dla </w:t>
      </w:r>
      <w:proofErr w:type="spellStart"/>
      <w:r w:rsidRPr="00E27CBF">
        <w:t>mieszkańców</w:t>
      </w:r>
      <w:proofErr w:type="spellEnd"/>
      <w:r w:rsidRPr="00E27CBF">
        <w:t xml:space="preserve"> </w:t>
      </w:r>
      <w:proofErr w:type="spellStart"/>
      <w:r w:rsidRPr="00E27CBF">
        <w:t>Gminy</w:t>
      </w:r>
      <w:proofErr w:type="spellEnd"/>
      <w:r w:rsidRPr="00E27CBF">
        <w:t xml:space="preserve"> </w:t>
      </w:r>
      <w:proofErr w:type="spellStart"/>
      <w:r w:rsidRPr="00E27CBF">
        <w:t>Pawłosiów</w:t>
      </w:r>
      <w:proofErr w:type="spellEnd"/>
      <w:r w:rsidRPr="00E27CBF">
        <w:t>.</w:t>
      </w:r>
    </w:p>
    <w:p w:rsidR="00E27CBF" w:rsidRPr="00F20358" w:rsidRDefault="00E27CBF" w:rsidP="008F7F52">
      <w:pPr>
        <w:spacing w:after="0"/>
        <w:jc w:val="both"/>
      </w:pPr>
    </w:p>
    <w:p w:rsidR="0097265C" w:rsidRPr="008127B3" w:rsidRDefault="0097265C">
      <w:pPr>
        <w:rPr>
          <w:color w:val="FF0000"/>
        </w:rPr>
      </w:pPr>
    </w:p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lastRenderedPageBreak/>
        <w:t xml:space="preserve">§4 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ZASADY UDZIAŁU</w:t>
      </w:r>
    </w:p>
    <w:p w:rsidR="00516FBA" w:rsidRDefault="00AA2426" w:rsidP="00516FBA">
      <w:pPr>
        <w:pStyle w:val="Akapitzlist"/>
        <w:numPr>
          <w:ilvl w:val="0"/>
          <w:numId w:val="10"/>
        </w:numPr>
        <w:jc w:val="both"/>
      </w:pPr>
      <w:proofErr w:type="spellStart"/>
      <w:r w:rsidRPr="005544C8">
        <w:t>Tematem</w:t>
      </w:r>
      <w:proofErr w:type="spellEnd"/>
      <w:r w:rsidRPr="005544C8">
        <w:t xml:space="preserve"> </w:t>
      </w:r>
      <w:proofErr w:type="spellStart"/>
      <w:r w:rsidRPr="005544C8">
        <w:t>pracy</w:t>
      </w:r>
      <w:proofErr w:type="spellEnd"/>
      <w:r w:rsidRPr="005544C8">
        <w:t xml:space="preserve"> jest </w:t>
      </w:r>
      <w:proofErr w:type="spellStart"/>
      <w:r w:rsidR="00AF4689">
        <w:t>wykonanie</w:t>
      </w:r>
      <w:proofErr w:type="spellEnd"/>
      <w:r w:rsidR="00AF4689">
        <w:t xml:space="preserve"> </w:t>
      </w:r>
      <w:proofErr w:type="spellStart"/>
      <w:r w:rsidR="00AF4689">
        <w:t>ozdoby</w:t>
      </w:r>
      <w:proofErr w:type="spellEnd"/>
      <w:r w:rsidR="00AF4689">
        <w:t xml:space="preserve"> </w:t>
      </w:r>
      <w:proofErr w:type="spellStart"/>
      <w:r w:rsidR="00AF4689">
        <w:t>lub</w:t>
      </w:r>
      <w:proofErr w:type="spellEnd"/>
      <w:r w:rsidR="00AF4689">
        <w:t xml:space="preserve"> </w:t>
      </w:r>
      <w:proofErr w:type="spellStart"/>
      <w:r w:rsidR="00AF4689">
        <w:t>dekoracji</w:t>
      </w:r>
      <w:proofErr w:type="spellEnd"/>
      <w:r w:rsidR="00AF4689">
        <w:t xml:space="preserve"> </w:t>
      </w:r>
      <w:proofErr w:type="spellStart"/>
      <w:r w:rsidR="00AF4689">
        <w:t>bożonarodzeniowej</w:t>
      </w:r>
      <w:proofErr w:type="spellEnd"/>
      <w:r w:rsidR="00AF4689">
        <w:t xml:space="preserve"> </w:t>
      </w:r>
    </w:p>
    <w:p w:rsidR="005544C8" w:rsidRDefault="00AF4689" w:rsidP="00516FBA">
      <w:pPr>
        <w:pStyle w:val="Akapitzlist"/>
        <w:ind w:left="785"/>
        <w:jc w:val="both"/>
      </w:pPr>
      <w:r>
        <w:t>pt. ,,</w:t>
      </w:r>
      <w:proofErr w:type="spellStart"/>
      <w:r>
        <w:t>Choinkowe</w:t>
      </w:r>
      <w:proofErr w:type="spellEnd"/>
      <w:r>
        <w:t xml:space="preserve"> </w:t>
      </w:r>
      <w:proofErr w:type="spellStart"/>
      <w:r>
        <w:t>cuda</w:t>
      </w:r>
      <w:proofErr w:type="spellEnd"/>
      <w:r>
        <w:t>”</w:t>
      </w:r>
    </w:p>
    <w:p w:rsidR="00E27CBF" w:rsidRPr="00E27CBF" w:rsidRDefault="00E27CBF" w:rsidP="00E27CBF">
      <w:pPr>
        <w:pStyle w:val="Akapitzlist"/>
        <w:numPr>
          <w:ilvl w:val="0"/>
          <w:numId w:val="10"/>
        </w:numPr>
        <w:spacing w:after="0"/>
        <w:jc w:val="both"/>
        <w:rPr>
          <w:sz w:val="26"/>
          <w:szCs w:val="26"/>
        </w:rPr>
      </w:pPr>
      <w:proofErr w:type="spellStart"/>
      <w:r w:rsidRPr="00E27CBF">
        <w:t>Udział</w:t>
      </w:r>
      <w:proofErr w:type="spellEnd"/>
      <w:r w:rsidRPr="00E27CBF">
        <w:t xml:space="preserve"> w </w:t>
      </w:r>
      <w:proofErr w:type="spellStart"/>
      <w:r w:rsidRPr="00E27CBF">
        <w:t>konkursie</w:t>
      </w:r>
      <w:proofErr w:type="spellEnd"/>
      <w:r w:rsidRPr="00E27CBF">
        <w:t xml:space="preserve"> jest </w:t>
      </w:r>
      <w:proofErr w:type="spellStart"/>
      <w:r w:rsidRPr="00E27CBF">
        <w:t>bezpłatny</w:t>
      </w:r>
      <w:proofErr w:type="spellEnd"/>
      <w:r w:rsidRPr="00E27CBF">
        <w:t xml:space="preserve"> i </w:t>
      </w:r>
      <w:proofErr w:type="spellStart"/>
      <w:r w:rsidRPr="00E27CBF">
        <w:t>całkowicie</w:t>
      </w:r>
      <w:proofErr w:type="spellEnd"/>
      <w:r w:rsidRPr="00E27CBF">
        <w:t xml:space="preserve"> </w:t>
      </w:r>
      <w:proofErr w:type="spellStart"/>
      <w:r w:rsidRPr="00E27CBF">
        <w:t>dobrowolny</w:t>
      </w:r>
      <w:proofErr w:type="spellEnd"/>
      <w:r w:rsidRPr="00E27CBF">
        <w:rPr>
          <w:sz w:val="26"/>
          <w:szCs w:val="26"/>
        </w:rPr>
        <w:t>.</w:t>
      </w:r>
    </w:p>
    <w:p w:rsidR="005544C8" w:rsidRDefault="00AF4689" w:rsidP="005544C8">
      <w:pPr>
        <w:pStyle w:val="Akapitzlist"/>
        <w:numPr>
          <w:ilvl w:val="0"/>
          <w:numId w:val="10"/>
        </w:numPr>
        <w:jc w:val="both"/>
      </w:pPr>
      <w:proofErr w:type="spellStart"/>
      <w:r>
        <w:t>Prace</w:t>
      </w:r>
      <w:proofErr w:type="spellEnd"/>
      <w:r>
        <w:t xml:space="preserve"> </w:t>
      </w:r>
      <w:proofErr w:type="spellStart"/>
      <w:r>
        <w:t>muszą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wykonane</w:t>
      </w:r>
      <w:proofErr w:type="spellEnd"/>
      <w:r>
        <w:t xml:space="preserve"> </w:t>
      </w:r>
      <w:proofErr w:type="spellStart"/>
      <w:r>
        <w:t>samodzielnie</w:t>
      </w:r>
      <w:proofErr w:type="spellEnd"/>
      <w:r>
        <w:t xml:space="preserve"> z </w:t>
      </w:r>
      <w:proofErr w:type="spellStart"/>
      <w:r>
        <w:t>dowolnych</w:t>
      </w:r>
      <w:proofErr w:type="spellEnd"/>
      <w:r>
        <w:t xml:space="preserve"> </w:t>
      </w:r>
      <w:proofErr w:type="spellStart"/>
      <w:r>
        <w:t>materiałów</w:t>
      </w:r>
      <w:proofErr w:type="spellEnd"/>
    </w:p>
    <w:p w:rsidR="005544C8" w:rsidRPr="005544C8" w:rsidRDefault="00AA2426" w:rsidP="005544C8">
      <w:pPr>
        <w:pStyle w:val="Akapitzlist"/>
        <w:numPr>
          <w:ilvl w:val="0"/>
          <w:numId w:val="10"/>
        </w:numPr>
        <w:jc w:val="both"/>
      </w:pPr>
      <w:proofErr w:type="spellStart"/>
      <w:r w:rsidRPr="005544C8">
        <w:t>Każdy</w:t>
      </w:r>
      <w:proofErr w:type="spellEnd"/>
      <w:r w:rsidRPr="005544C8">
        <w:t xml:space="preserve"> </w:t>
      </w:r>
      <w:proofErr w:type="spellStart"/>
      <w:r w:rsidRPr="005544C8">
        <w:t>uczestnik</w:t>
      </w:r>
      <w:proofErr w:type="spellEnd"/>
      <w:r w:rsidRPr="005544C8">
        <w:t xml:space="preserve"> </w:t>
      </w:r>
      <w:proofErr w:type="spellStart"/>
      <w:r w:rsidRPr="005544C8">
        <w:t>może</w:t>
      </w:r>
      <w:proofErr w:type="spellEnd"/>
      <w:r w:rsidRPr="005544C8">
        <w:t xml:space="preserve"> </w:t>
      </w:r>
      <w:proofErr w:type="spellStart"/>
      <w:r w:rsidRPr="005544C8">
        <w:t>zgłosić</w:t>
      </w:r>
      <w:proofErr w:type="spellEnd"/>
      <w:r w:rsidRPr="005544C8">
        <w:t xml:space="preserve"> </w:t>
      </w:r>
      <w:proofErr w:type="spellStart"/>
      <w:r w:rsidRPr="005544C8">
        <w:t>maksymalnie</w:t>
      </w:r>
      <w:proofErr w:type="spellEnd"/>
      <w:r w:rsidRPr="005544C8">
        <w:t xml:space="preserve"> 1 </w:t>
      </w:r>
      <w:proofErr w:type="spellStart"/>
      <w:r w:rsidRPr="005544C8">
        <w:t>pracę</w:t>
      </w:r>
      <w:proofErr w:type="spellEnd"/>
      <w:r w:rsidRPr="005544C8">
        <w:t>.</w:t>
      </w:r>
    </w:p>
    <w:p w:rsidR="005544C8" w:rsidRPr="005544C8" w:rsidRDefault="00B30BBD" w:rsidP="005544C8">
      <w:pPr>
        <w:pStyle w:val="Akapitzlist"/>
        <w:numPr>
          <w:ilvl w:val="0"/>
          <w:numId w:val="10"/>
        </w:numPr>
        <w:spacing w:after="0"/>
        <w:jc w:val="both"/>
      </w:pPr>
      <w:proofErr w:type="spellStart"/>
      <w:r>
        <w:rPr>
          <w:b/>
        </w:rPr>
        <w:t>Każda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powinna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być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opatrzona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metryczką</w:t>
      </w:r>
      <w:proofErr w:type="spellEnd"/>
      <w:r w:rsidR="005544C8" w:rsidRPr="005544C8">
        <w:t xml:space="preserve"> </w:t>
      </w:r>
      <w:proofErr w:type="spellStart"/>
      <w:r w:rsidR="005544C8" w:rsidRPr="005544C8">
        <w:t>informując</w:t>
      </w:r>
      <w:r>
        <w:t>ą</w:t>
      </w:r>
      <w:proofErr w:type="spellEnd"/>
      <w:r>
        <w:t xml:space="preserve"> o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r w:rsidR="005544C8" w:rsidRPr="005544C8">
        <w:t xml:space="preserve">- </w:t>
      </w:r>
      <w:proofErr w:type="spellStart"/>
      <w:r w:rsidR="005544C8" w:rsidRPr="005544C8">
        <w:t>wzór</w:t>
      </w:r>
      <w:proofErr w:type="spellEnd"/>
      <w:r w:rsidR="005544C8" w:rsidRPr="005544C8">
        <w:t xml:space="preserve"> </w:t>
      </w:r>
      <w:proofErr w:type="spellStart"/>
      <w:r w:rsidR="005544C8" w:rsidRPr="005544C8">
        <w:t>dostępny</w:t>
      </w:r>
      <w:proofErr w:type="spellEnd"/>
      <w:r w:rsidR="005544C8" w:rsidRPr="005544C8">
        <w:t xml:space="preserve"> </w:t>
      </w:r>
      <w:proofErr w:type="spellStart"/>
      <w:r w:rsidR="005544C8" w:rsidRPr="005544C8">
        <w:t>na</w:t>
      </w:r>
      <w:proofErr w:type="spellEnd"/>
      <w:r w:rsidR="005544C8" w:rsidRPr="005544C8">
        <w:t xml:space="preserve"> </w:t>
      </w:r>
      <w:proofErr w:type="spellStart"/>
      <w:r w:rsidR="005544C8" w:rsidRPr="005544C8">
        <w:t>stro</w:t>
      </w:r>
      <w:r>
        <w:t>nie</w:t>
      </w:r>
      <w:proofErr w:type="spellEnd"/>
      <w:r>
        <w:t xml:space="preserve"> </w:t>
      </w:r>
      <w:proofErr w:type="spellStart"/>
      <w:r>
        <w:t>internetowej</w:t>
      </w:r>
      <w:proofErr w:type="spellEnd"/>
      <w:r>
        <w:t xml:space="preserve"> </w:t>
      </w:r>
      <w:proofErr w:type="spellStart"/>
      <w:r>
        <w:t>Organizatorów</w:t>
      </w:r>
      <w:proofErr w:type="spellEnd"/>
      <w:r>
        <w:t xml:space="preserve"> ( </w:t>
      </w:r>
      <w:proofErr w:type="spellStart"/>
      <w:r>
        <w:t>Załącznik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1 do </w:t>
      </w:r>
      <w:proofErr w:type="spellStart"/>
      <w:r>
        <w:t>Regulaminu</w:t>
      </w:r>
      <w:proofErr w:type="spellEnd"/>
      <w:r>
        <w:t xml:space="preserve"> )</w:t>
      </w:r>
    </w:p>
    <w:p w:rsidR="000D0EE6" w:rsidRDefault="000D0EE6" w:rsidP="000D0EE6">
      <w:pPr>
        <w:pStyle w:val="Akapitzlist"/>
        <w:numPr>
          <w:ilvl w:val="0"/>
          <w:numId w:val="10"/>
        </w:numPr>
        <w:spacing w:after="0"/>
        <w:jc w:val="both"/>
      </w:pPr>
      <w:proofErr w:type="spellStart"/>
      <w:r w:rsidRPr="000D0EE6">
        <w:t>Uczestnicy</w:t>
      </w:r>
      <w:proofErr w:type="spellEnd"/>
      <w:r w:rsidRPr="000D0EE6">
        <w:t xml:space="preserve"> </w:t>
      </w:r>
      <w:proofErr w:type="spellStart"/>
      <w:r w:rsidRPr="000D0EE6">
        <w:t>konkursu</w:t>
      </w:r>
      <w:proofErr w:type="spellEnd"/>
      <w:r w:rsidRPr="000D0EE6">
        <w:t xml:space="preserve"> </w:t>
      </w:r>
      <w:proofErr w:type="spellStart"/>
      <w:r w:rsidRPr="000D0EE6">
        <w:t>wyrażają</w:t>
      </w:r>
      <w:proofErr w:type="spellEnd"/>
      <w:r w:rsidRPr="000D0EE6">
        <w:t xml:space="preserve"> </w:t>
      </w:r>
      <w:proofErr w:type="spellStart"/>
      <w:r w:rsidRPr="000D0EE6">
        <w:t>zgodę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podanie</w:t>
      </w:r>
      <w:proofErr w:type="spellEnd"/>
      <w:r w:rsidRPr="000D0EE6">
        <w:t xml:space="preserve">, </w:t>
      </w:r>
      <w:proofErr w:type="spellStart"/>
      <w:r w:rsidRPr="000D0EE6">
        <w:t>przetwarzanie</w:t>
      </w:r>
      <w:proofErr w:type="spellEnd"/>
      <w:r w:rsidRPr="000D0EE6">
        <w:t xml:space="preserve"> </w:t>
      </w:r>
      <w:r w:rsidRPr="000D0EE6">
        <w:br/>
        <w:t xml:space="preserve">i </w:t>
      </w:r>
      <w:proofErr w:type="spellStart"/>
      <w:r w:rsidRPr="000D0EE6">
        <w:t>publikowanie</w:t>
      </w:r>
      <w:proofErr w:type="spellEnd"/>
      <w:r w:rsidRPr="000D0EE6">
        <w:t xml:space="preserve"> </w:t>
      </w:r>
      <w:proofErr w:type="spellStart"/>
      <w:r w:rsidRPr="000D0EE6">
        <w:t>swoich</w:t>
      </w:r>
      <w:proofErr w:type="spellEnd"/>
      <w:r w:rsidRPr="000D0EE6">
        <w:t xml:space="preserve"> </w:t>
      </w:r>
      <w:proofErr w:type="spellStart"/>
      <w:r w:rsidRPr="000D0EE6">
        <w:t>danych</w:t>
      </w:r>
      <w:proofErr w:type="spellEnd"/>
      <w:r w:rsidRPr="000D0EE6">
        <w:t xml:space="preserve"> </w:t>
      </w:r>
      <w:proofErr w:type="spellStart"/>
      <w:r w:rsidRPr="000D0EE6">
        <w:t>osobowych</w:t>
      </w:r>
      <w:proofErr w:type="spellEnd"/>
      <w:r w:rsidRPr="000D0EE6">
        <w:t xml:space="preserve">, w </w:t>
      </w:r>
      <w:proofErr w:type="spellStart"/>
      <w:r w:rsidRPr="000D0EE6">
        <w:t>mediach</w:t>
      </w:r>
      <w:proofErr w:type="spellEnd"/>
      <w:r w:rsidRPr="000D0EE6">
        <w:t xml:space="preserve"> </w:t>
      </w:r>
      <w:proofErr w:type="spellStart"/>
      <w:r w:rsidRPr="000D0EE6">
        <w:t>oraz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stronach</w:t>
      </w:r>
      <w:proofErr w:type="spellEnd"/>
      <w:r w:rsidRPr="000D0EE6">
        <w:t xml:space="preserve"> </w:t>
      </w:r>
      <w:proofErr w:type="spellStart"/>
      <w:r w:rsidRPr="000D0EE6">
        <w:t>internetowych</w:t>
      </w:r>
      <w:proofErr w:type="spellEnd"/>
      <w:r w:rsidRPr="000D0EE6">
        <w:t xml:space="preserve"> </w:t>
      </w:r>
      <w:proofErr w:type="spellStart"/>
      <w:r w:rsidRPr="000D0EE6">
        <w:t>Organizatorów</w:t>
      </w:r>
      <w:proofErr w:type="spellEnd"/>
      <w:r w:rsidRPr="000D0EE6">
        <w:t xml:space="preserve">,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potrzeby</w:t>
      </w:r>
      <w:proofErr w:type="spellEnd"/>
      <w:r w:rsidRPr="000D0EE6">
        <w:t xml:space="preserve"> </w:t>
      </w:r>
      <w:proofErr w:type="spellStart"/>
      <w:r w:rsidRPr="000D0EE6">
        <w:t>przeprowadzenia</w:t>
      </w:r>
      <w:proofErr w:type="spellEnd"/>
      <w:r w:rsidRPr="000D0EE6">
        <w:t xml:space="preserve"> </w:t>
      </w:r>
      <w:proofErr w:type="spellStart"/>
      <w:r w:rsidRPr="000D0EE6">
        <w:t>Konkursu</w:t>
      </w:r>
      <w:proofErr w:type="spellEnd"/>
      <w:r>
        <w:t xml:space="preserve"> (</w:t>
      </w:r>
      <w:proofErr w:type="spellStart"/>
      <w:r w:rsidR="00B30BBD">
        <w:t>Załącznik</w:t>
      </w:r>
      <w:proofErr w:type="spellEnd"/>
      <w:r w:rsidR="00B30BBD">
        <w:t xml:space="preserve"> </w:t>
      </w:r>
      <w:proofErr w:type="spellStart"/>
      <w:r w:rsidR="00B30BBD">
        <w:t>nr</w:t>
      </w:r>
      <w:proofErr w:type="spellEnd"/>
      <w:r w:rsidRPr="000D0EE6">
        <w:t xml:space="preserve"> 2 do </w:t>
      </w:r>
      <w:proofErr w:type="spellStart"/>
      <w:r w:rsidRPr="000D0EE6">
        <w:t>niniejszego</w:t>
      </w:r>
      <w:proofErr w:type="spellEnd"/>
      <w:r w:rsidRPr="000D0EE6">
        <w:t xml:space="preserve"> </w:t>
      </w:r>
      <w:proofErr w:type="spellStart"/>
      <w:r w:rsidRPr="000D0EE6">
        <w:t>Regulaminu</w:t>
      </w:r>
      <w:proofErr w:type="spellEnd"/>
      <w:r w:rsidRPr="000D0EE6">
        <w:t>).</w:t>
      </w:r>
    </w:p>
    <w:p w:rsidR="00B30BBD" w:rsidRDefault="00B30BBD" w:rsidP="00B30BBD">
      <w:pPr>
        <w:spacing w:after="0"/>
        <w:jc w:val="both"/>
      </w:pPr>
    </w:p>
    <w:p w:rsidR="008F7F52" w:rsidRPr="000E0B79" w:rsidRDefault="008F7F52" w:rsidP="008F7F52">
      <w:pPr>
        <w:jc w:val="center"/>
        <w:rPr>
          <w:b/>
          <w:color w:val="FF0000"/>
        </w:rPr>
      </w:pPr>
      <w:r w:rsidRPr="000E0B79">
        <w:rPr>
          <w:b/>
          <w:color w:val="FF0000"/>
        </w:rPr>
        <w:t xml:space="preserve">§ 5 </w:t>
      </w:r>
    </w:p>
    <w:p w:rsidR="008F7F52" w:rsidRPr="000E0B79" w:rsidRDefault="00E27CBF" w:rsidP="008F7F52">
      <w:pPr>
        <w:jc w:val="center"/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  <w:color w:val="FF0000"/>
        </w:rPr>
        <w:t>TERMIN ,</w:t>
      </w:r>
      <w:r w:rsidR="008F7F52" w:rsidRPr="000E0B79">
        <w:rPr>
          <w:rFonts w:asciiTheme="majorHAnsi" w:hAnsiTheme="majorHAnsi" w:cstheme="majorHAnsi"/>
          <w:b/>
          <w:color w:val="FF0000"/>
        </w:rPr>
        <w:t xml:space="preserve"> MIEJSCE I ZASADY SKŁADANIA PRAC KONKURSOWYCH</w:t>
      </w:r>
    </w:p>
    <w:p w:rsidR="008F7F52" w:rsidRPr="008F7F52" w:rsidRDefault="008F7F52" w:rsidP="008F7F52">
      <w:pPr>
        <w:pStyle w:val="Akapitzlist"/>
        <w:numPr>
          <w:ilvl w:val="0"/>
          <w:numId w:val="13"/>
        </w:numPr>
        <w:spacing w:after="160" w:line="259" w:lineRule="auto"/>
        <w:jc w:val="both"/>
      </w:pPr>
      <w:proofErr w:type="spellStart"/>
      <w:r w:rsidRPr="008F7F52">
        <w:t>Konkurs</w:t>
      </w:r>
      <w:proofErr w:type="spellEnd"/>
      <w:r w:rsidRPr="008F7F52">
        <w:t xml:space="preserve">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w </w:t>
      </w:r>
      <w:proofErr w:type="spellStart"/>
      <w:r w:rsidRPr="008F7F52">
        <w:t>dwóch</w:t>
      </w:r>
      <w:proofErr w:type="spellEnd"/>
      <w:r w:rsidRPr="008F7F52">
        <w:t xml:space="preserve"> </w:t>
      </w:r>
      <w:proofErr w:type="spellStart"/>
      <w:r w:rsidRPr="008F7F52">
        <w:t>etapach</w:t>
      </w:r>
      <w:proofErr w:type="spellEnd"/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160" w:line="259" w:lineRule="auto"/>
        <w:jc w:val="both"/>
      </w:pPr>
      <w:r w:rsidRPr="008F7F52">
        <w:t xml:space="preserve">I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do</w:t>
      </w:r>
      <w:r>
        <w:t>tyczy</w:t>
      </w:r>
      <w:proofErr w:type="spellEnd"/>
      <w:r>
        <w:t xml:space="preserve"> </w:t>
      </w:r>
      <w:proofErr w:type="spellStart"/>
      <w:r>
        <w:t>grupy</w:t>
      </w:r>
      <w:proofErr w:type="spellEnd"/>
      <w:r>
        <w:t xml:space="preserve"> </w:t>
      </w:r>
      <w:proofErr w:type="spellStart"/>
      <w:r>
        <w:t>wiekowej</w:t>
      </w:r>
      <w:proofErr w:type="spellEnd"/>
      <w:r>
        <w:t xml:space="preserve"> od I do II</w:t>
      </w:r>
      <w:r w:rsidR="00B30BBD">
        <w:t>I</w:t>
      </w:r>
      <w:r w:rsidRPr="008F7F52">
        <w:t xml:space="preserve"> i </w:t>
      </w:r>
      <w:proofErr w:type="spellStart"/>
      <w:r w:rsidRPr="008F7F52">
        <w:t>wyłoni</w:t>
      </w:r>
      <w:proofErr w:type="spellEnd"/>
      <w:r w:rsidRPr="008F7F52">
        <w:t xml:space="preserve"> </w:t>
      </w:r>
      <w:proofErr w:type="spellStart"/>
      <w:r w:rsidRPr="008F7F52">
        <w:t>prace</w:t>
      </w:r>
      <w:proofErr w:type="spellEnd"/>
      <w:r w:rsidRPr="008F7F52">
        <w:t xml:space="preserve"> do II </w:t>
      </w:r>
      <w:proofErr w:type="spellStart"/>
      <w:r w:rsidRPr="008F7F52">
        <w:t>etapu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Gminnego</w:t>
      </w:r>
      <w:proofErr w:type="spellEnd"/>
      <w:r w:rsidRPr="008F7F52">
        <w:t xml:space="preserve"> </w:t>
      </w:r>
    </w:p>
    <w:p w:rsidR="008F7F52" w:rsidRPr="00F20358" w:rsidRDefault="008F7F52" w:rsidP="008F7F52">
      <w:pPr>
        <w:pStyle w:val="Akapitzlist"/>
        <w:numPr>
          <w:ilvl w:val="0"/>
          <w:numId w:val="14"/>
        </w:numPr>
        <w:spacing w:after="160" w:line="259" w:lineRule="auto"/>
        <w:jc w:val="both"/>
      </w:pPr>
      <w:r w:rsidRPr="00F20358">
        <w:t xml:space="preserve">II </w:t>
      </w:r>
      <w:proofErr w:type="spellStart"/>
      <w:r w:rsidRPr="00F20358">
        <w:t>etap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r w:rsidR="006B7434">
        <w:t>(</w:t>
      </w:r>
      <w:proofErr w:type="spellStart"/>
      <w:r w:rsidR="006B7434">
        <w:t>o</w:t>
      </w:r>
      <w:r w:rsidR="00E27CBF" w:rsidRPr="00F20358">
        <w:t>głoszenie</w:t>
      </w:r>
      <w:proofErr w:type="spellEnd"/>
      <w:r w:rsidR="00E27CBF" w:rsidRPr="00F20358">
        <w:t xml:space="preserve"> </w:t>
      </w:r>
      <w:proofErr w:type="spellStart"/>
      <w:r w:rsidR="00E27CBF" w:rsidRPr="00F20358">
        <w:t>wyników</w:t>
      </w:r>
      <w:proofErr w:type="spellEnd"/>
      <w:r w:rsidR="00E27CBF" w:rsidRPr="00F20358">
        <w:t xml:space="preserve"> </w:t>
      </w:r>
      <w:proofErr w:type="spellStart"/>
      <w:r w:rsidR="00E27CBF" w:rsidRPr="00F20358">
        <w:t>konkursu</w:t>
      </w:r>
      <w:proofErr w:type="spellEnd"/>
      <w:r w:rsidR="00E27CBF" w:rsidRPr="00F20358">
        <w:t xml:space="preserve"> i </w:t>
      </w:r>
      <w:proofErr w:type="spellStart"/>
      <w:r w:rsidR="00E27CBF" w:rsidRPr="00F20358">
        <w:t>wręczenie</w:t>
      </w:r>
      <w:proofErr w:type="spellEnd"/>
      <w:r w:rsidR="00E27CBF" w:rsidRPr="00F20358">
        <w:t xml:space="preserve"> </w:t>
      </w:r>
      <w:proofErr w:type="spellStart"/>
      <w:r w:rsidR="00E27CBF" w:rsidRPr="00F20358">
        <w:t>nagród</w:t>
      </w:r>
      <w:proofErr w:type="spellEnd"/>
      <w:r w:rsidR="00E27CBF">
        <w:t xml:space="preserve">) </w:t>
      </w:r>
      <w:proofErr w:type="spellStart"/>
      <w:r w:rsidRPr="00F20358">
        <w:t>dotyczy</w:t>
      </w:r>
      <w:proofErr w:type="spellEnd"/>
      <w:r w:rsidRPr="00F20358">
        <w:t xml:space="preserve"> I</w:t>
      </w:r>
      <w:r w:rsidR="00B30BBD">
        <w:t>V</w:t>
      </w:r>
      <w:r w:rsidRPr="00F20358">
        <w:t xml:space="preserve"> </w:t>
      </w:r>
      <w:proofErr w:type="spellStart"/>
      <w:r w:rsidRPr="00F20358">
        <w:t>grupy</w:t>
      </w:r>
      <w:proofErr w:type="spellEnd"/>
      <w:r w:rsidRPr="00F20358">
        <w:t xml:space="preserve"> </w:t>
      </w:r>
      <w:proofErr w:type="spellStart"/>
      <w:r w:rsidRPr="00F20358">
        <w:t>wiekowej</w:t>
      </w:r>
      <w:proofErr w:type="spellEnd"/>
      <w:r w:rsidRPr="00F20358">
        <w:t xml:space="preserve"> </w:t>
      </w:r>
      <w:proofErr w:type="spellStart"/>
      <w:r w:rsidRPr="00F20358">
        <w:t>oraz</w:t>
      </w:r>
      <w:proofErr w:type="spellEnd"/>
      <w:r w:rsidRPr="00F20358">
        <w:t xml:space="preserve"> </w:t>
      </w:r>
      <w:proofErr w:type="spellStart"/>
      <w:r w:rsidRPr="00F20358">
        <w:t>laureatów</w:t>
      </w:r>
      <w:proofErr w:type="spellEnd"/>
      <w:r w:rsidRPr="00F20358">
        <w:t xml:space="preserve"> I </w:t>
      </w:r>
      <w:proofErr w:type="spellStart"/>
      <w:r w:rsidRPr="00F20358">
        <w:t>etapu</w:t>
      </w:r>
      <w:proofErr w:type="spellEnd"/>
      <w:r w:rsidRPr="00F20358">
        <w:t xml:space="preserve">. </w:t>
      </w:r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0"/>
        <w:jc w:val="both"/>
      </w:pPr>
      <w:r w:rsidRPr="008F7F52">
        <w:t xml:space="preserve">Dla </w:t>
      </w:r>
      <w:proofErr w:type="spellStart"/>
      <w:r w:rsidRPr="008F7F52">
        <w:t>dzieci</w:t>
      </w:r>
      <w:proofErr w:type="spellEnd"/>
      <w:r w:rsidRPr="008F7F52">
        <w:t xml:space="preserve"> i </w:t>
      </w:r>
      <w:proofErr w:type="spellStart"/>
      <w:r w:rsidRPr="008F7F52">
        <w:t>młodzieży</w:t>
      </w:r>
      <w:proofErr w:type="spellEnd"/>
      <w:r w:rsidRPr="008F7F52">
        <w:t xml:space="preserve"> </w:t>
      </w:r>
      <w:proofErr w:type="spellStart"/>
      <w:r w:rsidR="000A6C42">
        <w:t>ze</w:t>
      </w:r>
      <w:proofErr w:type="spellEnd"/>
      <w:r w:rsidRPr="008F7F52">
        <w:t xml:space="preserve"> </w:t>
      </w:r>
      <w:proofErr w:type="spellStart"/>
      <w:r w:rsidRPr="008F7F52">
        <w:t>szkół</w:t>
      </w:r>
      <w:proofErr w:type="spellEnd"/>
      <w:r w:rsidRPr="008F7F52">
        <w:t xml:space="preserve"> </w:t>
      </w:r>
      <w:proofErr w:type="spellStart"/>
      <w:r w:rsidRPr="008F7F52">
        <w:t>podstawowych</w:t>
      </w:r>
      <w:proofErr w:type="spellEnd"/>
      <w:r w:rsidRPr="008F7F52">
        <w:t xml:space="preserve"> w </w:t>
      </w:r>
      <w:proofErr w:type="spellStart"/>
      <w:r w:rsidRPr="008F7F52">
        <w:t>Cieszacinie</w:t>
      </w:r>
      <w:proofErr w:type="spellEnd"/>
      <w:r w:rsidRPr="008F7F52">
        <w:t xml:space="preserve"> </w:t>
      </w:r>
      <w:proofErr w:type="spellStart"/>
      <w:r w:rsidRPr="008F7F52">
        <w:t>Wielkim</w:t>
      </w:r>
      <w:proofErr w:type="spellEnd"/>
      <w:r w:rsidRPr="008F7F52">
        <w:t xml:space="preserve">, Pawłosiowie i </w:t>
      </w:r>
      <w:proofErr w:type="spellStart"/>
      <w:r w:rsidRPr="008F7F52">
        <w:t>Wierzbnej</w:t>
      </w:r>
      <w:proofErr w:type="spellEnd"/>
      <w:r w:rsidRPr="008F7F52">
        <w:t xml:space="preserve">,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I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oceny</w:t>
      </w:r>
      <w:proofErr w:type="spellEnd"/>
      <w:r w:rsidRPr="008F7F52">
        <w:t xml:space="preserve"> </w:t>
      </w:r>
      <w:proofErr w:type="spellStart"/>
      <w:r w:rsidRPr="008F7F52">
        <w:t>prac</w:t>
      </w:r>
      <w:proofErr w:type="spellEnd"/>
      <w:r w:rsidRPr="008F7F52">
        <w:t xml:space="preserve"> w </w:t>
      </w:r>
      <w:proofErr w:type="spellStart"/>
      <w:r w:rsidRPr="008F7F52">
        <w:t>szkołach</w:t>
      </w:r>
      <w:proofErr w:type="spellEnd"/>
      <w:r w:rsidR="00E27CBF">
        <w:t>,</w:t>
      </w:r>
      <w:r w:rsidRPr="008F7F52">
        <w:t xml:space="preserve"> do </w:t>
      </w:r>
      <w:proofErr w:type="spellStart"/>
      <w:r w:rsidRPr="008F7F52">
        <w:t>któr</w:t>
      </w:r>
      <w:r w:rsidR="00E27CBF">
        <w:t>ych</w:t>
      </w:r>
      <w:proofErr w:type="spellEnd"/>
      <w:r w:rsidR="00E27CBF">
        <w:t xml:space="preserve"> </w:t>
      </w:r>
      <w:proofErr w:type="spellStart"/>
      <w:r w:rsidRPr="008F7F52">
        <w:t>uczęszczają</w:t>
      </w:r>
      <w:proofErr w:type="spellEnd"/>
      <w:r w:rsidRPr="008F7F52">
        <w:t xml:space="preserve">. </w:t>
      </w:r>
    </w:p>
    <w:p w:rsidR="008F7F52" w:rsidRPr="008F7F52" w:rsidRDefault="009C1E0D" w:rsidP="008F7F52">
      <w:pPr>
        <w:pStyle w:val="Akapitzlist"/>
        <w:numPr>
          <w:ilvl w:val="0"/>
          <w:numId w:val="14"/>
        </w:numPr>
        <w:spacing w:after="0"/>
        <w:jc w:val="both"/>
      </w:pPr>
      <w:proofErr w:type="spellStart"/>
      <w:r w:rsidRPr="00D86E8D">
        <w:rPr>
          <w:rFonts w:ascii="Times New Roman" w:hAnsi="Times New Roman" w:cs="Times New Roman"/>
        </w:rPr>
        <w:t>Oceny</w:t>
      </w:r>
      <w:proofErr w:type="spellEnd"/>
      <w:r w:rsidRPr="00D86E8D">
        <w:rPr>
          <w:rFonts w:ascii="Times New Roman" w:hAnsi="Times New Roman" w:cs="Times New Roman"/>
        </w:rPr>
        <w:t xml:space="preserve"> I </w:t>
      </w:r>
      <w:proofErr w:type="spellStart"/>
      <w:r w:rsidRPr="00D86E8D">
        <w:rPr>
          <w:rFonts w:ascii="Times New Roman" w:hAnsi="Times New Roman" w:cs="Times New Roman"/>
        </w:rPr>
        <w:t>etapu</w:t>
      </w:r>
      <w:proofErr w:type="spellEnd"/>
      <w:r w:rsidRPr="00D86E8D">
        <w:rPr>
          <w:rFonts w:ascii="Times New Roman" w:hAnsi="Times New Roman" w:cs="Times New Roman"/>
        </w:rPr>
        <w:t xml:space="preserve"> </w:t>
      </w:r>
      <w:proofErr w:type="spellStart"/>
      <w:r w:rsidRPr="00D86E8D">
        <w:rPr>
          <w:rFonts w:ascii="Times New Roman" w:hAnsi="Times New Roman" w:cs="Times New Roman"/>
        </w:rPr>
        <w:t>Konkursu</w:t>
      </w:r>
      <w:proofErr w:type="spellEnd"/>
      <w:r w:rsidRPr="00D86E8D">
        <w:rPr>
          <w:rFonts w:ascii="Times New Roman" w:hAnsi="Times New Roman" w:cs="Times New Roman"/>
        </w:rPr>
        <w:t xml:space="preserve"> </w:t>
      </w:r>
      <w:proofErr w:type="spellStart"/>
      <w:r w:rsidR="00615C7A">
        <w:rPr>
          <w:rFonts w:ascii="Times New Roman" w:hAnsi="Times New Roman" w:cs="Times New Roman"/>
        </w:rPr>
        <w:t>Bożonarodzeniowego</w:t>
      </w:r>
      <w:proofErr w:type="spellEnd"/>
      <w:r w:rsidR="00615C7A">
        <w:rPr>
          <w:rFonts w:ascii="Times New Roman" w:hAnsi="Times New Roman" w:cs="Times New Roman"/>
        </w:rPr>
        <w:t xml:space="preserve"> </w:t>
      </w:r>
      <w:proofErr w:type="spellStart"/>
      <w:r w:rsidR="00615C7A">
        <w:rPr>
          <w:rFonts w:ascii="Times New Roman" w:hAnsi="Times New Roman" w:cs="Times New Roman"/>
        </w:rPr>
        <w:t>pn</w:t>
      </w:r>
      <w:proofErr w:type="spellEnd"/>
      <w:r w:rsidR="00615C7A">
        <w:rPr>
          <w:rFonts w:ascii="Times New Roman" w:hAnsi="Times New Roman" w:cs="Times New Roman"/>
        </w:rPr>
        <w:t>. ,,</w:t>
      </w:r>
      <w:proofErr w:type="spellStart"/>
      <w:r w:rsidR="00615C7A">
        <w:rPr>
          <w:rFonts w:ascii="Times New Roman" w:hAnsi="Times New Roman" w:cs="Times New Roman"/>
        </w:rPr>
        <w:t>Choinkowe</w:t>
      </w:r>
      <w:proofErr w:type="spellEnd"/>
      <w:r w:rsidR="00615C7A">
        <w:rPr>
          <w:rFonts w:ascii="Times New Roman" w:hAnsi="Times New Roman" w:cs="Times New Roman"/>
        </w:rPr>
        <w:t xml:space="preserve"> </w:t>
      </w:r>
      <w:proofErr w:type="spellStart"/>
      <w:r w:rsidR="00615C7A">
        <w:rPr>
          <w:rFonts w:ascii="Times New Roman" w:hAnsi="Times New Roman" w:cs="Times New Roman"/>
        </w:rPr>
        <w:t>cuda</w:t>
      </w:r>
      <w:proofErr w:type="spellEnd"/>
      <w:r w:rsidR="000A6C42" w:rsidRPr="00D86E8D">
        <w:rPr>
          <w:rFonts w:ascii="Times New Roman" w:hAnsi="Times New Roman" w:cs="Times New Roman"/>
        </w:rPr>
        <w:t>”</w:t>
      </w:r>
      <w:r w:rsidR="008F7F52" w:rsidRPr="00D86E8D">
        <w:rPr>
          <w:rFonts w:ascii="Times New Roman" w:hAnsi="Times New Roman" w:cs="Times New Roman"/>
          <w:b/>
        </w:rPr>
        <w:t xml:space="preserve"> </w:t>
      </w:r>
      <w:proofErr w:type="spellStart"/>
      <w:r w:rsidR="008F7F52" w:rsidRPr="00D86E8D">
        <w:rPr>
          <w:rFonts w:ascii="Times New Roman" w:hAnsi="Times New Roman" w:cs="Times New Roman"/>
          <w:b/>
        </w:rPr>
        <w:t>dokona</w:t>
      </w:r>
      <w:proofErr w:type="spellEnd"/>
      <w:r w:rsidR="008F7F52" w:rsidRPr="00D86E8D">
        <w:rPr>
          <w:rFonts w:ascii="Times New Roman" w:hAnsi="Times New Roman" w:cs="Times New Roman"/>
          <w:b/>
        </w:rPr>
        <w:t xml:space="preserve"> </w:t>
      </w:r>
      <w:proofErr w:type="spellStart"/>
      <w:r w:rsidR="008F7F52" w:rsidRPr="00D86E8D">
        <w:rPr>
          <w:rFonts w:ascii="Times New Roman" w:hAnsi="Times New Roman" w:cs="Times New Roman"/>
          <w:b/>
        </w:rPr>
        <w:t>komisja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powołana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przez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dyrektora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szkoły</w:t>
      </w:r>
      <w:proofErr w:type="spellEnd"/>
      <w:r w:rsidR="008F7F52" w:rsidRPr="008F7F52">
        <w:t xml:space="preserve">. </w:t>
      </w:r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0"/>
        <w:jc w:val="both"/>
      </w:pPr>
      <w:proofErr w:type="spellStart"/>
      <w:r w:rsidRPr="008F7F52">
        <w:t>Pierwszy</w:t>
      </w:r>
      <w:proofErr w:type="spellEnd"/>
      <w:r w:rsidRPr="008F7F52">
        <w:t xml:space="preserve">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oceny</w:t>
      </w:r>
      <w:proofErr w:type="spellEnd"/>
      <w:r w:rsidRPr="008F7F52">
        <w:t xml:space="preserve">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w </w:t>
      </w:r>
      <w:proofErr w:type="spellStart"/>
      <w:r w:rsidRPr="008F7F52">
        <w:t>terminie</w:t>
      </w:r>
      <w:proofErr w:type="spellEnd"/>
      <w:r w:rsidRPr="008F7F52">
        <w:t xml:space="preserve"> do </w:t>
      </w:r>
      <w:r w:rsidR="006B7434">
        <w:rPr>
          <w:b/>
        </w:rPr>
        <w:t>3</w:t>
      </w:r>
      <w:r w:rsidRPr="008F7F52">
        <w:rPr>
          <w:b/>
        </w:rPr>
        <w:t xml:space="preserve"> </w:t>
      </w:r>
      <w:proofErr w:type="spellStart"/>
      <w:r w:rsidR="00615C7A">
        <w:rPr>
          <w:b/>
        </w:rPr>
        <w:t>grudnia</w:t>
      </w:r>
      <w:proofErr w:type="spellEnd"/>
      <w:r w:rsidRPr="008F7F52">
        <w:rPr>
          <w:b/>
        </w:rPr>
        <w:t xml:space="preserve"> 2025</w:t>
      </w:r>
      <w:r w:rsidRPr="008F7F52">
        <w:t xml:space="preserve"> </w:t>
      </w:r>
      <w:proofErr w:type="spellStart"/>
      <w:r w:rsidRPr="008F7F52">
        <w:rPr>
          <w:b/>
        </w:rPr>
        <w:t>roku</w:t>
      </w:r>
      <w:proofErr w:type="spellEnd"/>
      <w:r w:rsidR="00E27CBF">
        <w:t xml:space="preserve"> i</w:t>
      </w:r>
      <w:r w:rsidR="00D86E8D">
        <w:t> </w:t>
      </w:r>
      <w:proofErr w:type="spellStart"/>
      <w:r w:rsidRPr="008F7F52">
        <w:t>wyłoni</w:t>
      </w:r>
      <w:proofErr w:type="spellEnd"/>
      <w:r w:rsidRPr="008F7F52">
        <w:t xml:space="preserve"> </w:t>
      </w:r>
      <w:r w:rsidRPr="008F7F52">
        <w:rPr>
          <w:b/>
        </w:rPr>
        <w:t xml:space="preserve">15 </w:t>
      </w:r>
      <w:proofErr w:type="spellStart"/>
      <w:r w:rsidRPr="008F7F52">
        <w:rPr>
          <w:b/>
        </w:rPr>
        <w:t>prac</w:t>
      </w:r>
      <w:proofErr w:type="spellEnd"/>
      <w:r w:rsidRPr="008F7F52">
        <w:t xml:space="preserve"> z </w:t>
      </w:r>
      <w:proofErr w:type="spellStart"/>
      <w:r w:rsidRPr="008F7F52">
        <w:t>każdej</w:t>
      </w:r>
      <w:proofErr w:type="spellEnd"/>
      <w:r w:rsidRPr="008F7F52">
        <w:t xml:space="preserve"> </w:t>
      </w:r>
      <w:proofErr w:type="spellStart"/>
      <w:r w:rsidRPr="008F7F52">
        <w:t>szkoły</w:t>
      </w:r>
      <w:proofErr w:type="spellEnd"/>
      <w:r w:rsidRPr="008F7F52">
        <w:t xml:space="preserve">, </w:t>
      </w:r>
      <w:proofErr w:type="spellStart"/>
      <w:r w:rsidRPr="008F7F52">
        <w:t>które</w:t>
      </w:r>
      <w:proofErr w:type="spellEnd"/>
      <w:r w:rsidRPr="008F7F52">
        <w:t xml:space="preserve"> </w:t>
      </w:r>
      <w:proofErr w:type="spellStart"/>
      <w:r w:rsidRPr="008F7F52">
        <w:t>wezmą</w:t>
      </w:r>
      <w:proofErr w:type="spellEnd"/>
      <w:r w:rsidRPr="008F7F52">
        <w:t xml:space="preserve"> </w:t>
      </w:r>
      <w:proofErr w:type="spellStart"/>
      <w:r w:rsidRPr="008F7F52">
        <w:t>udział</w:t>
      </w:r>
      <w:proofErr w:type="spellEnd"/>
      <w:r w:rsidRPr="008F7F52">
        <w:t xml:space="preserve"> w II </w:t>
      </w:r>
      <w:proofErr w:type="spellStart"/>
      <w:r w:rsidRPr="008F7F52">
        <w:t>etapie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>.</w:t>
      </w:r>
    </w:p>
    <w:p w:rsidR="008F7F52" w:rsidRPr="005544C8" w:rsidRDefault="008F7F52" w:rsidP="000A6C42">
      <w:pPr>
        <w:pStyle w:val="Akapitzlist"/>
        <w:numPr>
          <w:ilvl w:val="0"/>
          <w:numId w:val="14"/>
        </w:numPr>
        <w:spacing w:after="0"/>
        <w:jc w:val="both"/>
      </w:pPr>
      <w:r w:rsidRPr="008F7F52">
        <w:t xml:space="preserve">W II </w:t>
      </w:r>
      <w:proofErr w:type="spellStart"/>
      <w:r w:rsidRPr="008F7F52">
        <w:t>etapie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w </w:t>
      </w:r>
      <w:proofErr w:type="spellStart"/>
      <w:r w:rsidRPr="008F7F52">
        <w:t>każdej</w:t>
      </w:r>
      <w:proofErr w:type="spellEnd"/>
      <w:r w:rsidRPr="008F7F52">
        <w:t xml:space="preserve"> z </w:t>
      </w:r>
      <w:proofErr w:type="spellStart"/>
      <w:r w:rsidR="00615C7A">
        <w:t>czterech</w:t>
      </w:r>
      <w:proofErr w:type="spellEnd"/>
      <w:r w:rsidRPr="008F7F52">
        <w:t xml:space="preserve"> </w:t>
      </w:r>
      <w:proofErr w:type="spellStart"/>
      <w:r w:rsidRPr="008F7F52">
        <w:t>kategorii</w:t>
      </w:r>
      <w:proofErr w:type="spellEnd"/>
      <w:r w:rsidRPr="008F7F52">
        <w:t xml:space="preserve"> </w:t>
      </w:r>
      <w:proofErr w:type="spellStart"/>
      <w:r w:rsidR="00D61BE8">
        <w:t>wiekowych</w:t>
      </w:r>
      <w:proofErr w:type="spellEnd"/>
      <w:r w:rsidR="00D61BE8">
        <w:t xml:space="preserve"> </w:t>
      </w:r>
      <w:proofErr w:type="spellStart"/>
      <w:r w:rsidR="00D61BE8">
        <w:t>zostaną</w:t>
      </w:r>
      <w:proofErr w:type="spellEnd"/>
      <w:r w:rsidR="00D61BE8">
        <w:t xml:space="preserve"> </w:t>
      </w:r>
      <w:proofErr w:type="spellStart"/>
      <w:r w:rsidR="00D61BE8">
        <w:t>przyznane</w:t>
      </w:r>
      <w:proofErr w:type="spellEnd"/>
      <w:r w:rsidR="00D61BE8">
        <w:t xml:space="preserve"> </w:t>
      </w:r>
      <w:r w:rsidRPr="008F7F52">
        <w:t xml:space="preserve"> </w:t>
      </w:r>
      <w:proofErr w:type="spellStart"/>
      <w:r w:rsidRPr="008F7F52">
        <w:t>nagrody</w:t>
      </w:r>
      <w:proofErr w:type="spellEnd"/>
      <w:r w:rsidRPr="008F7F52">
        <w:t xml:space="preserve"> </w:t>
      </w:r>
      <w:proofErr w:type="spellStart"/>
      <w:r w:rsidRPr="008F7F52">
        <w:t>rzeczowe</w:t>
      </w:r>
      <w:proofErr w:type="spellEnd"/>
      <w:r w:rsidRPr="008F7F52">
        <w:t xml:space="preserve">: I </w:t>
      </w:r>
      <w:proofErr w:type="spellStart"/>
      <w:r w:rsidRPr="008F7F52">
        <w:t>miejsce</w:t>
      </w:r>
      <w:proofErr w:type="spellEnd"/>
      <w:r w:rsidRPr="008F7F52">
        <w:t xml:space="preserve">,  II </w:t>
      </w:r>
      <w:proofErr w:type="spellStart"/>
      <w:r w:rsidRPr="008F7F52">
        <w:t>miejsce</w:t>
      </w:r>
      <w:proofErr w:type="spellEnd"/>
      <w:r w:rsidRPr="008F7F52">
        <w:t xml:space="preserve">, III </w:t>
      </w:r>
      <w:proofErr w:type="spellStart"/>
      <w:r w:rsidRPr="008F7F52">
        <w:t>miejsce</w:t>
      </w:r>
      <w:proofErr w:type="spellEnd"/>
      <w:r w:rsidRPr="008F7F52">
        <w:t xml:space="preserve"> </w:t>
      </w:r>
      <w:proofErr w:type="spellStart"/>
      <w:r w:rsidRPr="008F7F52">
        <w:t>wraz</w:t>
      </w:r>
      <w:proofErr w:type="spellEnd"/>
      <w:r w:rsidRPr="008F7F52">
        <w:t xml:space="preserve"> z </w:t>
      </w:r>
      <w:proofErr w:type="spellStart"/>
      <w:r w:rsidRPr="008F7F52">
        <w:t>dyplomami</w:t>
      </w:r>
      <w:proofErr w:type="spellEnd"/>
      <w:r w:rsidRPr="008F7F52">
        <w:t xml:space="preserve"> </w:t>
      </w:r>
      <w:proofErr w:type="spellStart"/>
      <w:r w:rsidRPr="008F7F52">
        <w:t>za</w:t>
      </w:r>
      <w:proofErr w:type="spellEnd"/>
      <w:r w:rsidRPr="008F7F52">
        <w:t xml:space="preserve"> </w:t>
      </w:r>
      <w:proofErr w:type="spellStart"/>
      <w:r w:rsidRPr="008F7F52">
        <w:t>poszczególne</w:t>
      </w:r>
      <w:proofErr w:type="spellEnd"/>
      <w:r w:rsidRPr="008F7F52">
        <w:t xml:space="preserve"> </w:t>
      </w:r>
      <w:proofErr w:type="spellStart"/>
      <w:r w:rsidRPr="008F7F52">
        <w:t>miejsca</w:t>
      </w:r>
      <w:proofErr w:type="spellEnd"/>
      <w:r w:rsidRPr="008F7F52">
        <w:t xml:space="preserve">. </w:t>
      </w:r>
      <w:proofErr w:type="spellStart"/>
      <w:r w:rsidR="00615C7A">
        <w:t>Organizatorzy</w:t>
      </w:r>
      <w:proofErr w:type="spellEnd"/>
      <w:r w:rsidR="00615C7A">
        <w:t xml:space="preserve"> </w:t>
      </w:r>
      <w:proofErr w:type="spellStart"/>
      <w:r w:rsidR="00615C7A">
        <w:t>przewidują</w:t>
      </w:r>
      <w:proofErr w:type="spellEnd"/>
      <w:r w:rsidR="00615C7A">
        <w:t xml:space="preserve"> </w:t>
      </w:r>
      <w:proofErr w:type="spellStart"/>
      <w:r w:rsidR="00615C7A">
        <w:t>również</w:t>
      </w:r>
      <w:proofErr w:type="spellEnd"/>
      <w:r w:rsidR="00615C7A">
        <w:t xml:space="preserve"> </w:t>
      </w:r>
      <w:proofErr w:type="spellStart"/>
      <w:r w:rsidR="00615C7A">
        <w:t>wyróżnienia</w:t>
      </w:r>
      <w:proofErr w:type="spellEnd"/>
      <w:r w:rsidR="00615C7A">
        <w:t xml:space="preserve">. </w:t>
      </w:r>
      <w:proofErr w:type="spellStart"/>
      <w:r w:rsidRPr="008F7F52">
        <w:t>Pozostałym</w:t>
      </w:r>
      <w:proofErr w:type="spellEnd"/>
      <w:r w:rsidRPr="008F7F52">
        <w:t xml:space="preserve"> </w:t>
      </w:r>
      <w:proofErr w:type="spellStart"/>
      <w:r w:rsidRPr="008F7F52">
        <w:t>uczestnikom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zostaną</w:t>
      </w:r>
      <w:proofErr w:type="spellEnd"/>
      <w:r w:rsidRPr="008F7F52">
        <w:t xml:space="preserve"> </w:t>
      </w:r>
      <w:proofErr w:type="spellStart"/>
      <w:r w:rsidRPr="008F7F52">
        <w:t>wrę</w:t>
      </w:r>
      <w:r w:rsidR="00615C7A">
        <w:t>czone</w:t>
      </w:r>
      <w:proofErr w:type="spellEnd"/>
      <w:r w:rsidR="00615C7A">
        <w:t xml:space="preserve"> </w:t>
      </w:r>
      <w:proofErr w:type="spellStart"/>
      <w:r w:rsidR="00615C7A">
        <w:t>dyplomy</w:t>
      </w:r>
      <w:proofErr w:type="spellEnd"/>
      <w:r w:rsidR="00615C7A">
        <w:t xml:space="preserve"> </w:t>
      </w:r>
      <w:proofErr w:type="spellStart"/>
      <w:r w:rsidR="00615C7A">
        <w:t>za</w:t>
      </w:r>
      <w:proofErr w:type="spellEnd"/>
      <w:r w:rsidR="00615C7A">
        <w:t xml:space="preserve"> </w:t>
      </w:r>
      <w:proofErr w:type="spellStart"/>
      <w:r w:rsidR="00615C7A">
        <w:t>uczestnictwo</w:t>
      </w:r>
      <w:proofErr w:type="spellEnd"/>
      <w:r w:rsidR="00615C7A">
        <w:t xml:space="preserve"> i </w:t>
      </w:r>
      <w:proofErr w:type="spellStart"/>
      <w:r w:rsidR="00615C7A">
        <w:t>symboliczne</w:t>
      </w:r>
      <w:proofErr w:type="spellEnd"/>
      <w:r w:rsidR="00615C7A">
        <w:t xml:space="preserve"> </w:t>
      </w:r>
      <w:proofErr w:type="spellStart"/>
      <w:r w:rsidRPr="008F7F52">
        <w:t>nagrody</w:t>
      </w:r>
      <w:proofErr w:type="spellEnd"/>
      <w:r w:rsidRPr="008F7F52">
        <w:t xml:space="preserve"> </w:t>
      </w:r>
      <w:proofErr w:type="spellStart"/>
      <w:r w:rsidRPr="008F7F52">
        <w:t>za</w:t>
      </w:r>
      <w:proofErr w:type="spellEnd"/>
      <w:r w:rsidRPr="008F7F52">
        <w:t xml:space="preserve"> </w:t>
      </w:r>
      <w:proofErr w:type="spellStart"/>
      <w:r w:rsidRPr="008F7F52">
        <w:t>zakwalifikowanie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do II </w:t>
      </w:r>
      <w:proofErr w:type="spellStart"/>
      <w:r w:rsidRPr="008F7F52">
        <w:t>etapu</w:t>
      </w:r>
      <w:proofErr w:type="spellEnd"/>
      <w:r w:rsidRPr="008F7F52">
        <w:t xml:space="preserve"> i </w:t>
      </w:r>
      <w:proofErr w:type="spellStart"/>
      <w:r w:rsidRPr="008F7F52">
        <w:t>udział</w:t>
      </w:r>
      <w:proofErr w:type="spellEnd"/>
      <w:r w:rsidRPr="008F7F52">
        <w:t xml:space="preserve"> </w:t>
      </w:r>
      <w:r w:rsidR="000A6C42">
        <w:t>w </w:t>
      </w:r>
      <w:proofErr w:type="spellStart"/>
      <w:r w:rsidRPr="008F7F52">
        <w:t>konkursie</w:t>
      </w:r>
      <w:proofErr w:type="spellEnd"/>
      <w:r w:rsidRPr="008F7F52">
        <w:t>.</w:t>
      </w:r>
    </w:p>
    <w:p w:rsidR="0097265C" w:rsidRDefault="00AA2426" w:rsidP="000A6C42">
      <w:pPr>
        <w:pStyle w:val="Akapitzlist"/>
        <w:numPr>
          <w:ilvl w:val="0"/>
          <w:numId w:val="13"/>
        </w:numPr>
        <w:rPr>
          <w:b/>
        </w:rPr>
      </w:pPr>
      <w:proofErr w:type="spellStart"/>
      <w:r>
        <w:t>Termin</w:t>
      </w:r>
      <w:proofErr w:type="spellEnd"/>
      <w:r>
        <w:t xml:space="preserve"> </w:t>
      </w:r>
      <w:proofErr w:type="spellStart"/>
      <w:r>
        <w:t>dostarczenia</w:t>
      </w:r>
      <w:proofErr w:type="spellEnd"/>
      <w:r>
        <w:t xml:space="preserve"> </w:t>
      </w:r>
      <w:proofErr w:type="spellStart"/>
      <w:r>
        <w:t>prac</w:t>
      </w:r>
      <w:proofErr w:type="spellEnd"/>
      <w:r w:rsidR="005564B7">
        <w:t xml:space="preserve"> do CAL </w:t>
      </w:r>
      <w:proofErr w:type="spellStart"/>
      <w:r w:rsidR="005564B7">
        <w:t>Pawłosiów</w:t>
      </w:r>
      <w:proofErr w:type="spellEnd"/>
      <w:r>
        <w:t xml:space="preserve">: </w:t>
      </w:r>
      <w:r w:rsidR="00615C7A">
        <w:rPr>
          <w:b/>
        </w:rPr>
        <w:t>8</w:t>
      </w:r>
      <w:r w:rsidR="009C1E0D">
        <w:rPr>
          <w:b/>
        </w:rPr>
        <w:t xml:space="preserve"> -</w:t>
      </w:r>
      <w:r w:rsidRPr="000A6C42">
        <w:rPr>
          <w:b/>
        </w:rPr>
        <w:t xml:space="preserve"> </w:t>
      </w:r>
      <w:r w:rsidR="00615C7A">
        <w:rPr>
          <w:b/>
        </w:rPr>
        <w:t>9</w:t>
      </w:r>
      <w:r w:rsidRPr="000A6C42">
        <w:rPr>
          <w:b/>
        </w:rPr>
        <w:t xml:space="preserve"> </w:t>
      </w:r>
      <w:proofErr w:type="spellStart"/>
      <w:r w:rsidR="00615C7A">
        <w:rPr>
          <w:b/>
        </w:rPr>
        <w:t>grudnia</w:t>
      </w:r>
      <w:proofErr w:type="spellEnd"/>
      <w:r w:rsidRPr="000A6C42">
        <w:rPr>
          <w:b/>
        </w:rPr>
        <w:t xml:space="preserve"> 2025 r.</w:t>
      </w:r>
      <w:r w:rsidR="005544C8" w:rsidRPr="000A6C42">
        <w:rPr>
          <w:b/>
        </w:rPr>
        <w:t xml:space="preserve"> </w:t>
      </w:r>
      <w:r w:rsidR="000A6C42">
        <w:rPr>
          <w:b/>
        </w:rPr>
        <w:t xml:space="preserve">w </w:t>
      </w:r>
      <w:proofErr w:type="spellStart"/>
      <w:r w:rsidR="000A6C42">
        <w:rPr>
          <w:b/>
        </w:rPr>
        <w:t>godzinach</w:t>
      </w:r>
      <w:proofErr w:type="spellEnd"/>
      <w:r w:rsidR="000A6C42">
        <w:rPr>
          <w:b/>
        </w:rPr>
        <w:t xml:space="preserve"> </w:t>
      </w:r>
      <w:r w:rsidR="00615C7A">
        <w:rPr>
          <w:b/>
        </w:rPr>
        <w:t>10</w:t>
      </w:r>
      <w:r w:rsidR="000A6C42">
        <w:rPr>
          <w:b/>
        </w:rPr>
        <w:t>:00-13:00</w:t>
      </w:r>
    </w:p>
    <w:p w:rsidR="00A85C11" w:rsidRPr="00A85C11" w:rsidRDefault="00A85C11" w:rsidP="00A85C11">
      <w:pPr>
        <w:rPr>
          <w:b/>
        </w:rPr>
      </w:pPr>
      <w:bookmarkStart w:id="0" w:name="_GoBack"/>
      <w:bookmarkEnd w:id="0"/>
    </w:p>
    <w:p w:rsidR="00D61BE8" w:rsidRDefault="00D61BE8" w:rsidP="00D61BE8">
      <w:pPr>
        <w:rPr>
          <w:b/>
        </w:rPr>
      </w:pPr>
    </w:p>
    <w:p w:rsidR="00D61BE8" w:rsidRPr="00D61BE8" w:rsidRDefault="00D61BE8" w:rsidP="00D61BE8">
      <w:pPr>
        <w:rPr>
          <w:b/>
        </w:rPr>
      </w:pPr>
    </w:p>
    <w:p w:rsidR="00F20358" w:rsidRPr="00F20358" w:rsidRDefault="00F20358" w:rsidP="00F20358">
      <w:pPr>
        <w:jc w:val="center"/>
        <w:rPr>
          <w:color w:val="FF0000"/>
          <w:sz w:val="26"/>
          <w:szCs w:val="26"/>
        </w:rPr>
      </w:pPr>
      <w:r w:rsidRPr="00F20358">
        <w:rPr>
          <w:b/>
          <w:color w:val="FF0000"/>
        </w:rPr>
        <w:lastRenderedPageBreak/>
        <w:t>§6</w:t>
      </w:r>
      <w:r w:rsidRPr="00F20358">
        <w:rPr>
          <w:color w:val="FF0000"/>
          <w:sz w:val="26"/>
          <w:szCs w:val="26"/>
        </w:rPr>
        <w:t xml:space="preserve"> </w:t>
      </w:r>
    </w:p>
    <w:p w:rsidR="00F20358" w:rsidRPr="00F20358" w:rsidRDefault="00F20358" w:rsidP="00F20358">
      <w:pPr>
        <w:jc w:val="center"/>
        <w:rPr>
          <w:rFonts w:asciiTheme="majorHAnsi" w:hAnsiTheme="majorHAnsi" w:cstheme="majorHAnsi"/>
          <w:b/>
          <w:color w:val="FF0000"/>
        </w:rPr>
      </w:pPr>
      <w:r w:rsidRPr="00F20358">
        <w:rPr>
          <w:rFonts w:asciiTheme="majorHAnsi" w:hAnsiTheme="majorHAnsi" w:cstheme="majorHAnsi"/>
          <w:b/>
          <w:color w:val="FF0000"/>
        </w:rPr>
        <w:t>ROZSTRZYGNIĘCIE KONKURSU</w:t>
      </w:r>
    </w:p>
    <w:p w:rsidR="00F20358" w:rsidRPr="00F20358" w:rsidRDefault="00F20358" w:rsidP="00F20358">
      <w:pPr>
        <w:pStyle w:val="Akapitzlist"/>
        <w:numPr>
          <w:ilvl w:val="0"/>
          <w:numId w:val="15"/>
        </w:numPr>
        <w:jc w:val="both"/>
      </w:pPr>
      <w:proofErr w:type="spellStart"/>
      <w:r>
        <w:t>O</w:t>
      </w:r>
      <w:r w:rsidRPr="00F20358">
        <w:t>głoszenie</w:t>
      </w:r>
      <w:proofErr w:type="spellEnd"/>
      <w:r w:rsidRPr="00F20358">
        <w:t xml:space="preserve"> </w:t>
      </w:r>
      <w:proofErr w:type="spellStart"/>
      <w:r w:rsidRPr="00F20358">
        <w:t>wyników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i </w:t>
      </w:r>
      <w:proofErr w:type="spellStart"/>
      <w:r w:rsidRPr="00F20358">
        <w:t>wręczenie</w:t>
      </w:r>
      <w:proofErr w:type="spellEnd"/>
      <w:r w:rsidRPr="00F20358">
        <w:t xml:space="preserve"> </w:t>
      </w:r>
      <w:proofErr w:type="spellStart"/>
      <w:r w:rsidRPr="00F20358">
        <w:t>nagród</w:t>
      </w:r>
      <w:proofErr w:type="spellEnd"/>
      <w:r w:rsidRPr="00F20358">
        <w:t xml:space="preserve"> </w:t>
      </w:r>
      <w:proofErr w:type="spellStart"/>
      <w:r w:rsidRPr="00F20358">
        <w:t>nastąpi</w:t>
      </w:r>
      <w:proofErr w:type="spellEnd"/>
      <w:r w:rsidRPr="00F20358">
        <w:t xml:space="preserve"> </w:t>
      </w:r>
      <w:r w:rsidRPr="00F20358">
        <w:rPr>
          <w:b/>
        </w:rPr>
        <w:t>1</w:t>
      </w:r>
      <w:r w:rsidR="00615C7A">
        <w:rPr>
          <w:b/>
        </w:rPr>
        <w:t>2</w:t>
      </w:r>
      <w:r w:rsidRPr="00F20358">
        <w:rPr>
          <w:b/>
        </w:rPr>
        <w:t xml:space="preserve"> </w:t>
      </w:r>
      <w:proofErr w:type="spellStart"/>
      <w:r w:rsidR="00615C7A">
        <w:rPr>
          <w:b/>
        </w:rPr>
        <w:t>grudnia</w:t>
      </w:r>
      <w:proofErr w:type="spellEnd"/>
      <w:r w:rsidRPr="00F20358">
        <w:rPr>
          <w:b/>
        </w:rPr>
        <w:t xml:space="preserve"> 2025 r. (</w:t>
      </w:r>
      <w:proofErr w:type="spellStart"/>
      <w:r w:rsidRPr="00F20358">
        <w:rPr>
          <w:b/>
        </w:rPr>
        <w:t>piątek</w:t>
      </w:r>
      <w:proofErr w:type="spellEnd"/>
      <w:r w:rsidRPr="00F20358">
        <w:rPr>
          <w:b/>
        </w:rPr>
        <w:t xml:space="preserve">) o </w:t>
      </w:r>
      <w:proofErr w:type="spellStart"/>
      <w:r w:rsidRPr="00F20358">
        <w:rPr>
          <w:b/>
        </w:rPr>
        <w:t>godz</w:t>
      </w:r>
      <w:proofErr w:type="spellEnd"/>
      <w:r w:rsidRPr="00F20358">
        <w:rPr>
          <w:b/>
        </w:rPr>
        <w:t xml:space="preserve">. 10:00 w Centrum </w:t>
      </w:r>
      <w:proofErr w:type="spellStart"/>
      <w:r w:rsidRPr="00F20358">
        <w:rPr>
          <w:b/>
        </w:rPr>
        <w:t>Aktywności</w:t>
      </w:r>
      <w:proofErr w:type="spellEnd"/>
      <w:r w:rsidRPr="00F20358">
        <w:rPr>
          <w:b/>
        </w:rPr>
        <w:t xml:space="preserve">  </w:t>
      </w:r>
      <w:proofErr w:type="spellStart"/>
      <w:r w:rsidRPr="00F20358">
        <w:rPr>
          <w:b/>
        </w:rPr>
        <w:t>Lokalnej</w:t>
      </w:r>
      <w:proofErr w:type="spellEnd"/>
      <w:r w:rsidRPr="00F20358">
        <w:rPr>
          <w:b/>
        </w:rPr>
        <w:t xml:space="preserve"> w Pawłosiowie.</w:t>
      </w:r>
    </w:p>
    <w:p w:rsidR="000E0B79" w:rsidRDefault="000E0B79" w:rsidP="000E0B79">
      <w:pPr>
        <w:rPr>
          <w:b/>
        </w:rPr>
      </w:pPr>
    </w:p>
    <w:p w:rsidR="00D86E8D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</w:t>
      </w:r>
      <w:r w:rsidR="002C64AD">
        <w:rPr>
          <w:color w:val="FF0000"/>
        </w:rPr>
        <w:t>7</w:t>
      </w:r>
      <w:r w:rsidRPr="008127B3">
        <w:rPr>
          <w:color w:val="FF0000"/>
        </w:rPr>
        <w:t xml:space="preserve"> 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KRYTERIA OCENY</w:t>
      </w:r>
    </w:p>
    <w:p w:rsidR="00F20358" w:rsidRDefault="00AA2426" w:rsidP="00F20358">
      <w:pPr>
        <w:pStyle w:val="Akapitzlist"/>
        <w:numPr>
          <w:ilvl w:val="0"/>
          <w:numId w:val="16"/>
        </w:numPr>
      </w:pPr>
      <w:proofErr w:type="spellStart"/>
      <w:r>
        <w:t>Zgodność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z </w:t>
      </w:r>
      <w:proofErr w:type="spellStart"/>
      <w:r>
        <w:t>tematem</w:t>
      </w:r>
      <w:proofErr w:type="spellEnd"/>
      <w:r>
        <w:t>.</w:t>
      </w:r>
    </w:p>
    <w:p w:rsidR="00F20358" w:rsidRDefault="00F20358" w:rsidP="00F20358">
      <w:pPr>
        <w:pStyle w:val="Akapitzlist"/>
        <w:numPr>
          <w:ilvl w:val="0"/>
          <w:numId w:val="16"/>
        </w:numPr>
      </w:pPr>
      <w:proofErr w:type="spellStart"/>
      <w:r>
        <w:t>Pomysłowość</w:t>
      </w:r>
      <w:proofErr w:type="spellEnd"/>
      <w:r>
        <w:t xml:space="preserve"> i </w:t>
      </w:r>
      <w:proofErr w:type="spellStart"/>
      <w:r>
        <w:t>oryginalność</w:t>
      </w:r>
      <w:proofErr w:type="spellEnd"/>
      <w:r>
        <w:t>.</w:t>
      </w:r>
    </w:p>
    <w:p w:rsidR="00F20358" w:rsidRDefault="00F20358" w:rsidP="00F20358">
      <w:pPr>
        <w:pStyle w:val="Akapitzlist"/>
        <w:numPr>
          <w:ilvl w:val="0"/>
          <w:numId w:val="16"/>
        </w:numPr>
      </w:pPr>
      <w:proofErr w:type="spellStart"/>
      <w:r>
        <w:t>Estetyka</w:t>
      </w:r>
      <w:proofErr w:type="spellEnd"/>
      <w:r>
        <w:t xml:space="preserve"> i </w:t>
      </w:r>
      <w:proofErr w:type="spellStart"/>
      <w:r>
        <w:t>wkład</w:t>
      </w:r>
      <w:proofErr w:type="spellEnd"/>
      <w:r>
        <w:t xml:space="preserve"> </w:t>
      </w:r>
      <w:proofErr w:type="spellStart"/>
      <w:r>
        <w:t>pracy</w:t>
      </w:r>
      <w:proofErr w:type="spellEnd"/>
      <w:r>
        <w:t>.</w:t>
      </w:r>
      <w:r>
        <w:br/>
      </w:r>
    </w:p>
    <w:p w:rsidR="000E0B79" w:rsidRDefault="00AA2426" w:rsidP="00AA2426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</w:t>
      </w:r>
      <w:r w:rsidR="002C64AD">
        <w:rPr>
          <w:color w:val="FF0000"/>
        </w:rPr>
        <w:t>8</w:t>
      </w:r>
      <w:r w:rsidRPr="008127B3">
        <w:rPr>
          <w:color w:val="FF0000"/>
        </w:rPr>
        <w:t xml:space="preserve"> </w:t>
      </w:r>
    </w:p>
    <w:p w:rsidR="0097265C" w:rsidRPr="008127B3" w:rsidRDefault="000E0B79" w:rsidP="00AA2426">
      <w:pPr>
        <w:pStyle w:val="Nagwek3"/>
        <w:jc w:val="center"/>
        <w:rPr>
          <w:color w:val="FF0000"/>
        </w:rPr>
      </w:pPr>
      <w:r>
        <w:rPr>
          <w:color w:val="FF0000"/>
        </w:rPr>
        <w:t>POSTANOWIENIA KOŃCOWE</w:t>
      </w:r>
    </w:p>
    <w:p w:rsidR="00F22B5B" w:rsidRDefault="00AA2426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>
        <w:t>Zgłoszenie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jest </w:t>
      </w:r>
      <w:proofErr w:type="spellStart"/>
      <w:r>
        <w:t>równozna</w:t>
      </w:r>
      <w:r w:rsidR="00F22B5B">
        <w:t>czne</w:t>
      </w:r>
      <w:proofErr w:type="spellEnd"/>
      <w:r w:rsidR="00F22B5B">
        <w:t xml:space="preserve"> z </w:t>
      </w:r>
      <w:proofErr w:type="spellStart"/>
      <w:r w:rsidR="00F22B5B">
        <w:t>akceptacją</w:t>
      </w:r>
      <w:proofErr w:type="spellEnd"/>
      <w:r w:rsidR="00F22B5B">
        <w:t xml:space="preserve"> </w:t>
      </w:r>
      <w:proofErr w:type="spellStart"/>
      <w:r w:rsidR="00F22B5B">
        <w:t>regulaminu</w:t>
      </w:r>
      <w:proofErr w:type="spellEnd"/>
      <w:r w:rsid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Organizatorzy</w:t>
      </w:r>
      <w:proofErr w:type="spellEnd"/>
      <w:r w:rsidRPr="00F22B5B">
        <w:t xml:space="preserve"> </w:t>
      </w:r>
      <w:proofErr w:type="spellStart"/>
      <w:r w:rsidRPr="00F22B5B">
        <w:t>mają</w:t>
      </w:r>
      <w:proofErr w:type="spellEnd"/>
      <w:r w:rsidRPr="00F22B5B">
        <w:t xml:space="preserve"> </w:t>
      </w:r>
      <w:proofErr w:type="spellStart"/>
      <w:r w:rsidRPr="00F22B5B">
        <w:t>prawo</w:t>
      </w:r>
      <w:proofErr w:type="spellEnd"/>
      <w:r w:rsidRPr="00F22B5B">
        <w:t xml:space="preserve"> </w:t>
      </w:r>
      <w:proofErr w:type="spellStart"/>
      <w:r w:rsidRPr="00F22B5B">
        <w:t>wykorzystać</w:t>
      </w:r>
      <w:proofErr w:type="spellEnd"/>
      <w:r w:rsidRPr="00F22B5B">
        <w:t xml:space="preserve"> </w:t>
      </w:r>
      <w:proofErr w:type="spellStart"/>
      <w:r w:rsidRPr="00F22B5B">
        <w:t>zdjęcia</w:t>
      </w:r>
      <w:proofErr w:type="spellEnd"/>
      <w:r w:rsidRPr="00F22B5B">
        <w:t xml:space="preserve"> </w:t>
      </w:r>
      <w:proofErr w:type="spellStart"/>
      <w:r w:rsidRPr="00F22B5B">
        <w:t>konkursowych</w:t>
      </w:r>
      <w:proofErr w:type="spellEnd"/>
      <w:r w:rsidRPr="00F22B5B">
        <w:t xml:space="preserve"> </w:t>
      </w:r>
      <w:proofErr w:type="spellStart"/>
      <w:r>
        <w:t>prac</w:t>
      </w:r>
      <w:proofErr w:type="spellEnd"/>
      <w:r w:rsidRPr="00F22B5B">
        <w:t xml:space="preserve"> do </w:t>
      </w:r>
      <w:proofErr w:type="spellStart"/>
      <w:r w:rsidRPr="00F22B5B">
        <w:t>celów</w:t>
      </w:r>
      <w:proofErr w:type="spellEnd"/>
      <w:r w:rsidRPr="00F22B5B">
        <w:t xml:space="preserve"> </w:t>
      </w:r>
      <w:proofErr w:type="spellStart"/>
      <w:r w:rsidRPr="00F22B5B">
        <w:t>promocyjnych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Spory</w:t>
      </w:r>
      <w:proofErr w:type="spellEnd"/>
      <w:r w:rsidRPr="00F22B5B">
        <w:t xml:space="preserve"> </w:t>
      </w:r>
      <w:proofErr w:type="spellStart"/>
      <w:r w:rsidRPr="00F22B5B">
        <w:t>odnoszące</w:t>
      </w:r>
      <w:proofErr w:type="spellEnd"/>
      <w:r w:rsidRPr="00F22B5B">
        <w:t xml:space="preserve"> </w:t>
      </w:r>
      <w:proofErr w:type="spellStart"/>
      <w:r w:rsidRPr="00F22B5B">
        <w:t>się</w:t>
      </w:r>
      <w:proofErr w:type="spellEnd"/>
      <w:r w:rsidRPr="00F22B5B">
        <w:t xml:space="preserve"> i </w:t>
      </w:r>
      <w:proofErr w:type="spellStart"/>
      <w:r w:rsidRPr="00F22B5B">
        <w:t>wynikające</w:t>
      </w:r>
      <w:proofErr w:type="spellEnd"/>
      <w:r w:rsidRPr="00F22B5B">
        <w:t xml:space="preserve"> z </w:t>
      </w:r>
      <w:proofErr w:type="spellStart"/>
      <w:r w:rsidRPr="00F22B5B">
        <w:t>konkursu</w:t>
      </w:r>
      <w:proofErr w:type="spellEnd"/>
      <w:r w:rsidRPr="00F22B5B">
        <w:t xml:space="preserve"> </w:t>
      </w:r>
      <w:proofErr w:type="spellStart"/>
      <w:r w:rsidRPr="00F22B5B">
        <w:t>będą</w:t>
      </w:r>
      <w:proofErr w:type="spellEnd"/>
      <w:r w:rsidRPr="00F22B5B">
        <w:t xml:space="preserve"> </w:t>
      </w:r>
      <w:proofErr w:type="spellStart"/>
      <w:r w:rsidRPr="00F22B5B">
        <w:t>rozwiązywane</w:t>
      </w:r>
      <w:proofErr w:type="spellEnd"/>
      <w:r w:rsidRPr="00F22B5B">
        <w:t xml:space="preserve"> </w:t>
      </w:r>
      <w:proofErr w:type="spellStart"/>
      <w:r w:rsidRPr="00F22B5B">
        <w:t>przez</w:t>
      </w:r>
      <w:proofErr w:type="spellEnd"/>
      <w:r w:rsidRPr="00F22B5B">
        <w:t xml:space="preserve"> </w:t>
      </w:r>
      <w:proofErr w:type="spellStart"/>
      <w:r w:rsidRPr="00F22B5B">
        <w:t>Organizatora</w:t>
      </w:r>
      <w:proofErr w:type="spellEnd"/>
      <w:r w:rsidRPr="00F22B5B">
        <w:t xml:space="preserve">, a </w:t>
      </w:r>
      <w:proofErr w:type="spellStart"/>
      <w:r w:rsidRPr="00F22B5B">
        <w:t>wszelkie</w:t>
      </w:r>
      <w:proofErr w:type="spellEnd"/>
      <w:r w:rsidRPr="00F22B5B">
        <w:t xml:space="preserve"> </w:t>
      </w:r>
      <w:proofErr w:type="spellStart"/>
      <w:r w:rsidRPr="00F22B5B">
        <w:t>decyzje</w:t>
      </w:r>
      <w:proofErr w:type="spellEnd"/>
      <w:r w:rsidRPr="00F22B5B">
        <w:t xml:space="preserve"> w </w:t>
      </w:r>
      <w:proofErr w:type="spellStart"/>
      <w:r w:rsidRPr="00F22B5B">
        <w:t>tym</w:t>
      </w:r>
      <w:proofErr w:type="spellEnd"/>
      <w:r w:rsidRPr="00F22B5B">
        <w:t xml:space="preserve"> </w:t>
      </w:r>
      <w:proofErr w:type="spellStart"/>
      <w:r w:rsidRPr="00F22B5B">
        <w:t>zakresie</w:t>
      </w:r>
      <w:proofErr w:type="spellEnd"/>
      <w:r w:rsidRPr="00F22B5B">
        <w:t xml:space="preserve"> </w:t>
      </w:r>
      <w:proofErr w:type="spellStart"/>
      <w:r w:rsidRPr="00F22B5B">
        <w:t>będą</w:t>
      </w:r>
      <w:proofErr w:type="spellEnd"/>
      <w:r w:rsidRPr="00F22B5B">
        <w:t xml:space="preserve"> </w:t>
      </w:r>
      <w:proofErr w:type="spellStart"/>
      <w:r w:rsidRPr="00F22B5B">
        <w:t>wiążące</w:t>
      </w:r>
      <w:proofErr w:type="spellEnd"/>
      <w:r w:rsidRPr="00F22B5B">
        <w:t xml:space="preserve"> i </w:t>
      </w:r>
      <w:proofErr w:type="spellStart"/>
      <w:r w:rsidRPr="00F22B5B">
        <w:t>ostateczne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Niniejszy</w:t>
      </w:r>
      <w:proofErr w:type="spellEnd"/>
      <w:r w:rsidRPr="00F22B5B">
        <w:t xml:space="preserve"> </w:t>
      </w:r>
      <w:proofErr w:type="spellStart"/>
      <w:r w:rsidRPr="00F22B5B">
        <w:t>Regulamin</w:t>
      </w:r>
      <w:proofErr w:type="spellEnd"/>
      <w:r w:rsidRPr="00F22B5B">
        <w:t xml:space="preserve"> jest </w:t>
      </w:r>
      <w:proofErr w:type="spellStart"/>
      <w:r w:rsidRPr="00F22B5B">
        <w:t>jedynym</w:t>
      </w:r>
      <w:proofErr w:type="spellEnd"/>
      <w:r w:rsidRPr="00F22B5B">
        <w:t xml:space="preserve"> </w:t>
      </w:r>
      <w:proofErr w:type="spellStart"/>
      <w:r w:rsidRPr="00F22B5B">
        <w:t>dokumentem</w:t>
      </w:r>
      <w:proofErr w:type="spellEnd"/>
      <w:r w:rsidRPr="00F22B5B">
        <w:t xml:space="preserve"> </w:t>
      </w:r>
      <w:proofErr w:type="spellStart"/>
      <w:r w:rsidRPr="00F22B5B">
        <w:t>określającym</w:t>
      </w:r>
      <w:proofErr w:type="spellEnd"/>
      <w:r w:rsidRPr="00F22B5B">
        <w:t xml:space="preserve"> </w:t>
      </w:r>
      <w:proofErr w:type="spellStart"/>
      <w:r w:rsidRPr="00F22B5B">
        <w:t>zasady</w:t>
      </w:r>
      <w:proofErr w:type="spellEnd"/>
      <w:r w:rsidRPr="00F22B5B">
        <w:t xml:space="preserve"> </w:t>
      </w:r>
      <w:proofErr w:type="spellStart"/>
      <w:r w:rsidRPr="00F22B5B">
        <w:t>konkursu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spacing w:after="0"/>
        <w:jc w:val="both"/>
      </w:pPr>
      <w:proofErr w:type="spellStart"/>
      <w:r w:rsidRPr="00F22B5B">
        <w:t>Przystąpienie</w:t>
      </w:r>
      <w:proofErr w:type="spellEnd"/>
      <w:r w:rsidRPr="00F22B5B">
        <w:t xml:space="preserve"> do </w:t>
      </w:r>
      <w:proofErr w:type="spellStart"/>
      <w:r w:rsidRPr="00F22B5B">
        <w:t>konkursu</w:t>
      </w:r>
      <w:proofErr w:type="spellEnd"/>
      <w:r w:rsidRPr="00F22B5B">
        <w:t xml:space="preserve"> jest </w:t>
      </w:r>
      <w:proofErr w:type="spellStart"/>
      <w:r w:rsidRPr="00F22B5B">
        <w:t>jednoznaczne</w:t>
      </w:r>
      <w:proofErr w:type="spellEnd"/>
      <w:r w:rsidRPr="00F22B5B">
        <w:t xml:space="preserve"> z </w:t>
      </w:r>
      <w:proofErr w:type="spellStart"/>
      <w:r w:rsidRPr="00F22B5B">
        <w:t>zaakceptowaniem</w:t>
      </w:r>
      <w:proofErr w:type="spellEnd"/>
      <w:r w:rsidRPr="00F22B5B">
        <w:t xml:space="preserve"> </w:t>
      </w:r>
      <w:proofErr w:type="spellStart"/>
      <w:r w:rsidRPr="00F22B5B">
        <w:t>warunków</w:t>
      </w:r>
      <w:proofErr w:type="spellEnd"/>
      <w:r w:rsidRPr="00F22B5B">
        <w:t xml:space="preserve">  </w:t>
      </w:r>
      <w:proofErr w:type="spellStart"/>
      <w:r w:rsidRPr="00F22B5B">
        <w:t>Regulaminu</w:t>
      </w:r>
      <w:proofErr w:type="spellEnd"/>
      <w:r w:rsidRPr="00F22B5B">
        <w:t xml:space="preserve"> </w:t>
      </w:r>
      <w:proofErr w:type="spellStart"/>
      <w:r w:rsidRPr="00F22B5B">
        <w:t>Konkursu</w:t>
      </w:r>
      <w:proofErr w:type="spellEnd"/>
      <w:r w:rsidRPr="00F22B5B">
        <w:t>.</w:t>
      </w:r>
    </w:p>
    <w:p w:rsidR="0097265C" w:rsidRPr="00F22B5B" w:rsidRDefault="00F22B5B" w:rsidP="00F22B5B">
      <w:pPr>
        <w:pStyle w:val="Akapitzlist"/>
        <w:numPr>
          <w:ilvl w:val="0"/>
          <w:numId w:val="11"/>
        </w:numPr>
      </w:pPr>
      <w:proofErr w:type="spellStart"/>
      <w:r>
        <w:t>Ostateczna</w:t>
      </w:r>
      <w:proofErr w:type="spellEnd"/>
      <w:r>
        <w:t xml:space="preserve"> </w:t>
      </w:r>
      <w:proofErr w:type="spellStart"/>
      <w:r>
        <w:t>interpretacja</w:t>
      </w:r>
      <w:proofErr w:type="spellEnd"/>
      <w:r>
        <w:t xml:space="preserve"> </w:t>
      </w:r>
      <w:proofErr w:type="spellStart"/>
      <w:r>
        <w:t>R</w:t>
      </w:r>
      <w:r w:rsidR="00AA2426" w:rsidRPr="00F22B5B">
        <w:t>egulaminu</w:t>
      </w:r>
      <w:proofErr w:type="spellEnd"/>
      <w:r w:rsidR="00AA2426" w:rsidRPr="00F22B5B">
        <w:t xml:space="preserve"> </w:t>
      </w:r>
      <w:proofErr w:type="spellStart"/>
      <w:r w:rsidR="00AA2426" w:rsidRPr="00F22B5B">
        <w:t>należy</w:t>
      </w:r>
      <w:proofErr w:type="spellEnd"/>
      <w:r w:rsidR="00AA2426" w:rsidRPr="00F22B5B">
        <w:t xml:space="preserve"> do </w:t>
      </w:r>
      <w:proofErr w:type="spellStart"/>
      <w:r w:rsidR="00AA2426" w:rsidRPr="00F22B5B">
        <w:t>Organizatora</w:t>
      </w:r>
      <w:proofErr w:type="spellEnd"/>
      <w:r w:rsidR="00AA2426" w:rsidRPr="00F22B5B">
        <w:t>.</w:t>
      </w:r>
    </w:p>
    <w:p w:rsidR="00E27CBF" w:rsidRDefault="00E27CBF" w:rsidP="00E27CBF">
      <w:pPr>
        <w:ind w:left="7200"/>
      </w:pPr>
      <w:r>
        <w:t xml:space="preserve">                                                                                                                                                                                          </w:t>
      </w:r>
      <w:proofErr w:type="spellStart"/>
      <w:r>
        <w:t>Organizatorzy</w:t>
      </w:r>
      <w:proofErr w:type="spellEnd"/>
    </w:p>
    <w:sectPr w:rsidR="00E27CB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DD6661"/>
    <w:multiLevelType w:val="hybridMultilevel"/>
    <w:tmpl w:val="5FC80B90"/>
    <w:lvl w:ilvl="0" w:tplc="2214BD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7643E4"/>
    <w:multiLevelType w:val="hybridMultilevel"/>
    <w:tmpl w:val="9BB4B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80662F"/>
    <w:multiLevelType w:val="hybridMultilevel"/>
    <w:tmpl w:val="CFEE71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12EBB"/>
    <w:multiLevelType w:val="hybridMultilevel"/>
    <w:tmpl w:val="C9149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52521"/>
    <w:multiLevelType w:val="hybridMultilevel"/>
    <w:tmpl w:val="50C2AF2A"/>
    <w:lvl w:ilvl="0" w:tplc="6C52DC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43C27"/>
    <w:multiLevelType w:val="hybridMultilevel"/>
    <w:tmpl w:val="6F28C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2510D"/>
    <w:multiLevelType w:val="hybridMultilevel"/>
    <w:tmpl w:val="50006B40"/>
    <w:lvl w:ilvl="0" w:tplc="CBA4E06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725CB"/>
    <w:multiLevelType w:val="hybridMultilevel"/>
    <w:tmpl w:val="84343A54"/>
    <w:lvl w:ilvl="0" w:tplc="6FC0996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03607"/>
    <w:multiLevelType w:val="multilevel"/>
    <w:tmpl w:val="D9C63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480DA2"/>
    <w:multiLevelType w:val="hybridMultilevel"/>
    <w:tmpl w:val="91FE3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15A96"/>
    <w:multiLevelType w:val="hybridMultilevel"/>
    <w:tmpl w:val="02C69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9"/>
  </w:num>
  <w:num w:numId="12">
    <w:abstractNumId w:val="16"/>
  </w:num>
  <w:num w:numId="13">
    <w:abstractNumId w:val="10"/>
  </w:num>
  <w:num w:numId="14">
    <w:abstractNumId w:val="9"/>
  </w:num>
  <w:num w:numId="15">
    <w:abstractNumId w:val="12"/>
  </w:num>
  <w:num w:numId="16">
    <w:abstractNumId w:val="18"/>
  </w:num>
  <w:num w:numId="17">
    <w:abstractNumId w:val="14"/>
  </w:num>
  <w:num w:numId="18">
    <w:abstractNumId w:val="17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A6C42"/>
    <w:rsid w:val="000D0EE6"/>
    <w:rsid w:val="000E0B79"/>
    <w:rsid w:val="0015074B"/>
    <w:rsid w:val="0029639D"/>
    <w:rsid w:val="002A1480"/>
    <w:rsid w:val="002C64AD"/>
    <w:rsid w:val="002F75DB"/>
    <w:rsid w:val="00326F90"/>
    <w:rsid w:val="0034059A"/>
    <w:rsid w:val="0048228B"/>
    <w:rsid w:val="00516FBA"/>
    <w:rsid w:val="005544C8"/>
    <w:rsid w:val="005564B7"/>
    <w:rsid w:val="00615C7A"/>
    <w:rsid w:val="00644870"/>
    <w:rsid w:val="00674848"/>
    <w:rsid w:val="00697416"/>
    <w:rsid w:val="006B7434"/>
    <w:rsid w:val="008127B3"/>
    <w:rsid w:val="008F7F52"/>
    <w:rsid w:val="0097265C"/>
    <w:rsid w:val="0097421E"/>
    <w:rsid w:val="009C1E0D"/>
    <w:rsid w:val="00A85C11"/>
    <w:rsid w:val="00AA1D8D"/>
    <w:rsid w:val="00AA2426"/>
    <w:rsid w:val="00AF4689"/>
    <w:rsid w:val="00B30BBD"/>
    <w:rsid w:val="00B47730"/>
    <w:rsid w:val="00CB0664"/>
    <w:rsid w:val="00D61BE8"/>
    <w:rsid w:val="00D86E8D"/>
    <w:rsid w:val="00DD6510"/>
    <w:rsid w:val="00E27CBF"/>
    <w:rsid w:val="00E84FAC"/>
    <w:rsid w:val="00E93663"/>
    <w:rsid w:val="00EA006E"/>
    <w:rsid w:val="00F20358"/>
    <w:rsid w:val="00F22B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A8134D2-1009-4304-B7FA-1A400355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812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7B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2035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6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menuopisloc">
    <w:name w:val="menuopisloc"/>
    <w:basedOn w:val="Domylnaczcionkaakapitu"/>
    <w:rsid w:val="00674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kpawlosiow.cb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wlosiow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AA0667-85B3-4028-8916-08917C444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583</Words>
  <Characters>3498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8</cp:revision>
  <cp:lastPrinted>2025-10-14T09:09:00Z</cp:lastPrinted>
  <dcterms:created xsi:type="dcterms:W3CDTF">2025-11-12T09:17:00Z</dcterms:created>
  <dcterms:modified xsi:type="dcterms:W3CDTF">2025-11-12T09:42:00Z</dcterms:modified>
  <cp:category/>
</cp:coreProperties>
</file>