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0E1" w:rsidRDefault="005B5269" w:rsidP="005B5269">
      <w:pPr>
        <w:pStyle w:val="Tytu"/>
      </w:pPr>
      <w:proofErr w:type="spellStart"/>
      <w:r>
        <w:t>Regulamin</w:t>
      </w:r>
      <w:proofErr w:type="spellEnd"/>
      <w:r>
        <w:t xml:space="preserve"> </w:t>
      </w:r>
      <w:proofErr w:type="spellStart"/>
      <w:r w:rsidR="001B1240">
        <w:t>Warsztatów</w:t>
      </w:r>
      <w:proofErr w:type="spellEnd"/>
      <w:r w:rsidR="001B1240">
        <w:t xml:space="preserve"> </w:t>
      </w:r>
      <w:proofErr w:type="spellStart"/>
      <w:r w:rsidR="001B1240">
        <w:t>Mydlarskich</w:t>
      </w:r>
      <w:proofErr w:type="spellEnd"/>
    </w:p>
    <w:p w:rsidR="005450E1" w:rsidRDefault="00D90087">
      <w:pPr>
        <w:pStyle w:val="Nagwek2"/>
      </w:pPr>
      <w:r>
        <w:t>§1. Organizator</w:t>
      </w:r>
    </w:p>
    <w:p w:rsidR="0094646A" w:rsidRDefault="00D90087" w:rsidP="00F31AEC">
      <w:pPr>
        <w:spacing w:after="0" w:line="360" w:lineRule="auto"/>
        <w:jc w:val="both"/>
      </w:pPr>
      <w:r>
        <w:t xml:space="preserve">1. </w:t>
      </w:r>
      <w:proofErr w:type="spellStart"/>
      <w:r>
        <w:t>Organizatorem</w:t>
      </w:r>
      <w:proofErr w:type="spellEnd"/>
      <w:r>
        <w:t xml:space="preserve"> </w:t>
      </w:r>
      <w:proofErr w:type="spellStart"/>
      <w:r w:rsidR="001B1240">
        <w:t>warsztatów</w:t>
      </w:r>
      <w:proofErr w:type="spellEnd"/>
      <w:r w:rsidR="001B1240">
        <w:t xml:space="preserve"> </w:t>
      </w:r>
      <w:proofErr w:type="spellStart"/>
      <w:r w:rsidR="001B1240">
        <w:t>mydlarskich</w:t>
      </w:r>
      <w:proofErr w:type="spellEnd"/>
      <w:r>
        <w:t xml:space="preserve"> jest </w:t>
      </w:r>
      <w:r w:rsidR="0094646A">
        <w:t xml:space="preserve"> </w:t>
      </w:r>
      <w:proofErr w:type="spellStart"/>
      <w:r w:rsidR="0094646A">
        <w:t>Wójt</w:t>
      </w:r>
      <w:proofErr w:type="spellEnd"/>
      <w:r w:rsidR="0094646A">
        <w:t xml:space="preserve"> </w:t>
      </w:r>
      <w:proofErr w:type="spellStart"/>
      <w:r w:rsidR="0094646A">
        <w:t>Gminy</w:t>
      </w:r>
      <w:proofErr w:type="spellEnd"/>
      <w:r w:rsidR="0094646A">
        <w:t xml:space="preserve"> Pawłosiów  i </w:t>
      </w:r>
      <w:proofErr w:type="spellStart"/>
      <w:r w:rsidR="0094646A">
        <w:t>Gminny</w:t>
      </w:r>
      <w:proofErr w:type="spellEnd"/>
      <w:r w:rsidR="0094646A">
        <w:t xml:space="preserve"> </w:t>
      </w:r>
      <w:proofErr w:type="spellStart"/>
      <w:r w:rsidR="0094646A">
        <w:t>Ośrodek</w:t>
      </w:r>
      <w:proofErr w:type="spellEnd"/>
      <w:r w:rsidR="0094646A">
        <w:t xml:space="preserve"> </w:t>
      </w:r>
      <w:proofErr w:type="spellStart"/>
      <w:r w:rsidR="0094646A">
        <w:t>Kultury</w:t>
      </w:r>
      <w:proofErr w:type="spellEnd"/>
      <w:r w:rsidR="0094646A">
        <w:t xml:space="preserve"> w Pawłosiowie we </w:t>
      </w:r>
      <w:proofErr w:type="spellStart"/>
      <w:r w:rsidR="0094646A">
        <w:t>wpółpracy</w:t>
      </w:r>
      <w:proofErr w:type="spellEnd"/>
      <w:r w:rsidR="0094646A">
        <w:t xml:space="preserve"> </w:t>
      </w:r>
      <w:r w:rsidR="001B1240">
        <w:t>z  ,,</w:t>
      </w:r>
      <w:proofErr w:type="spellStart"/>
      <w:r w:rsidR="001B1240">
        <w:t>BezNUDY</w:t>
      </w:r>
      <w:proofErr w:type="spellEnd"/>
      <w:r w:rsidR="001B1240">
        <w:t xml:space="preserve">” – </w:t>
      </w:r>
      <w:proofErr w:type="spellStart"/>
      <w:r w:rsidR="001B1240">
        <w:t>Warsztaty</w:t>
      </w:r>
      <w:proofErr w:type="spellEnd"/>
      <w:r w:rsidR="001B1240">
        <w:t xml:space="preserve"> i </w:t>
      </w:r>
      <w:proofErr w:type="spellStart"/>
      <w:r w:rsidR="001B1240">
        <w:t>Rękodzieło</w:t>
      </w:r>
      <w:proofErr w:type="spellEnd"/>
    </w:p>
    <w:p w:rsidR="006C4906" w:rsidRPr="006C4906" w:rsidRDefault="00D90087" w:rsidP="00F31AEC">
      <w:pPr>
        <w:spacing w:after="0" w:line="360" w:lineRule="auto"/>
        <w:jc w:val="both"/>
        <w:rPr>
          <w:i/>
        </w:rPr>
      </w:pPr>
      <w:r>
        <w:t xml:space="preserve">2. </w:t>
      </w:r>
      <w:proofErr w:type="spellStart"/>
      <w:r w:rsidR="00F31AEC">
        <w:t>Warsztaty</w:t>
      </w:r>
      <w:proofErr w:type="spellEnd"/>
      <w:r w:rsidR="00F31AEC">
        <w:t xml:space="preserve"> </w:t>
      </w:r>
      <w:proofErr w:type="spellStart"/>
      <w:r w:rsidR="00F31AEC">
        <w:t>odbywają</w:t>
      </w:r>
      <w:proofErr w:type="spellEnd"/>
      <w:r w:rsidR="001B1240">
        <w:t xml:space="preserve"> </w:t>
      </w:r>
      <w:proofErr w:type="spellStart"/>
      <w:r w:rsidR="001B1240">
        <w:t>się</w:t>
      </w:r>
      <w:proofErr w:type="spellEnd"/>
      <w:r w:rsidR="001B1240">
        <w:t xml:space="preserve"> 25 </w:t>
      </w:r>
      <w:proofErr w:type="spellStart"/>
      <w:r w:rsidR="001B1240">
        <w:t>lutego</w:t>
      </w:r>
      <w:proofErr w:type="spellEnd"/>
      <w:r w:rsidR="001B1240">
        <w:t xml:space="preserve"> 2026 </w:t>
      </w:r>
      <w:proofErr w:type="spellStart"/>
      <w:r w:rsidR="001B1240">
        <w:t>roku</w:t>
      </w:r>
      <w:proofErr w:type="spellEnd"/>
      <w:r w:rsidR="001B1240">
        <w:t xml:space="preserve"> w </w:t>
      </w:r>
      <w:proofErr w:type="spellStart"/>
      <w:r w:rsidR="001B1240">
        <w:t>g</w:t>
      </w:r>
      <w:r w:rsidR="00F31AEC">
        <w:t>odzinach</w:t>
      </w:r>
      <w:proofErr w:type="spellEnd"/>
      <w:r w:rsidR="00F31AEC">
        <w:t xml:space="preserve"> 11:00-13:00 w Centrum </w:t>
      </w:r>
      <w:proofErr w:type="spellStart"/>
      <w:r w:rsidR="00F31AEC">
        <w:t>A</w:t>
      </w:r>
      <w:r w:rsidR="001B1240">
        <w:t>ktywności</w:t>
      </w:r>
      <w:proofErr w:type="spellEnd"/>
      <w:r w:rsidR="001B1240">
        <w:t xml:space="preserve"> </w:t>
      </w:r>
      <w:proofErr w:type="spellStart"/>
      <w:r w:rsidR="001B1240">
        <w:t>Lokalnej</w:t>
      </w:r>
      <w:proofErr w:type="spellEnd"/>
      <w:r w:rsidR="001B1240">
        <w:t xml:space="preserve"> w Pawłosiowie</w:t>
      </w:r>
    </w:p>
    <w:p w:rsidR="005450E1" w:rsidRDefault="00D90087">
      <w:pPr>
        <w:pStyle w:val="Nagwek2"/>
      </w:pPr>
      <w:r>
        <w:t xml:space="preserve">§2. </w:t>
      </w:r>
      <w:proofErr w:type="spellStart"/>
      <w:r>
        <w:t>Cel</w:t>
      </w:r>
      <w:proofErr w:type="spellEnd"/>
      <w:r>
        <w:t xml:space="preserve"> </w:t>
      </w:r>
      <w:proofErr w:type="spellStart"/>
      <w:r>
        <w:t>zajęć</w:t>
      </w:r>
      <w:proofErr w:type="spellEnd"/>
    </w:p>
    <w:p w:rsidR="001B1240" w:rsidRDefault="00F31AEC" w:rsidP="00F31AEC">
      <w:pPr>
        <w:spacing w:after="0" w:line="360" w:lineRule="auto"/>
        <w:jc w:val="both"/>
      </w:pPr>
      <w:r>
        <w:t xml:space="preserve">1. </w:t>
      </w:r>
      <w:proofErr w:type="spellStart"/>
      <w:r w:rsidR="001B1240">
        <w:t>Celem</w:t>
      </w:r>
      <w:proofErr w:type="spellEnd"/>
      <w:r w:rsidR="001B1240">
        <w:t xml:space="preserve"> </w:t>
      </w:r>
      <w:proofErr w:type="spellStart"/>
      <w:r w:rsidR="001B1240">
        <w:t>warsztatów</w:t>
      </w:r>
      <w:proofErr w:type="spellEnd"/>
      <w:r w:rsidR="001B1240">
        <w:t xml:space="preserve"> </w:t>
      </w:r>
      <w:proofErr w:type="spellStart"/>
      <w:r w:rsidR="001B1240">
        <w:t>organizowanych</w:t>
      </w:r>
      <w:proofErr w:type="spellEnd"/>
      <w:r w:rsidR="001B1240">
        <w:t xml:space="preserve"> w </w:t>
      </w:r>
      <w:proofErr w:type="spellStart"/>
      <w:r w:rsidR="001B1240">
        <w:t>ramach</w:t>
      </w:r>
      <w:proofErr w:type="spellEnd"/>
      <w:r w:rsidR="001B1240">
        <w:t xml:space="preserve"> </w:t>
      </w:r>
      <w:proofErr w:type="spellStart"/>
      <w:r w:rsidR="001B1240">
        <w:t>ferii</w:t>
      </w:r>
      <w:proofErr w:type="spellEnd"/>
      <w:r w:rsidR="001B1240">
        <w:t xml:space="preserve"> </w:t>
      </w:r>
      <w:proofErr w:type="spellStart"/>
      <w:r w:rsidR="001B1240">
        <w:t>zimowych</w:t>
      </w:r>
      <w:proofErr w:type="spellEnd"/>
      <w:r w:rsidR="001B1240">
        <w:t xml:space="preserve"> jest </w:t>
      </w:r>
      <w:proofErr w:type="spellStart"/>
      <w:r w:rsidR="001B1240">
        <w:t>zapewnienie</w:t>
      </w:r>
      <w:proofErr w:type="spellEnd"/>
      <w:r w:rsidR="001B1240">
        <w:t xml:space="preserve"> </w:t>
      </w:r>
      <w:proofErr w:type="spellStart"/>
      <w:r w:rsidR="001B1240">
        <w:t>dzieciom</w:t>
      </w:r>
      <w:proofErr w:type="spellEnd"/>
      <w:r w:rsidR="001B1240">
        <w:t xml:space="preserve"> </w:t>
      </w:r>
      <w:proofErr w:type="spellStart"/>
      <w:r w:rsidR="001B1240">
        <w:t>bezpiecznej</w:t>
      </w:r>
      <w:proofErr w:type="spellEnd"/>
      <w:r w:rsidR="001B1240">
        <w:t xml:space="preserve">, </w:t>
      </w:r>
      <w:proofErr w:type="spellStart"/>
      <w:r w:rsidR="001B1240">
        <w:t>kreatywnej</w:t>
      </w:r>
      <w:proofErr w:type="spellEnd"/>
      <w:r w:rsidR="001B1240">
        <w:t xml:space="preserve"> i </w:t>
      </w:r>
      <w:proofErr w:type="spellStart"/>
      <w:r w:rsidR="001B1240">
        <w:t>aktywnej</w:t>
      </w:r>
      <w:proofErr w:type="spellEnd"/>
      <w:r w:rsidR="001B1240">
        <w:t xml:space="preserve"> </w:t>
      </w:r>
      <w:proofErr w:type="spellStart"/>
      <w:r w:rsidR="001B1240">
        <w:t>formy</w:t>
      </w:r>
      <w:proofErr w:type="spellEnd"/>
      <w:r w:rsidR="001B1240">
        <w:t xml:space="preserve"> </w:t>
      </w:r>
      <w:proofErr w:type="spellStart"/>
      <w:r w:rsidR="001B1240">
        <w:t>spędzania</w:t>
      </w:r>
      <w:proofErr w:type="spellEnd"/>
      <w:r w:rsidR="001B1240">
        <w:t xml:space="preserve"> </w:t>
      </w:r>
      <w:proofErr w:type="spellStart"/>
      <w:r w:rsidR="001B1240">
        <w:t>wolnego</w:t>
      </w:r>
      <w:proofErr w:type="spellEnd"/>
      <w:r w:rsidR="001B1240">
        <w:t xml:space="preserve"> </w:t>
      </w:r>
      <w:proofErr w:type="spellStart"/>
      <w:r w:rsidR="001B1240">
        <w:t>czasu</w:t>
      </w:r>
      <w:proofErr w:type="spellEnd"/>
      <w:r w:rsidR="001B1240">
        <w:t>.</w:t>
      </w:r>
    </w:p>
    <w:p w:rsidR="001B1240" w:rsidRDefault="00F31AEC" w:rsidP="00F31AEC">
      <w:pPr>
        <w:spacing w:after="0" w:line="360" w:lineRule="auto"/>
        <w:jc w:val="both"/>
      </w:pPr>
      <w:r>
        <w:t xml:space="preserve">2. </w:t>
      </w:r>
      <w:proofErr w:type="spellStart"/>
      <w:r w:rsidR="001B1240">
        <w:t>Rozwijanie</w:t>
      </w:r>
      <w:proofErr w:type="spellEnd"/>
      <w:r w:rsidR="001B1240">
        <w:t xml:space="preserve"> </w:t>
      </w:r>
      <w:proofErr w:type="spellStart"/>
      <w:r w:rsidR="001B1240">
        <w:t>zdolności</w:t>
      </w:r>
      <w:proofErr w:type="spellEnd"/>
      <w:r w:rsidR="001B1240">
        <w:t xml:space="preserve"> i </w:t>
      </w:r>
      <w:proofErr w:type="spellStart"/>
      <w:r w:rsidR="001B1240">
        <w:t>zainteresowań</w:t>
      </w:r>
      <w:proofErr w:type="spellEnd"/>
      <w:r w:rsidR="001B1240">
        <w:t xml:space="preserve"> </w:t>
      </w:r>
      <w:proofErr w:type="spellStart"/>
      <w:r w:rsidR="001B1240">
        <w:t>uczestników</w:t>
      </w:r>
      <w:proofErr w:type="spellEnd"/>
    </w:p>
    <w:p w:rsidR="005B5269" w:rsidRDefault="00F31AEC" w:rsidP="00F31AEC">
      <w:pPr>
        <w:spacing w:after="0" w:line="360" w:lineRule="auto"/>
        <w:jc w:val="both"/>
      </w:pPr>
      <w:r>
        <w:t xml:space="preserve">3. </w:t>
      </w:r>
      <w:proofErr w:type="spellStart"/>
      <w:r w:rsidR="001B1240">
        <w:t>Integracja</w:t>
      </w:r>
      <w:proofErr w:type="spellEnd"/>
      <w:r w:rsidR="001B1240">
        <w:t xml:space="preserve"> </w:t>
      </w:r>
      <w:proofErr w:type="spellStart"/>
      <w:r w:rsidR="001B1240">
        <w:t>dzieci</w:t>
      </w:r>
      <w:proofErr w:type="spellEnd"/>
      <w:r w:rsidR="001B1240">
        <w:t xml:space="preserve"> i </w:t>
      </w:r>
      <w:proofErr w:type="spellStart"/>
      <w:r w:rsidR="001B1240">
        <w:t>młodzieży</w:t>
      </w:r>
      <w:proofErr w:type="spellEnd"/>
      <w:r w:rsidR="001B1240">
        <w:t xml:space="preserve"> </w:t>
      </w:r>
      <w:proofErr w:type="spellStart"/>
      <w:r w:rsidR="001B1240">
        <w:t>oraz</w:t>
      </w:r>
      <w:proofErr w:type="spellEnd"/>
      <w:r w:rsidR="001B1240">
        <w:t xml:space="preserve"> </w:t>
      </w:r>
      <w:proofErr w:type="spellStart"/>
      <w:r w:rsidR="001B1240">
        <w:t>wspieranie</w:t>
      </w:r>
      <w:proofErr w:type="spellEnd"/>
      <w:r w:rsidR="001B1240">
        <w:t xml:space="preserve"> </w:t>
      </w:r>
      <w:proofErr w:type="spellStart"/>
      <w:r w:rsidR="001B1240">
        <w:t>ich</w:t>
      </w:r>
      <w:proofErr w:type="spellEnd"/>
      <w:r w:rsidR="001B1240">
        <w:t xml:space="preserve"> </w:t>
      </w:r>
      <w:proofErr w:type="spellStart"/>
      <w:r w:rsidR="001B1240">
        <w:t>aktywności</w:t>
      </w:r>
      <w:proofErr w:type="spellEnd"/>
      <w:r w:rsidR="001B1240">
        <w:t xml:space="preserve"> </w:t>
      </w:r>
      <w:proofErr w:type="spellStart"/>
      <w:r w:rsidR="001B1240">
        <w:t>społecznej</w:t>
      </w:r>
      <w:proofErr w:type="spellEnd"/>
      <w:r w:rsidR="001B1240">
        <w:t xml:space="preserve"> i </w:t>
      </w:r>
      <w:proofErr w:type="spellStart"/>
      <w:r w:rsidR="001B1240">
        <w:t>twórczej</w:t>
      </w:r>
      <w:proofErr w:type="spellEnd"/>
      <w:r w:rsidR="001B1240">
        <w:t xml:space="preserve">. </w:t>
      </w:r>
    </w:p>
    <w:p w:rsidR="005450E1" w:rsidRDefault="00D90087">
      <w:pPr>
        <w:pStyle w:val="Nagwek2"/>
      </w:pPr>
      <w:r>
        <w:t xml:space="preserve">§3. </w:t>
      </w:r>
      <w:proofErr w:type="spellStart"/>
      <w:r>
        <w:t>Uczestnicy</w:t>
      </w:r>
      <w:proofErr w:type="spellEnd"/>
    </w:p>
    <w:p w:rsidR="000920C0" w:rsidRDefault="000920C0" w:rsidP="00F31AEC">
      <w:pPr>
        <w:spacing w:after="0" w:line="360" w:lineRule="auto"/>
      </w:pPr>
      <w:r>
        <w:t xml:space="preserve">1. </w:t>
      </w:r>
      <w:r w:rsidR="001B1240">
        <w:t>W </w:t>
      </w:r>
      <w:proofErr w:type="spellStart"/>
      <w:r w:rsidR="00D90087">
        <w:t>zajęciach</w:t>
      </w:r>
      <w:proofErr w:type="spellEnd"/>
      <w:r w:rsidR="00D90087">
        <w:t xml:space="preserve"> </w:t>
      </w:r>
      <w:proofErr w:type="spellStart"/>
      <w:r w:rsidR="00D90087">
        <w:t>mogą</w:t>
      </w:r>
      <w:proofErr w:type="spellEnd"/>
      <w:r w:rsidR="00D90087">
        <w:t xml:space="preserve"> </w:t>
      </w:r>
      <w:proofErr w:type="spellStart"/>
      <w:r w:rsidR="00D90087">
        <w:t>uczestnic</w:t>
      </w:r>
      <w:r w:rsidR="00EC0C50">
        <w:t>zyć</w:t>
      </w:r>
      <w:proofErr w:type="spellEnd"/>
      <w:r w:rsidR="00EC0C50">
        <w:t xml:space="preserve"> </w:t>
      </w:r>
      <w:proofErr w:type="spellStart"/>
      <w:r w:rsidR="00EC0C50">
        <w:t>dzieci</w:t>
      </w:r>
      <w:proofErr w:type="spellEnd"/>
      <w:r w:rsidR="00EC0C50">
        <w:t xml:space="preserve"> w wieku 6–15 lat.</w:t>
      </w:r>
      <w:r w:rsidR="00EC0C50">
        <w:br/>
        <w:t>2.  </w:t>
      </w:r>
      <w:proofErr w:type="spellStart"/>
      <w:r w:rsidR="00D90087">
        <w:t>Liczba</w:t>
      </w:r>
      <w:proofErr w:type="spellEnd"/>
      <w:r w:rsidR="00D90087">
        <w:t xml:space="preserve"> </w:t>
      </w:r>
      <w:proofErr w:type="spellStart"/>
      <w:r w:rsidR="00D90087">
        <w:t>miejsc</w:t>
      </w:r>
      <w:proofErr w:type="spellEnd"/>
      <w:r w:rsidR="00D90087">
        <w:t xml:space="preserve"> jest </w:t>
      </w:r>
      <w:proofErr w:type="spellStart"/>
      <w:r w:rsidR="00D90087">
        <w:t>ograniczona</w:t>
      </w:r>
      <w:proofErr w:type="spellEnd"/>
      <w:r w:rsidR="00D90087">
        <w:t xml:space="preserve"> — </w:t>
      </w:r>
      <w:proofErr w:type="spellStart"/>
      <w:r w:rsidR="00D90087">
        <w:t>decyduje</w:t>
      </w:r>
      <w:proofErr w:type="spellEnd"/>
      <w:r w:rsidR="00D90087">
        <w:t xml:space="preserve"> </w:t>
      </w:r>
      <w:proofErr w:type="spellStart"/>
      <w:r w:rsidR="00D90087">
        <w:t>kolejność</w:t>
      </w:r>
      <w:proofErr w:type="spellEnd"/>
      <w:r w:rsidR="00D90087">
        <w:t xml:space="preserve"> </w:t>
      </w:r>
      <w:proofErr w:type="spellStart"/>
      <w:r w:rsidR="00D90087">
        <w:t>zgłoszeń</w:t>
      </w:r>
      <w:proofErr w:type="spellEnd"/>
      <w:r w:rsidR="00D90087">
        <w:t>.</w:t>
      </w:r>
    </w:p>
    <w:p w:rsidR="009C21A4" w:rsidRPr="00F31AEC" w:rsidRDefault="000920C0" w:rsidP="00F31AEC">
      <w:pPr>
        <w:spacing w:after="0" w:line="360" w:lineRule="auto"/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</w:pPr>
      <w:r>
        <w:t xml:space="preserve">3. </w:t>
      </w:r>
      <w:r w:rsidR="00F31AEC">
        <w:t xml:space="preserve"> </w:t>
      </w:r>
      <w:proofErr w:type="spellStart"/>
      <w:r w:rsidRPr="00DB74EE">
        <w:rPr>
          <w:b/>
        </w:rPr>
        <w:t>Zapisy</w:t>
      </w:r>
      <w:proofErr w:type="spellEnd"/>
      <w:r w:rsidRPr="00DB74EE">
        <w:rPr>
          <w:b/>
        </w:rPr>
        <w:t xml:space="preserve"> </w:t>
      </w:r>
      <w:proofErr w:type="spellStart"/>
      <w:r w:rsidRPr="00DB74EE">
        <w:rPr>
          <w:b/>
        </w:rPr>
        <w:t>przyjmowane</w:t>
      </w:r>
      <w:proofErr w:type="spellEnd"/>
      <w:r w:rsidRPr="00DB74EE">
        <w:rPr>
          <w:b/>
        </w:rPr>
        <w:t xml:space="preserve"> </w:t>
      </w:r>
      <w:proofErr w:type="spellStart"/>
      <w:r w:rsidRPr="00DB74EE">
        <w:rPr>
          <w:b/>
        </w:rPr>
        <w:t>są</w:t>
      </w:r>
      <w:proofErr w:type="spellEnd"/>
      <w:r w:rsidRPr="00DB74EE">
        <w:rPr>
          <w:b/>
        </w:rPr>
        <w:t xml:space="preserve"> do 23 </w:t>
      </w:r>
      <w:proofErr w:type="spellStart"/>
      <w:r w:rsidRPr="00DB74EE">
        <w:rPr>
          <w:b/>
        </w:rPr>
        <w:t>lutego</w:t>
      </w:r>
      <w:proofErr w:type="spellEnd"/>
      <w:r w:rsidRPr="00DB74EE">
        <w:rPr>
          <w:b/>
        </w:rPr>
        <w:t xml:space="preserve"> br.</w:t>
      </w:r>
      <w:r>
        <w:t xml:space="preserve"> </w:t>
      </w:r>
      <w:r w:rsidR="00D90087">
        <w:br/>
      </w:r>
    </w:p>
    <w:p w:rsidR="005450E1" w:rsidRDefault="006C4906" w:rsidP="006C4906">
      <w:pPr>
        <w:spacing w:after="0"/>
        <w:jc w:val="both"/>
      </w:pPr>
      <w:r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001 0054 3132 0001</w:t>
      </w:r>
    </w:p>
    <w:p w:rsidR="005450E1" w:rsidRDefault="00D90087">
      <w:pPr>
        <w:pStyle w:val="Nagwek2"/>
      </w:pPr>
      <w:r>
        <w:t>§4. Warunki uczestnictwa</w:t>
      </w:r>
    </w:p>
    <w:p w:rsidR="009C21A4" w:rsidRPr="009C21A4" w:rsidRDefault="00D90087" w:rsidP="00F31AEC">
      <w:pPr>
        <w:spacing w:after="0" w:line="360" w:lineRule="auto"/>
        <w:jc w:val="both"/>
        <w:rPr>
          <w:b/>
        </w:rPr>
      </w:pPr>
      <w:r>
        <w:t>1</w:t>
      </w:r>
      <w:r w:rsidR="009C21A4">
        <w:rPr>
          <w:b/>
        </w:rPr>
        <w:t>.Udzia</w:t>
      </w:r>
      <w:r w:rsidR="009C21A4" w:rsidRPr="009C21A4">
        <w:rPr>
          <w:b/>
        </w:rPr>
        <w:t xml:space="preserve">ł w </w:t>
      </w:r>
      <w:proofErr w:type="spellStart"/>
      <w:r w:rsidR="009C21A4" w:rsidRPr="009C21A4">
        <w:rPr>
          <w:b/>
        </w:rPr>
        <w:t>zajęciach</w:t>
      </w:r>
      <w:proofErr w:type="spellEnd"/>
      <w:r w:rsidR="009C21A4" w:rsidRPr="009C21A4">
        <w:rPr>
          <w:b/>
        </w:rPr>
        <w:t xml:space="preserve"> jest </w:t>
      </w:r>
      <w:proofErr w:type="spellStart"/>
      <w:r w:rsidR="009C21A4" w:rsidRPr="009C21A4">
        <w:rPr>
          <w:b/>
        </w:rPr>
        <w:t>częściowo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płatny</w:t>
      </w:r>
      <w:proofErr w:type="spellEnd"/>
      <w:r w:rsidR="009C21A4" w:rsidRPr="009C21A4">
        <w:rPr>
          <w:b/>
        </w:rPr>
        <w:t xml:space="preserve">. </w:t>
      </w:r>
      <w:proofErr w:type="spellStart"/>
      <w:r w:rsidR="009C21A4" w:rsidRPr="009C21A4">
        <w:rPr>
          <w:b/>
        </w:rPr>
        <w:t>Rodzic</w:t>
      </w:r>
      <w:proofErr w:type="spellEnd"/>
      <w:r w:rsidR="009C21A4" w:rsidRPr="009C21A4">
        <w:rPr>
          <w:b/>
        </w:rPr>
        <w:t>/</w:t>
      </w:r>
      <w:proofErr w:type="spellStart"/>
      <w:r w:rsidR="009C21A4" w:rsidRPr="009C21A4">
        <w:rPr>
          <w:b/>
        </w:rPr>
        <w:t>opiekun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prawny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wnosi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opłatę</w:t>
      </w:r>
      <w:proofErr w:type="spellEnd"/>
      <w:r w:rsidR="009C21A4" w:rsidRPr="009C21A4">
        <w:rPr>
          <w:b/>
        </w:rPr>
        <w:t xml:space="preserve"> w </w:t>
      </w:r>
      <w:proofErr w:type="spellStart"/>
      <w:r w:rsidR="009C21A4" w:rsidRPr="009C21A4">
        <w:rPr>
          <w:b/>
        </w:rPr>
        <w:t>wysokości</w:t>
      </w:r>
      <w:proofErr w:type="spellEnd"/>
      <w:r w:rsidR="009C21A4" w:rsidRPr="009C21A4">
        <w:rPr>
          <w:b/>
        </w:rPr>
        <w:t xml:space="preserve"> 10 </w:t>
      </w:r>
      <w:proofErr w:type="spellStart"/>
      <w:r w:rsidR="009C21A4" w:rsidRPr="009C21A4">
        <w:rPr>
          <w:b/>
        </w:rPr>
        <w:t>zł</w:t>
      </w:r>
      <w:proofErr w:type="spellEnd"/>
      <w:r w:rsidR="009C21A4" w:rsidRPr="009C21A4">
        <w:rPr>
          <w:b/>
        </w:rPr>
        <w:t xml:space="preserve">. </w:t>
      </w:r>
      <w:proofErr w:type="spellStart"/>
      <w:r w:rsidR="009C21A4" w:rsidRPr="009C21A4">
        <w:rPr>
          <w:b/>
        </w:rPr>
        <w:t>Calkowity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koszt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udziału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jednego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uczestnika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wynosi</w:t>
      </w:r>
      <w:proofErr w:type="spellEnd"/>
      <w:r w:rsidR="009C21A4" w:rsidRPr="009C21A4">
        <w:rPr>
          <w:b/>
        </w:rPr>
        <w:t xml:space="preserve"> 3</w:t>
      </w:r>
      <w:r w:rsidR="001B1240">
        <w:rPr>
          <w:b/>
        </w:rPr>
        <w:t>9</w:t>
      </w:r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zł</w:t>
      </w:r>
      <w:proofErr w:type="spellEnd"/>
      <w:r w:rsidR="009C21A4" w:rsidRPr="009C21A4">
        <w:rPr>
          <w:b/>
        </w:rPr>
        <w:t xml:space="preserve">., z </w:t>
      </w:r>
      <w:proofErr w:type="spellStart"/>
      <w:r w:rsidR="009C21A4" w:rsidRPr="009C21A4">
        <w:rPr>
          <w:b/>
        </w:rPr>
        <w:t>czego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pozostała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częś</w:t>
      </w:r>
      <w:r w:rsidR="009C21A4">
        <w:rPr>
          <w:b/>
        </w:rPr>
        <w:t>ć</w:t>
      </w:r>
      <w:proofErr w:type="spellEnd"/>
      <w:r w:rsidR="009C21A4">
        <w:rPr>
          <w:b/>
        </w:rPr>
        <w:t xml:space="preserve"> jest </w:t>
      </w:r>
      <w:proofErr w:type="spellStart"/>
      <w:r w:rsidR="009C21A4">
        <w:rPr>
          <w:b/>
        </w:rPr>
        <w:t>finansowana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przez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Wójta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G</w:t>
      </w:r>
      <w:r w:rsidR="009C21A4" w:rsidRPr="009C21A4">
        <w:rPr>
          <w:b/>
        </w:rPr>
        <w:t>miny</w:t>
      </w:r>
      <w:proofErr w:type="spellEnd"/>
      <w:r w:rsidR="009C21A4" w:rsidRPr="009C21A4">
        <w:rPr>
          <w:b/>
        </w:rPr>
        <w:t xml:space="preserve"> Pawłos</w:t>
      </w:r>
      <w:r w:rsidR="009C21A4">
        <w:rPr>
          <w:b/>
        </w:rPr>
        <w:t xml:space="preserve">iów </w:t>
      </w:r>
      <w:proofErr w:type="spellStart"/>
      <w:r w:rsidR="009C21A4">
        <w:rPr>
          <w:b/>
        </w:rPr>
        <w:t>oraz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Gminny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Ośrodek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K</w:t>
      </w:r>
      <w:r w:rsidR="009C21A4" w:rsidRPr="009C21A4">
        <w:rPr>
          <w:b/>
        </w:rPr>
        <w:t>ultury</w:t>
      </w:r>
      <w:proofErr w:type="spellEnd"/>
      <w:r w:rsidR="009C21A4" w:rsidRPr="009C21A4">
        <w:rPr>
          <w:b/>
        </w:rPr>
        <w:t xml:space="preserve"> w Pawłosiowie.   </w:t>
      </w:r>
    </w:p>
    <w:p w:rsidR="009C21A4" w:rsidRDefault="009C21A4" w:rsidP="00F31AEC">
      <w:pPr>
        <w:spacing w:after="0" w:line="360" w:lineRule="auto"/>
        <w:jc w:val="both"/>
        <w:rPr>
          <w:b/>
        </w:rPr>
      </w:pPr>
      <w:r>
        <w:t xml:space="preserve">3.  </w:t>
      </w:r>
      <w:proofErr w:type="spellStart"/>
      <w:r>
        <w:t>Udział</w:t>
      </w:r>
      <w:proofErr w:type="spellEnd"/>
      <w:r>
        <w:t xml:space="preserve">  </w:t>
      </w:r>
      <w:proofErr w:type="spellStart"/>
      <w:r>
        <w:t>dziecka</w:t>
      </w:r>
      <w:proofErr w:type="spellEnd"/>
      <w:r>
        <w:t xml:space="preserve"> w  </w:t>
      </w:r>
      <w:proofErr w:type="spellStart"/>
      <w:r>
        <w:t>zajęciach</w:t>
      </w:r>
      <w:proofErr w:type="spellEnd"/>
      <w:r>
        <w:t xml:space="preserve">  jest </w:t>
      </w:r>
      <w:proofErr w:type="spellStart"/>
      <w:r>
        <w:t>możliwy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wcześniejszym</w:t>
      </w:r>
      <w:proofErr w:type="spellEnd"/>
      <w:r>
        <w:t xml:space="preserve"> </w:t>
      </w:r>
      <w:proofErr w:type="spellStart"/>
      <w:r>
        <w:t>zapisaniu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. </w:t>
      </w:r>
      <w:proofErr w:type="spellStart"/>
      <w:r>
        <w:t>Nastepnie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uiścić</w:t>
      </w:r>
      <w:proofErr w:type="spellEnd"/>
      <w:r>
        <w:t xml:space="preserve">  </w:t>
      </w:r>
      <w:proofErr w:type="spellStart"/>
      <w:r>
        <w:t>opłatę</w:t>
      </w:r>
      <w:proofErr w:type="spellEnd"/>
      <w:r>
        <w:t xml:space="preserve"> w </w:t>
      </w:r>
      <w:proofErr w:type="spellStart"/>
      <w:r>
        <w:t>kwocie</w:t>
      </w:r>
      <w:proofErr w:type="spellEnd"/>
      <w:r>
        <w:t xml:space="preserve"> 10 </w:t>
      </w:r>
      <w:proofErr w:type="spellStart"/>
      <w:r>
        <w:t>zł</w:t>
      </w:r>
      <w:proofErr w:type="spellEnd"/>
      <w:r>
        <w:t xml:space="preserve">. 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podany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</w:t>
      </w:r>
      <w:proofErr w:type="spellStart"/>
      <w:r>
        <w:t>konta</w:t>
      </w:r>
      <w:proofErr w:type="spellEnd"/>
      <w:r>
        <w:t xml:space="preserve">: </w:t>
      </w:r>
      <w:r w:rsidRPr="006C4906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4</w:t>
      </w:r>
      <w:r>
        <w:rPr>
          <w:b/>
        </w:rPr>
        <w:t xml:space="preserve">14909600042001005431320001 </w:t>
      </w:r>
    </w:p>
    <w:p w:rsidR="005450E1" w:rsidRDefault="009C21A4" w:rsidP="00F31AEC">
      <w:pPr>
        <w:spacing w:after="0" w:line="360" w:lineRule="auto"/>
        <w:jc w:val="both"/>
      </w:pPr>
      <w:r>
        <w:rPr>
          <w:b/>
        </w:rPr>
        <w:t xml:space="preserve">w </w:t>
      </w:r>
      <w:proofErr w:type="spellStart"/>
      <w:r>
        <w:rPr>
          <w:b/>
        </w:rPr>
        <w:t>tytule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podając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imię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nazwisko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uczestnika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wiek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miejscowość</w:t>
      </w:r>
      <w:proofErr w:type="spellEnd"/>
      <w:r w:rsidR="002F38BE">
        <w:rPr>
          <w:b/>
        </w:rPr>
        <w:t xml:space="preserve">. </w:t>
      </w:r>
      <w:proofErr w:type="spellStart"/>
      <w:r w:rsidR="002F38BE">
        <w:rPr>
          <w:b/>
        </w:rPr>
        <w:t>Wpłatę</w:t>
      </w:r>
      <w:proofErr w:type="spellEnd"/>
      <w:r w:rsidR="002F38BE">
        <w:rPr>
          <w:b/>
        </w:rPr>
        <w:t xml:space="preserve"> </w:t>
      </w:r>
      <w:proofErr w:type="spellStart"/>
      <w:r w:rsidR="002F38BE">
        <w:rPr>
          <w:b/>
        </w:rPr>
        <w:t>należy</w:t>
      </w:r>
      <w:proofErr w:type="spellEnd"/>
      <w:r w:rsidR="002F38BE">
        <w:rPr>
          <w:b/>
        </w:rPr>
        <w:t xml:space="preserve"> </w:t>
      </w:r>
      <w:proofErr w:type="spellStart"/>
      <w:r w:rsidR="002F38BE">
        <w:rPr>
          <w:b/>
        </w:rPr>
        <w:t>uiścić</w:t>
      </w:r>
      <w:proofErr w:type="spellEnd"/>
      <w:r w:rsidR="002F38BE">
        <w:rPr>
          <w:b/>
        </w:rPr>
        <w:t> do </w:t>
      </w:r>
      <w:r w:rsidR="000920C0">
        <w:rPr>
          <w:b/>
        </w:rPr>
        <w:t>23</w:t>
      </w:r>
      <w:r w:rsidR="002F38BE">
        <w:rPr>
          <w:b/>
        </w:rPr>
        <w:t> </w:t>
      </w:r>
      <w:proofErr w:type="spellStart"/>
      <w:r w:rsidR="000920C0">
        <w:rPr>
          <w:b/>
        </w:rPr>
        <w:t>lutego</w:t>
      </w:r>
      <w:proofErr w:type="spellEnd"/>
      <w:r w:rsidR="002F38BE">
        <w:rPr>
          <w:b/>
        </w:rPr>
        <w:t xml:space="preserve"> br. </w:t>
      </w:r>
      <w:r w:rsidR="002F38BE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 xml:space="preserve">uiścić </w:t>
      </w:r>
      <w:r w:rsidRPr="006C4906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 xml:space="preserve"> 9</w:t>
      </w:r>
      <w:r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096</w:t>
      </w:r>
      <w:r w:rsidR="00D90087">
        <w:br/>
        <w:t xml:space="preserve">3. </w:t>
      </w:r>
      <w:r w:rsidR="005B5269">
        <w:t> </w:t>
      </w:r>
      <w:proofErr w:type="spellStart"/>
      <w:r w:rsidR="00D90087">
        <w:t>Zapisując</w:t>
      </w:r>
      <w:proofErr w:type="spellEnd"/>
      <w:r w:rsidR="00D90087">
        <w:t xml:space="preserve"> </w:t>
      </w:r>
      <w:proofErr w:type="spellStart"/>
      <w:r w:rsidR="00D90087">
        <w:t>dziecko</w:t>
      </w:r>
      <w:proofErr w:type="spellEnd"/>
      <w:r w:rsidR="00D90087">
        <w:t xml:space="preserve">, </w:t>
      </w:r>
      <w:proofErr w:type="spellStart"/>
      <w:r w:rsidR="00D90087">
        <w:t>rodzic</w:t>
      </w:r>
      <w:proofErr w:type="spellEnd"/>
      <w:r w:rsidR="00D90087">
        <w:t>/</w:t>
      </w:r>
      <w:proofErr w:type="spellStart"/>
      <w:r w:rsidR="00D90087">
        <w:t>opie</w:t>
      </w:r>
      <w:r w:rsidR="00DB74EE">
        <w:t>kun</w:t>
      </w:r>
      <w:proofErr w:type="spellEnd"/>
      <w:r w:rsidR="00DB74EE">
        <w:t xml:space="preserve"> </w:t>
      </w:r>
      <w:proofErr w:type="spellStart"/>
      <w:r w:rsidR="00DB74EE">
        <w:t>prawny</w:t>
      </w:r>
      <w:proofErr w:type="spellEnd"/>
      <w:r w:rsidR="00DB74EE">
        <w:t xml:space="preserve"> </w:t>
      </w:r>
      <w:proofErr w:type="spellStart"/>
      <w:r w:rsidR="00DB74EE">
        <w:t>akceptuje</w:t>
      </w:r>
      <w:proofErr w:type="spellEnd"/>
      <w:r w:rsidR="00DB74EE">
        <w:t xml:space="preserve"> </w:t>
      </w:r>
      <w:proofErr w:type="spellStart"/>
      <w:r w:rsidR="00DB74EE">
        <w:t>niniejszy</w:t>
      </w:r>
      <w:proofErr w:type="spellEnd"/>
      <w:r w:rsidR="00DB74EE">
        <w:t xml:space="preserve"> </w:t>
      </w:r>
      <w:proofErr w:type="spellStart"/>
      <w:r w:rsidR="00DB74EE">
        <w:t>R</w:t>
      </w:r>
      <w:r w:rsidR="00D90087">
        <w:t>egulamin</w:t>
      </w:r>
      <w:proofErr w:type="spellEnd"/>
      <w:r w:rsidR="00D90087">
        <w:t>.</w:t>
      </w:r>
    </w:p>
    <w:p w:rsidR="005B5269" w:rsidRDefault="005B5269" w:rsidP="00F31AEC">
      <w:pPr>
        <w:spacing w:after="0" w:line="360" w:lineRule="auto"/>
        <w:jc w:val="both"/>
      </w:pPr>
      <w:r>
        <w:t>4.  </w:t>
      </w:r>
      <w:proofErr w:type="spellStart"/>
      <w:r w:rsidRPr="000D0EE6">
        <w:t>Uczestnicy</w:t>
      </w:r>
      <w:proofErr w:type="spellEnd"/>
      <w:r w:rsidRPr="000D0EE6">
        <w:t xml:space="preserve"> </w:t>
      </w:r>
      <w:proofErr w:type="spellStart"/>
      <w:r>
        <w:t>warsztatów</w:t>
      </w:r>
      <w:proofErr w:type="spellEnd"/>
      <w:r w:rsidRPr="000D0EE6">
        <w:t xml:space="preserve"> </w:t>
      </w:r>
      <w:proofErr w:type="spellStart"/>
      <w:r w:rsidRPr="000D0EE6">
        <w:t>wyrażają</w:t>
      </w:r>
      <w:proofErr w:type="spellEnd"/>
      <w:r w:rsidRPr="000D0EE6">
        <w:t xml:space="preserve"> </w:t>
      </w:r>
      <w:proofErr w:type="spellStart"/>
      <w:r w:rsidRPr="000D0EE6">
        <w:t>zgodę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podanie</w:t>
      </w:r>
      <w:proofErr w:type="spellEnd"/>
      <w:r w:rsidRPr="000D0EE6">
        <w:t xml:space="preserve">, </w:t>
      </w:r>
      <w:proofErr w:type="spellStart"/>
      <w:r w:rsidRPr="000D0EE6">
        <w:t>przetwarzanie</w:t>
      </w:r>
      <w:proofErr w:type="spellEnd"/>
      <w:r w:rsidRPr="000D0EE6">
        <w:t xml:space="preserve"> </w:t>
      </w:r>
      <w:r w:rsidRPr="000D0EE6">
        <w:br/>
        <w:t xml:space="preserve">i </w:t>
      </w:r>
      <w:proofErr w:type="spellStart"/>
      <w:r w:rsidRPr="000D0EE6">
        <w:t>publikowanie</w:t>
      </w:r>
      <w:proofErr w:type="spellEnd"/>
      <w:r w:rsidRPr="000D0EE6">
        <w:t xml:space="preserve"> </w:t>
      </w:r>
      <w:proofErr w:type="spellStart"/>
      <w:r w:rsidRPr="000D0EE6">
        <w:t>swoich</w:t>
      </w:r>
      <w:proofErr w:type="spellEnd"/>
      <w:r w:rsidRPr="000D0EE6">
        <w:t xml:space="preserve"> </w:t>
      </w:r>
      <w:proofErr w:type="spellStart"/>
      <w:r w:rsidRPr="000D0EE6">
        <w:t>danych</w:t>
      </w:r>
      <w:proofErr w:type="spellEnd"/>
      <w:r w:rsidRPr="000D0EE6">
        <w:t xml:space="preserve"> </w:t>
      </w:r>
      <w:proofErr w:type="spellStart"/>
      <w:r w:rsidRPr="000D0EE6">
        <w:t>osobowych</w:t>
      </w:r>
      <w:proofErr w:type="spellEnd"/>
      <w:r w:rsidRPr="000D0EE6">
        <w:t xml:space="preserve">, w </w:t>
      </w:r>
      <w:proofErr w:type="spellStart"/>
      <w:r w:rsidRPr="000D0EE6">
        <w:t>mediach</w:t>
      </w:r>
      <w:proofErr w:type="spellEnd"/>
      <w:r w:rsidRPr="000D0EE6">
        <w:t xml:space="preserve"> </w:t>
      </w:r>
      <w:proofErr w:type="spellStart"/>
      <w:r w:rsidRPr="000D0EE6">
        <w:t>oraz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stronach</w:t>
      </w:r>
      <w:proofErr w:type="spellEnd"/>
      <w:r w:rsidRPr="000D0EE6">
        <w:t xml:space="preserve"> </w:t>
      </w:r>
      <w:proofErr w:type="spellStart"/>
      <w:r w:rsidRPr="000D0EE6">
        <w:t>internetowych</w:t>
      </w:r>
      <w:proofErr w:type="spellEnd"/>
      <w:r w:rsidRPr="000D0EE6">
        <w:t xml:space="preserve"> </w:t>
      </w:r>
      <w:proofErr w:type="spellStart"/>
      <w:r w:rsidRPr="000D0EE6">
        <w:t>Organizatorów</w:t>
      </w:r>
      <w:proofErr w:type="spellEnd"/>
      <w:r w:rsidRPr="000D0EE6">
        <w:t xml:space="preserve">,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potrzeby</w:t>
      </w:r>
      <w:proofErr w:type="spellEnd"/>
      <w:r w:rsidRPr="000D0EE6">
        <w:t xml:space="preserve"> </w:t>
      </w:r>
      <w:proofErr w:type="spellStart"/>
      <w:r w:rsidRPr="000D0EE6">
        <w:t>przeprowadzenia</w:t>
      </w:r>
      <w:proofErr w:type="spellEnd"/>
      <w:r w:rsidRPr="000D0EE6">
        <w:t xml:space="preserve"> </w:t>
      </w:r>
      <w:proofErr w:type="spellStart"/>
      <w:r>
        <w:t>zajęć</w:t>
      </w:r>
      <w:proofErr w:type="spellEnd"/>
      <w:r>
        <w:t xml:space="preserve"> (</w:t>
      </w:r>
      <w:proofErr w:type="spellStart"/>
      <w:r w:rsidRPr="000D0EE6">
        <w:t>Załącznik</w:t>
      </w:r>
      <w:proofErr w:type="spellEnd"/>
      <w:r w:rsidRPr="000D0EE6">
        <w:t xml:space="preserve"> </w:t>
      </w:r>
      <w:proofErr w:type="spellStart"/>
      <w:r w:rsidRPr="000D0EE6">
        <w:t>nr</w:t>
      </w:r>
      <w:proofErr w:type="spellEnd"/>
      <w:r w:rsidRPr="000D0EE6">
        <w:t xml:space="preserve">. 2 do </w:t>
      </w:r>
      <w:proofErr w:type="spellStart"/>
      <w:r w:rsidRPr="000D0EE6">
        <w:t>niniejszego</w:t>
      </w:r>
      <w:proofErr w:type="spellEnd"/>
      <w:r w:rsidRPr="000D0EE6">
        <w:t xml:space="preserve"> </w:t>
      </w:r>
      <w:proofErr w:type="spellStart"/>
      <w:r w:rsidRPr="000D0EE6">
        <w:t>Regulaminu</w:t>
      </w:r>
      <w:proofErr w:type="spellEnd"/>
      <w:r w:rsidRPr="000D0EE6">
        <w:t>).</w:t>
      </w:r>
    </w:p>
    <w:p w:rsidR="005B5269" w:rsidRDefault="005B5269" w:rsidP="00F31AEC">
      <w:pPr>
        <w:spacing w:after="0" w:line="360" w:lineRule="auto"/>
        <w:jc w:val="both"/>
      </w:pPr>
      <w:r>
        <w:lastRenderedPageBreak/>
        <w:t>5.  </w:t>
      </w:r>
      <w:proofErr w:type="spellStart"/>
      <w:r>
        <w:t>Wypełnienie</w:t>
      </w:r>
      <w:proofErr w:type="spellEnd"/>
      <w:r>
        <w:t xml:space="preserve"> </w:t>
      </w:r>
      <w:proofErr w:type="spellStart"/>
      <w:r>
        <w:t>Formularza</w:t>
      </w:r>
      <w:proofErr w:type="spellEnd"/>
      <w:r>
        <w:t xml:space="preserve"> - </w:t>
      </w:r>
      <w:proofErr w:type="spellStart"/>
      <w:r>
        <w:t>Zgodę</w:t>
      </w:r>
      <w:proofErr w:type="spellEnd"/>
      <w:r w:rsidRPr="005544C8">
        <w:t xml:space="preserve">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przetwarzanie</w:t>
      </w:r>
      <w:proofErr w:type="spellEnd"/>
      <w:r w:rsidRPr="005544C8">
        <w:t xml:space="preserve"> </w:t>
      </w:r>
      <w:proofErr w:type="spellStart"/>
      <w:r w:rsidRPr="005544C8">
        <w:t>danych</w:t>
      </w:r>
      <w:proofErr w:type="spellEnd"/>
      <w:r w:rsidRPr="005544C8">
        <w:t xml:space="preserve"> </w:t>
      </w:r>
      <w:proofErr w:type="spellStart"/>
      <w:r w:rsidRPr="005544C8">
        <w:t>osobowych</w:t>
      </w:r>
      <w:proofErr w:type="spellEnd"/>
      <w:r w:rsidRPr="005544C8">
        <w:t xml:space="preserve"> </w:t>
      </w:r>
      <w:proofErr w:type="spellStart"/>
      <w:r w:rsidRPr="005544C8">
        <w:t>uczestnika</w:t>
      </w:r>
      <w:proofErr w:type="spellEnd"/>
      <w:r w:rsidRPr="005544C8">
        <w:t xml:space="preserve"> </w:t>
      </w:r>
      <w:proofErr w:type="spellStart"/>
      <w:r>
        <w:t>warsztatów</w:t>
      </w:r>
      <w:proofErr w:type="spellEnd"/>
      <w:r w:rsidRPr="005544C8">
        <w:t xml:space="preserve"> (</w:t>
      </w:r>
      <w:proofErr w:type="spellStart"/>
      <w:r w:rsidRPr="005544C8">
        <w:t>stanowiącego</w:t>
      </w:r>
      <w:proofErr w:type="spellEnd"/>
      <w:r w:rsidRPr="005544C8">
        <w:t xml:space="preserve"> </w:t>
      </w:r>
      <w:proofErr w:type="spellStart"/>
      <w:r w:rsidRPr="005544C8">
        <w:t>załącznik</w:t>
      </w:r>
      <w:proofErr w:type="spellEnd"/>
      <w:r w:rsidRPr="005544C8">
        <w:t xml:space="preserve"> </w:t>
      </w:r>
      <w:proofErr w:type="spellStart"/>
      <w:r w:rsidRPr="005544C8">
        <w:t>n</w:t>
      </w:r>
      <w:r>
        <w:t>r</w:t>
      </w:r>
      <w:proofErr w:type="spellEnd"/>
      <w:r>
        <w:t xml:space="preserve">. 2 do </w:t>
      </w:r>
      <w:proofErr w:type="spellStart"/>
      <w:r>
        <w:t>niniejszego</w:t>
      </w:r>
      <w:proofErr w:type="spellEnd"/>
      <w:r>
        <w:t xml:space="preserve"> </w:t>
      </w:r>
      <w:proofErr w:type="spellStart"/>
      <w:r>
        <w:t>Regulaminu</w:t>
      </w:r>
      <w:proofErr w:type="spellEnd"/>
      <w:r>
        <w:t>)</w:t>
      </w:r>
      <w:r w:rsidRPr="005544C8">
        <w:t xml:space="preserve"> </w:t>
      </w:r>
      <w:proofErr w:type="spellStart"/>
      <w:r w:rsidRPr="005544C8">
        <w:t>podpisuje</w:t>
      </w:r>
      <w:proofErr w:type="spellEnd"/>
      <w:r w:rsidRPr="005544C8">
        <w:t xml:space="preserve"> </w:t>
      </w:r>
      <w:proofErr w:type="spellStart"/>
      <w:r w:rsidRPr="005544C8">
        <w:t>rodzic</w:t>
      </w:r>
      <w:proofErr w:type="spellEnd"/>
      <w:r w:rsidRPr="005544C8">
        <w:t xml:space="preserve"> </w:t>
      </w:r>
      <w:proofErr w:type="spellStart"/>
      <w:r w:rsidRPr="005544C8">
        <w:t>lub</w:t>
      </w:r>
      <w:proofErr w:type="spellEnd"/>
      <w:r w:rsidRPr="005544C8">
        <w:t xml:space="preserve"> </w:t>
      </w:r>
      <w:proofErr w:type="spellStart"/>
      <w:r w:rsidRPr="005544C8">
        <w:t>opiekun</w:t>
      </w:r>
      <w:proofErr w:type="spellEnd"/>
      <w:r w:rsidRPr="005544C8">
        <w:t xml:space="preserve"> </w:t>
      </w:r>
      <w:proofErr w:type="spellStart"/>
      <w:r w:rsidRPr="005544C8">
        <w:t>prawny</w:t>
      </w:r>
      <w:proofErr w:type="spellEnd"/>
      <w:r w:rsidRPr="005544C8">
        <w:t xml:space="preserve">. </w:t>
      </w:r>
      <w:proofErr w:type="spellStart"/>
      <w:r w:rsidRPr="005544C8">
        <w:t>Formularz</w:t>
      </w:r>
      <w:proofErr w:type="spellEnd"/>
      <w:r w:rsidRPr="005544C8">
        <w:t xml:space="preserve"> </w:t>
      </w:r>
      <w:proofErr w:type="spellStart"/>
      <w:r w:rsidRPr="005544C8">
        <w:t>dostępny</w:t>
      </w:r>
      <w:proofErr w:type="spellEnd"/>
      <w:r w:rsidRPr="005544C8">
        <w:t xml:space="preserve"> jest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stronie</w:t>
      </w:r>
      <w:proofErr w:type="spellEnd"/>
      <w:r w:rsidRPr="005544C8">
        <w:t xml:space="preserve"> </w:t>
      </w:r>
      <w:proofErr w:type="spellStart"/>
      <w:r w:rsidRPr="005544C8">
        <w:t>internetowej</w:t>
      </w:r>
      <w:proofErr w:type="spellEnd"/>
      <w:r w:rsidRPr="005544C8">
        <w:t xml:space="preserve"> </w:t>
      </w:r>
      <w:proofErr w:type="spellStart"/>
      <w:r w:rsidRPr="005544C8">
        <w:t>Organizatorów</w:t>
      </w:r>
      <w:proofErr w:type="spellEnd"/>
      <w:r w:rsidRPr="005544C8">
        <w:t>.</w:t>
      </w:r>
    </w:p>
    <w:p w:rsidR="005B5269" w:rsidRDefault="005B5269"/>
    <w:p w:rsidR="005B5269" w:rsidRDefault="005B5269"/>
    <w:p w:rsidR="005450E1" w:rsidRDefault="00D90087">
      <w:pPr>
        <w:pStyle w:val="Nagwek2"/>
      </w:pPr>
      <w:r>
        <w:t>§5. Przebieg zajęć</w:t>
      </w:r>
    </w:p>
    <w:p w:rsidR="006B2C78" w:rsidRDefault="00D90087" w:rsidP="00F31AEC">
      <w:pPr>
        <w:spacing w:after="0" w:line="360" w:lineRule="auto"/>
        <w:jc w:val="both"/>
      </w:pPr>
      <w:r>
        <w:t xml:space="preserve">1. </w:t>
      </w:r>
      <w:proofErr w:type="spellStart"/>
      <w:r>
        <w:t>Zajęcia</w:t>
      </w:r>
      <w:proofErr w:type="spellEnd"/>
      <w:r>
        <w:t xml:space="preserve"> </w:t>
      </w:r>
      <w:proofErr w:type="spellStart"/>
      <w:r>
        <w:t>prowadzon</w:t>
      </w:r>
      <w:r w:rsidR="000920C0">
        <w:t>e</w:t>
      </w:r>
      <w:proofErr w:type="spellEnd"/>
      <w:r w:rsidR="000920C0">
        <w:t xml:space="preserve"> </w:t>
      </w:r>
      <w:proofErr w:type="spellStart"/>
      <w:r w:rsidR="000920C0">
        <w:t>są</w:t>
      </w:r>
      <w:proofErr w:type="spellEnd"/>
      <w:r w:rsidR="000920C0">
        <w:t xml:space="preserve"> </w:t>
      </w:r>
      <w:proofErr w:type="spellStart"/>
      <w:r w:rsidR="000920C0">
        <w:t>przez</w:t>
      </w:r>
      <w:proofErr w:type="spellEnd"/>
      <w:r w:rsidR="000920C0">
        <w:t xml:space="preserve"> </w:t>
      </w:r>
      <w:proofErr w:type="spellStart"/>
      <w:r w:rsidR="000920C0">
        <w:t>wykwalifikowanego</w:t>
      </w:r>
      <w:proofErr w:type="spellEnd"/>
      <w:r w:rsidR="000920C0">
        <w:t xml:space="preserve"> </w:t>
      </w:r>
      <w:proofErr w:type="spellStart"/>
      <w:r w:rsidR="006B2C78">
        <w:t>instruktor</w:t>
      </w:r>
      <w:r w:rsidR="000920C0">
        <w:t>a</w:t>
      </w:r>
      <w:proofErr w:type="spellEnd"/>
      <w:r w:rsidR="006B2C78">
        <w:t xml:space="preserve"> z </w:t>
      </w:r>
      <w:proofErr w:type="spellStart"/>
      <w:r w:rsidR="006B2C78">
        <w:t>doświadczeniem</w:t>
      </w:r>
      <w:proofErr w:type="spellEnd"/>
      <w:r w:rsidR="006B2C78">
        <w:t xml:space="preserve"> w </w:t>
      </w:r>
      <w:proofErr w:type="spellStart"/>
      <w:r w:rsidR="006B2C78">
        <w:t>pracy</w:t>
      </w:r>
      <w:proofErr w:type="spellEnd"/>
      <w:r w:rsidR="006B2C78">
        <w:t> z </w:t>
      </w:r>
      <w:proofErr w:type="spellStart"/>
      <w:r w:rsidR="006B2C78">
        <w:t>dziećmi</w:t>
      </w:r>
      <w:proofErr w:type="spellEnd"/>
      <w:r w:rsidR="006B2C78">
        <w:t> i w </w:t>
      </w:r>
      <w:proofErr w:type="spellStart"/>
      <w:r w:rsidR="006B2C78">
        <w:t>edukacji</w:t>
      </w:r>
      <w:proofErr w:type="spellEnd"/>
      <w:r w:rsidR="006B2C78">
        <w:t> </w:t>
      </w:r>
      <w:proofErr w:type="spellStart"/>
      <w:r w:rsidR="006B2C78">
        <w:t>technologicznej</w:t>
      </w:r>
      <w:proofErr w:type="spellEnd"/>
      <w:r w:rsidR="006B2C78">
        <w:t>.</w:t>
      </w:r>
      <w:r w:rsidR="006B2C78">
        <w:br/>
        <w:t>2.  </w:t>
      </w:r>
      <w:proofErr w:type="spellStart"/>
      <w:r w:rsidR="006B2C78">
        <w:t>Czas</w:t>
      </w:r>
      <w:proofErr w:type="spellEnd"/>
      <w:r w:rsidR="006B2C78">
        <w:t> </w:t>
      </w:r>
      <w:proofErr w:type="spellStart"/>
      <w:r w:rsidR="006B2C78">
        <w:t>trwania</w:t>
      </w:r>
      <w:proofErr w:type="spellEnd"/>
      <w:r w:rsidR="006B2C78">
        <w:t> </w:t>
      </w:r>
      <w:proofErr w:type="spellStart"/>
      <w:r w:rsidR="006B2C78">
        <w:t>zajęć</w:t>
      </w:r>
      <w:proofErr w:type="spellEnd"/>
      <w:r w:rsidR="006B2C78">
        <w:t xml:space="preserve">: </w:t>
      </w:r>
      <w:r w:rsidR="00F31AEC">
        <w:t>2 h</w:t>
      </w:r>
    </w:p>
    <w:p w:rsidR="005450E1" w:rsidRDefault="00D90087" w:rsidP="00F31AEC">
      <w:pPr>
        <w:spacing w:after="0" w:line="360" w:lineRule="auto"/>
        <w:jc w:val="both"/>
      </w:pPr>
      <w:r>
        <w:t xml:space="preserve">3. </w:t>
      </w:r>
      <w:proofErr w:type="spellStart"/>
      <w:r w:rsidR="00F31AEC">
        <w:t>Podczas</w:t>
      </w:r>
      <w:proofErr w:type="spellEnd"/>
      <w:r w:rsidR="00F31AEC">
        <w:t xml:space="preserve"> </w:t>
      </w:r>
      <w:proofErr w:type="spellStart"/>
      <w:r w:rsidR="00F31AEC">
        <w:t>zajęć</w:t>
      </w:r>
      <w:proofErr w:type="spellEnd"/>
      <w:r w:rsidR="00F31AEC">
        <w:t xml:space="preserve"> </w:t>
      </w:r>
      <w:proofErr w:type="spellStart"/>
      <w:r w:rsidR="00F31AEC">
        <w:t>uczestnicy</w:t>
      </w:r>
      <w:proofErr w:type="spellEnd"/>
      <w:r w:rsidR="00F31AEC">
        <w:t xml:space="preserve"> </w:t>
      </w:r>
      <w:proofErr w:type="spellStart"/>
      <w:r w:rsidR="00F31AEC">
        <w:t>własnoręcznie</w:t>
      </w:r>
      <w:proofErr w:type="spellEnd"/>
      <w:r w:rsidR="00F31AEC">
        <w:t xml:space="preserve"> </w:t>
      </w:r>
      <w:proofErr w:type="spellStart"/>
      <w:r w:rsidR="00F31AEC">
        <w:t>wykonają</w:t>
      </w:r>
      <w:proofErr w:type="spellEnd"/>
      <w:r w:rsidR="00F31AEC">
        <w:t xml:space="preserve"> </w:t>
      </w:r>
      <w:proofErr w:type="spellStart"/>
      <w:r w:rsidR="00F31AEC">
        <w:t>mydeł</w:t>
      </w:r>
      <w:r w:rsidR="00DB74EE">
        <w:t>ko</w:t>
      </w:r>
      <w:proofErr w:type="spellEnd"/>
      <w:r w:rsidR="00DB74EE">
        <w:t xml:space="preserve"> </w:t>
      </w:r>
      <w:proofErr w:type="spellStart"/>
      <w:r w:rsidR="00DB74EE">
        <w:t>nadając</w:t>
      </w:r>
      <w:proofErr w:type="spellEnd"/>
      <w:r w:rsidR="00DB74EE">
        <w:t xml:space="preserve"> mu </w:t>
      </w:r>
      <w:proofErr w:type="spellStart"/>
      <w:r w:rsidR="00DB74EE">
        <w:t>kształt</w:t>
      </w:r>
      <w:proofErr w:type="spellEnd"/>
      <w:r w:rsidR="00DB74EE">
        <w:t xml:space="preserve">, </w:t>
      </w:r>
      <w:proofErr w:type="spellStart"/>
      <w:r w:rsidR="00DB74EE">
        <w:t>zapach</w:t>
      </w:r>
      <w:proofErr w:type="spellEnd"/>
      <w:r w:rsidR="00DB74EE">
        <w:t xml:space="preserve"> i </w:t>
      </w:r>
      <w:proofErr w:type="spellStart"/>
      <w:r w:rsidR="00F31AEC">
        <w:t>kolor</w:t>
      </w:r>
      <w:proofErr w:type="spellEnd"/>
      <w:r w:rsidR="00F31AEC">
        <w:t xml:space="preserve">. </w:t>
      </w:r>
      <w:proofErr w:type="spellStart"/>
      <w:r w:rsidR="00F31AEC">
        <w:t>Poznają</w:t>
      </w:r>
      <w:proofErr w:type="spellEnd"/>
      <w:r w:rsidR="00F31AEC">
        <w:t xml:space="preserve"> </w:t>
      </w:r>
      <w:proofErr w:type="spellStart"/>
      <w:r w:rsidR="00F31AEC">
        <w:t>historię</w:t>
      </w:r>
      <w:proofErr w:type="spellEnd"/>
      <w:r w:rsidR="00F31AEC">
        <w:t xml:space="preserve"> </w:t>
      </w:r>
      <w:proofErr w:type="spellStart"/>
      <w:r w:rsidR="00F31AEC">
        <w:t>mydła</w:t>
      </w:r>
      <w:proofErr w:type="spellEnd"/>
      <w:r w:rsidR="00F31AEC">
        <w:t xml:space="preserve">. </w:t>
      </w:r>
    </w:p>
    <w:p w:rsidR="00F31AEC" w:rsidRDefault="00F31AEC" w:rsidP="00F31AEC">
      <w:pPr>
        <w:spacing w:after="0" w:line="360" w:lineRule="auto"/>
        <w:jc w:val="both"/>
      </w:pPr>
      <w:r>
        <w:t xml:space="preserve">4. </w:t>
      </w:r>
      <w:proofErr w:type="spellStart"/>
      <w:r>
        <w:t>Instruktor</w:t>
      </w:r>
      <w:proofErr w:type="spellEnd"/>
      <w:r>
        <w:t xml:space="preserve"> </w:t>
      </w:r>
      <w:proofErr w:type="spellStart"/>
      <w:r>
        <w:t>zapewnia</w:t>
      </w:r>
      <w:proofErr w:type="spellEnd"/>
      <w:r>
        <w:t xml:space="preserve"> </w:t>
      </w:r>
      <w:proofErr w:type="spellStart"/>
      <w:r>
        <w:t>glicerynę</w:t>
      </w:r>
      <w:proofErr w:type="spellEnd"/>
      <w:r>
        <w:t xml:space="preserve">, </w:t>
      </w:r>
      <w:proofErr w:type="spellStart"/>
      <w:r>
        <w:t>foremki</w:t>
      </w:r>
      <w:proofErr w:type="spellEnd"/>
      <w:r>
        <w:t xml:space="preserve">, </w:t>
      </w:r>
      <w:proofErr w:type="spellStart"/>
      <w:r>
        <w:t>barwniki</w:t>
      </w:r>
      <w:proofErr w:type="spellEnd"/>
      <w:r>
        <w:t xml:space="preserve"> </w:t>
      </w:r>
      <w:proofErr w:type="spellStart"/>
      <w:r>
        <w:t>płynne</w:t>
      </w:r>
      <w:proofErr w:type="spellEnd"/>
      <w:r>
        <w:t xml:space="preserve"> i </w:t>
      </w:r>
      <w:proofErr w:type="spellStart"/>
      <w:r>
        <w:t>mikę</w:t>
      </w:r>
      <w:proofErr w:type="spellEnd"/>
      <w:r>
        <w:t xml:space="preserve">, </w:t>
      </w:r>
      <w:proofErr w:type="spellStart"/>
      <w:r>
        <w:t>olejki</w:t>
      </w:r>
      <w:proofErr w:type="spellEnd"/>
      <w:r>
        <w:t xml:space="preserve"> </w:t>
      </w:r>
      <w:proofErr w:type="spellStart"/>
      <w:r>
        <w:t>zapachowe</w:t>
      </w:r>
      <w:proofErr w:type="spellEnd"/>
      <w:r>
        <w:t xml:space="preserve">: </w:t>
      </w:r>
      <w:proofErr w:type="spellStart"/>
      <w:r>
        <w:t>kwiatowe</w:t>
      </w:r>
      <w:proofErr w:type="spellEnd"/>
      <w:r>
        <w:t xml:space="preserve">, </w:t>
      </w:r>
      <w:proofErr w:type="spellStart"/>
      <w:r>
        <w:t>cytrusowe</w:t>
      </w:r>
      <w:proofErr w:type="spellEnd"/>
      <w:r>
        <w:t xml:space="preserve">, </w:t>
      </w:r>
      <w:proofErr w:type="spellStart"/>
      <w:r>
        <w:t>owocowe</w:t>
      </w:r>
      <w:proofErr w:type="spellEnd"/>
      <w:r>
        <w:t xml:space="preserve">, </w:t>
      </w:r>
      <w:proofErr w:type="spellStart"/>
      <w:r>
        <w:t>orientalne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dodatki</w:t>
      </w:r>
      <w:proofErr w:type="spellEnd"/>
      <w:r>
        <w:t xml:space="preserve"> : </w:t>
      </w:r>
      <w:proofErr w:type="spellStart"/>
      <w:r>
        <w:t>suszone</w:t>
      </w:r>
      <w:proofErr w:type="spellEnd"/>
      <w:r>
        <w:t xml:space="preserve"> </w:t>
      </w:r>
      <w:proofErr w:type="spellStart"/>
      <w:r>
        <w:t>kwiaty</w:t>
      </w:r>
      <w:proofErr w:type="spellEnd"/>
      <w:r>
        <w:t xml:space="preserve">, </w:t>
      </w:r>
      <w:proofErr w:type="spellStart"/>
      <w:r>
        <w:t>sół</w:t>
      </w:r>
      <w:proofErr w:type="spellEnd"/>
      <w:r>
        <w:t xml:space="preserve"> </w:t>
      </w:r>
      <w:proofErr w:type="spellStart"/>
      <w:r>
        <w:t>himalajską</w:t>
      </w:r>
      <w:proofErr w:type="spellEnd"/>
      <w:r>
        <w:t xml:space="preserve">, </w:t>
      </w:r>
      <w:proofErr w:type="spellStart"/>
      <w:r>
        <w:t>złoto</w:t>
      </w:r>
      <w:proofErr w:type="spellEnd"/>
      <w:r>
        <w:t xml:space="preserve"> </w:t>
      </w:r>
      <w:proofErr w:type="spellStart"/>
      <w:r>
        <w:t>kosmetyczne</w:t>
      </w:r>
      <w:proofErr w:type="spellEnd"/>
      <w:r>
        <w:t xml:space="preserve">, </w:t>
      </w:r>
      <w:proofErr w:type="spellStart"/>
      <w:r>
        <w:t>brokaty</w:t>
      </w:r>
      <w:proofErr w:type="spellEnd"/>
      <w:r>
        <w:t xml:space="preserve">.  </w:t>
      </w:r>
      <w:proofErr w:type="spellStart"/>
      <w:r>
        <w:t>Wszystkie</w:t>
      </w:r>
      <w:proofErr w:type="spellEnd"/>
      <w:r>
        <w:t xml:space="preserve"> </w:t>
      </w:r>
      <w:proofErr w:type="spellStart"/>
      <w:r>
        <w:t>materiały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bezpieczne</w:t>
      </w:r>
      <w:proofErr w:type="spellEnd"/>
      <w:r>
        <w:t xml:space="preserve"> dla </w:t>
      </w:r>
      <w:proofErr w:type="spellStart"/>
      <w:r>
        <w:t>skóry</w:t>
      </w:r>
      <w:proofErr w:type="spellEnd"/>
      <w:r>
        <w:t xml:space="preserve">. </w:t>
      </w:r>
    </w:p>
    <w:p w:rsidR="005B5269" w:rsidRDefault="005B5269" w:rsidP="006B2C78">
      <w:pPr>
        <w:spacing w:after="0"/>
        <w:jc w:val="both"/>
      </w:pPr>
    </w:p>
    <w:p w:rsidR="005450E1" w:rsidRDefault="00D90087">
      <w:pPr>
        <w:pStyle w:val="Nagwek2"/>
      </w:pPr>
      <w:r>
        <w:t>§6. Zasady bezpieczeństwa</w:t>
      </w:r>
      <w:bookmarkStart w:id="0" w:name="_GoBack"/>
      <w:bookmarkEnd w:id="0"/>
    </w:p>
    <w:p w:rsidR="005450E1" w:rsidRDefault="00D90087" w:rsidP="00F31AEC">
      <w:pPr>
        <w:spacing w:line="360" w:lineRule="auto"/>
        <w:jc w:val="both"/>
      </w:pPr>
      <w:r>
        <w:t xml:space="preserve">1. </w:t>
      </w:r>
      <w:proofErr w:type="spellStart"/>
      <w:r>
        <w:t>Uczestnicy</w:t>
      </w:r>
      <w:proofErr w:type="spellEnd"/>
      <w:r>
        <w:t xml:space="preserve"> </w:t>
      </w:r>
      <w:proofErr w:type="spellStart"/>
      <w:r>
        <w:t>zobowiązani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do </w:t>
      </w:r>
      <w:proofErr w:type="spellStart"/>
      <w:r>
        <w:t>stosowania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poleceń</w:t>
      </w:r>
      <w:proofErr w:type="spellEnd"/>
      <w:r>
        <w:t xml:space="preserve"> </w:t>
      </w:r>
      <w:proofErr w:type="spellStart"/>
      <w:r>
        <w:t>prowadz</w:t>
      </w:r>
      <w:r w:rsidR="006B2C78">
        <w:t>ących</w:t>
      </w:r>
      <w:proofErr w:type="spellEnd"/>
      <w:r w:rsidR="006B2C78">
        <w:t xml:space="preserve"> </w:t>
      </w:r>
      <w:proofErr w:type="spellStart"/>
      <w:r w:rsidR="006B2C78">
        <w:t>oraz</w:t>
      </w:r>
      <w:proofErr w:type="spellEnd"/>
      <w:r w:rsidR="006B2C78">
        <w:t xml:space="preserve"> </w:t>
      </w:r>
      <w:proofErr w:type="spellStart"/>
      <w:r w:rsidR="006B2C78">
        <w:t>zasad</w:t>
      </w:r>
      <w:proofErr w:type="spellEnd"/>
      <w:r w:rsidR="006B2C78">
        <w:t xml:space="preserve"> </w:t>
      </w:r>
      <w:proofErr w:type="spellStart"/>
      <w:r w:rsidR="006B2C78">
        <w:t>bezpieczeństwa</w:t>
      </w:r>
      <w:proofErr w:type="spellEnd"/>
      <w:r w:rsidR="006B2C78">
        <w:t> </w:t>
      </w:r>
      <w:proofErr w:type="spellStart"/>
      <w:r w:rsidR="006B2C78">
        <w:t>obowiązujących</w:t>
      </w:r>
      <w:proofErr w:type="spellEnd"/>
      <w:r w:rsidR="006B2C78">
        <w:t> </w:t>
      </w:r>
      <w:proofErr w:type="spellStart"/>
      <w:r w:rsidR="006B2C78">
        <w:t>podczas</w:t>
      </w:r>
      <w:proofErr w:type="spellEnd"/>
      <w:r w:rsidR="006B2C78">
        <w:t> </w:t>
      </w:r>
      <w:proofErr w:type="spellStart"/>
      <w:r>
        <w:t>zajęć</w:t>
      </w:r>
      <w:proofErr w:type="spellEnd"/>
      <w:r>
        <w:t>.</w:t>
      </w:r>
      <w:r>
        <w:br/>
        <w:t>2. Organizator nie ponosi odpowiedzialności za rzeczy zagubione podczas trwania zajęć.</w:t>
      </w:r>
      <w:r>
        <w:br/>
        <w:t xml:space="preserve">3.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niestosownego</w:t>
      </w:r>
      <w:proofErr w:type="spellEnd"/>
      <w:r>
        <w:t xml:space="preserve"> </w:t>
      </w:r>
      <w:proofErr w:type="spellStart"/>
      <w:r>
        <w:t>zachowania</w:t>
      </w:r>
      <w:proofErr w:type="spellEnd"/>
      <w:r>
        <w:t xml:space="preserve"> </w:t>
      </w:r>
      <w:proofErr w:type="spellStart"/>
      <w:r>
        <w:t>uczestnika</w:t>
      </w:r>
      <w:proofErr w:type="spellEnd"/>
      <w:r>
        <w:t xml:space="preserve"> </w:t>
      </w:r>
      <w:proofErr w:type="spellStart"/>
      <w:r>
        <w:t>prowadzący</w:t>
      </w:r>
      <w:proofErr w:type="spellEnd"/>
      <w:r>
        <w:t xml:space="preserve"> ma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wykluczyć</w:t>
      </w:r>
      <w:proofErr w:type="spellEnd"/>
      <w:r>
        <w:t xml:space="preserve"> go z </w:t>
      </w:r>
      <w:proofErr w:type="spellStart"/>
      <w:r>
        <w:t>zajęć</w:t>
      </w:r>
      <w:proofErr w:type="spellEnd"/>
      <w:r>
        <w:t>.</w:t>
      </w:r>
    </w:p>
    <w:p w:rsidR="005B5269" w:rsidRDefault="005B5269" w:rsidP="006B2C78">
      <w:pPr>
        <w:jc w:val="both"/>
      </w:pPr>
    </w:p>
    <w:p w:rsidR="005450E1" w:rsidRDefault="00D90087">
      <w:pPr>
        <w:pStyle w:val="Nagwek2"/>
      </w:pPr>
      <w:r>
        <w:t>§7. Postanowienia końcowe</w:t>
      </w:r>
    </w:p>
    <w:p w:rsidR="005450E1" w:rsidRDefault="005B5269" w:rsidP="00F31AEC">
      <w:pPr>
        <w:spacing w:after="0" w:line="360" w:lineRule="auto"/>
        <w:jc w:val="both"/>
      </w:pPr>
      <w:r>
        <w:t>1.  </w:t>
      </w:r>
      <w:proofErr w:type="spellStart"/>
      <w:r w:rsidR="00D90087">
        <w:t>Organizator</w:t>
      </w:r>
      <w:proofErr w:type="spellEnd"/>
      <w:r w:rsidR="00D90087">
        <w:t xml:space="preserve"> </w:t>
      </w:r>
      <w:proofErr w:type="spellStart"/>
      <w:r w:rsidR="00D90087">
        <w:t>zastrzega</w:t>
      </w:r>
      <w:proofErr w:type="spellEnd"/>
      <w:r w:rsidR="00D90087">
        <w:t xml:space="preserve"> </w:t>
      </w:r>
      <w:proofErr w:type="spellStart"/>
      <w:r w:rsidR="00D90087">
        <w:t>sobie</w:t>
      </w:r>
      <w:proofErr w:type="spellEnd"/>
      <w:r w:rsidR="00D90087">
        <w:t xml:space="preserve"> </w:t>
      </w:r>
      <w:proofErr w:type="spellStart"/>
      <w:r w:rsidR="00D90087">
        <w:t>prawo</w:t>
      </w:r>
      <w:proofErr w:type="spellEnd"/>
      <w:r w:rsidR="00D90087">
        <w:t xml:space="preserve"> do </w:t>
      </w:r>
      <w:proofErr w:type="spellStart"/>
      <w:r w:rsidR="00D90087">
        <w:t>wprowadzania</w:t>
      </w:r>
      <w:proofErr w:type="spellEnd"/>
      <w:r w:rsidR="00D90087">
        <w:t xml:space="preserve"> </w:t>
      </w:r>
      <w:proofErr w:type="spellStart"/>
      <w:r w:rsidR="00D90087">
        <w:t>zmian</w:t>
      </w:r>
      <w:proofErr w:type="spellEnd"/>
      <w:r w:rsidR="00D90087">
        <w:t xml:space="preserve"> w </w:t>
      </w:r>
      <w:proofErr w:type="spellStart"/>
      <w:r w:rsidR="00D90087">
        <w:t>programie</w:t>
      </w:r>
      <w:proofErr w:type="spellEnd"/>
      <w:r w:rsidR="00D90087">
        <w:t xml:space="preserve"> </w:t>
      </w:r>
      <w:proofErr w:type="spellStart"/>
      <w:r w:rsidR="00D90087">
        <w:t>zaję</w:t>
      </w:r>
      <w:r>
        <w:t>ć</w:t>
      </w:r>
      <w:proofErr w:type="spellEnd"/>
      <w:r>
        <w:t xml:space="preserve"> z </w:t>
      </w:r>
      <w:proofErr w:type="spellStart"/>
      <w:r w:rsidR="006B2C78">
        <w:t>przyczyn</w:t>
      </w:r>
      <w:proofErr w:type="spellEnd"/>
      <w:r w:rsidR="006B2C78">
        <w:t> </w:t>
      </w:r>
      <w:proofErr w:type="spellStart"/>
      <w:r w:rsidR="006B2C78">
        <w:t>niezależnych</w:t>
      </w:r>
      <w:proofErr w:type="spellEnd"/>
      <w:r w:rsidR="006B2C78">
        <w:t> (np. </w:t>
      </w:r>
      <w:proofErr w:type="spellStart"/>
      <w:r>
        <w:t>technicznych</w:t>
      </w:r>
      <w:proofErr w:type="spellEnd"/>
      <w:r>
        <w:t>).</w:t>
      </w:r>
      <w:r>
        <w:br/>
      </w:r>
      <w:r w:rsidR="00F31AEC">
        <w:t>2</w:t>
      </w:r>
      <w:r w:rsidR="00D90087">
        <w:t xml:space="preserve">. </w:t>
      </w:r>
      <w:r>
        <w:t>  </w:t>
      </w:r>
      <w:proofErr w:type="spellStart"/>
      <w:r w:rsidR="00D90087">
        <w:t>Wszelkie</w:t>
      </w:r>
      <w:proofErr w:type="spellEnd"/>
      <w:r w:rsidR="00D90087">
        <w:t xml:space="preserve"> </w:t>
      </w:r>
      <w:proofErr w:type="spellStart"/>
      <w:r w:rsidR="00D90087">
        <w:t>kwestie</w:t>
      </w:r>
      <w:proofErr w:type="spellEnd"/>
      <w:r w:rsidR="00D90087">
        <w:t xml:space="preserve"> </w:t>
      </w:r>
      <w:proofErr w:type="spellStart"/>
      <w:r w:rsidR="00D90087">
        <w:t>nieuregulowane</w:t>
      </w:r>
      <w:proofErr w:type="spellEnd"/>
      <w:r w:rsidR="00D90087">
        <w:t xml:space="preserve"> </w:t>
      </w:r>
      <w:proofErr w:type="spellStart"/>
      <w:r w:rsidR="00D90087">
        <w:t>niniejszym</w:t>
      </w:r>
      <w:proofErr w:type="spellEnd"/>
      <w:r w:rsidR="00D90087">
        <w:t xml:space="preserve"> </w:t>
      </w:r>
      <w:proofErr w:type="spellStart"/>
      <w:r w:rsidR="00D90087">
        <w:t>regulaminem</w:t>
      </w:r>
      <w:proofErr w:type="spellEnd"/>
      <w:r w:rsidR="00D90087">
        <w:t xml:space="preserve"> </w:t>
      </w:r>
      <w:proofErr w:type="spellStart"/>
      <w:r w:rsidR="00D90087">
        <w:t>rozstrzyga</w:t>
      </w:r>
      <w:proofErr w:type="spellEnd"/>
      <w:r w:rsidR="00D90087">
        <w:t xml:space="preserve"> </w:t>
      </w:r>
      <w:proofErr w:type="spellStart"/>
      <w:r w:rsidR="00D90087">
        <w:t>organizator</w:t>
      </w:r>
      <w:proofErr w:type="spellEnd"/>
      <w:r w:rsidR="00D90087">
        <w:t>.</w:t>
      </w:r>
    </w:p>
    <w:p w:rsidR="005B5269" w:rsidRDefault="005B5269" w:rsidP="005B5269">
      <w:pPr>
        <w:spacing w:after="0"/>
        <w:ind w:left="360"/>
        <w:jc w:val="both"/>
      </w:pPr>
    </w:p>
    <w:p w:rsidR="00A86644" w:rsidRDefault="00A86644" w:rsidP="005B5269">
      <w:pPr>
        <w:spacing w:after="0"/>
        <w:ind w:left="360"/>
        <w:jc w:val="both"/>
      </w:pPr>
    </w:p>
    <w:p w:rsidR="00A86644" w:rsidRPr="00A86644" w:rsidRDefault="00A86644" w:rsidP="005B5269">
      <w:pPr>
        <w:spacing w:after="0"/>
        <w:ind w:left="360"/>
        <w:jc w:val="both"/>
        <w:rPr>
          <w:i/>
        </w:rPr>
      </w:pPr>
      <w:r w:rsidRPr="00A86644">
        <w:rPr>
          <w:i/>
        </w:rPr>
        <w:t xml:space="preserve">                                                                                                                                      </w:t>
      </w:r>
      <w:proofErr w:type="spellStart"/>
      <w:r w:rsidRPr="00A86644">
        <w:rPr>
          <w:i/>
        </w:rPr>
        <w:t>Organizatorzy</w:t>
      </w:r>
      <w:proofErr w:type="spellEnd"/>
    </w:p>
    <w:sectPr w:rsidR="00A86644" w:rsidRPr="00A8664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80662F"/>
    <w:multiLevelType w:val="hybridMultilevel"/>
    <w:tmpl w:val="CFEE71AE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1E3889"/>
    <w:multiLevelType w:val="hybridMultilevel"/>
    <w:tmpl w:val="59429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D45DE"/>
    <w:multiLevelType w:val="hybridMultilevel"/>
    <w:tmpl w:val="992A8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E6BCE"/>
    <w:multiLevelType w:val="hybridMultilevel"/>
    <w:tmpl w:val="30FA4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360048"/>
    <w:multiLevelType w:val="hybridMultilevel"/>
    <w:tmpl w:val="CED09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13"/>
  </w:num>
  <w:num w:numId="12">
    <w:abstractNumId w:val="9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920C0"/>
    <w:rsid w:val="0015074B"/>
    <w:rsid w:val="001B1240"/>
    <w:rsid w:val="0029639D"/>
    <w:rsid w:val="002F38BE"/>
    <w:rsid w:val="00326F90"/>
    <w:rsid w:val="005450E1"/>
    <w:rsid w:val="005B5269"/>
    <w:rsid w:val="006B2C78"/>
    <w:rsid w:val="006C4906"/>
    <w:rsid w:val="0094646A"/>
    <w:rsid w:val="009C21A4"/>
    <w:rsid w:val="00A3680B"/>
    <w:rsid w:val="00A86644"/>
    <w:rsid w:val="00AA1D8D"/>
    <w:rsid w:val="00AC197E"/>
    <w:rsid w:val="00B33733"/>
    <w:rsid w:val="00B47730"/>
    <w:rsid w:val="00CB0664"/>
    <w:rsid w:val="00D90087"/>
    <w:rsid w:val="00DB74EE"/>
    <w:rsid w:val="00EC0C50"/>
    <w:rsid w:val="00F31AE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D447ADA-532C-AD41-9962-A1AA9560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A86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6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3A4804-D1BD-45D3-BE18-70410CFC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464</Words>
  <Characters>2784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3242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6</cp:revision>
  <cp:lastPrinted>2025-10-27T10:09:00Z</cp:lastPrinted>
  <dcterms:created xsi:type="dcterms:W3CDTF">2026-01-26T13:56:00Z</dcterms:created>
  <dcterms:modified xsi:type="dcterms:W3CDTF">2026-01-30T09:13:00Z</dcterms:modified>
  <cp:category/>
</cp:coreProperties>
</file>