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BCA88E" w14:textId="77777777" w:rsidR="003F6EF4" w:rsidRDefault="006D05D5">
      <w:pPr>
        <w:pStyle w:val="Tytu"/>
      </w:pPr>
      <w:r>
        <w:t>FORMULARZ ZGŁOSZENIOWY</w:t>
      </w:r>
    </w:p>
    <w:p w14:paraId="5176AAFA" w14:textId="46D9271A" w:rsidR="003F6EF4" w:rsidRDefault="006D05D5" w:rsidP="00925E9E">
      <w:r>
        <w:t>Konkurs „Miss Folkloru”</w:t>
      </w:r>
      <w:r>
        <w:br/>
        <w:t>w ramach XIII Przeglądu Kapel Ludowych</w:t>
      </w:r>
      <w:r>
        <w:br/>
        <w:t xml:space="preserve">21 </w:t>
      </w:r>
      <w:proofErr w:type="spellStart"/>
      <w:r>
        <w:t>czerwca</w:t>
      </w:r>
      <w:proofErr w:type="spellEnd"/>
      <w:r>
        <w:t xml:space="preserve"> </w:t>
      </w:r>
      <w:r w:rsidR="00FA5B26">
        <w:t>2026 r.</w:t>
      </w:r>
      <w:r>
        <w:br/>
        <w:t>1. Dane zespołu:</w:t>
      </w:r>
    </w:p>
    <w:p w14:paraId="508A241E" w14:textId="77777777" w:rsidR="003F6EF4" w:rsidRDefault="006D05D5">
      <w:r>
        <w:t>Nazwa zespołu: ..............................................................</w:t>
      </w:r>
    </w:p>
    <w:p w14:paraId="5E9870EF" w14:textId="77777777" w:rsidR="003F6EF4" w:rsidRDefault="006D05D5">
      <w:r>
        <w:t>Miejscowość: .................................................................</w:t>
      </w:r>
    </w:p>
    <w:p w14:paraId="19315918" w14:textId="77777777" w:rsidR="003F6EF4" w:rsidRDefault="006D05D5">
      <w:r>
        <w:t>Instytucja patronująca (jeśli dotyczy): ....................................</w:t>
      </w:r>
    </w:p>
    <w:p w14:paraId="1533A026" w14:textId="77777777" w:rsidR="003F6EF4" w:rsidRDefault="006D05D5">
      <w:r>
        <w:t>Telefon kontaktowy: .........................................................</w:t>
      </w:r>
    </w:p>
    <w:p w14:paraId="78938EA5" w14:textId="77777777" w:rsidR="003F6EF4" w:rsidRDefault="006D05D5">
      <w:r>
        <w:t>Adres e-mail: .................................................................</w:t>
      </w:r>
    </w:p>
    <w:p w14:paraId="4FD43CA9" w14:textId="77777777" w:rsidR="003F6EF4" w:rsidRDefault="006D05D5">
      <w:pPr>
        <w:pStyle w:val="Nagwek1"/>
      </w:pPr>
      <w:r>
        <w:t>2. Dane uczestniczki konkursu „Miss Folkloru”:</w:t>
      </w:r>
    </w:p>
    <w:p w14:paraId="1C280ED1" w14:textId="77777777" w:rsidR="003F6EF4" w:rsidRDefault="006D05D5">
      <w:r>
        <w:t>Imię i nazwisko: ..............................................................</w:t>
      </w:r>
    </w:p>
    <w:p w14:paraId="47CD1F39" w14:textId="77777777" w:rsidR="003F6EF4" w:rsidRDefault="006D05D5">
      <w:r>
        <w:t>Wiek: .........................................................................</w:t>
      </w:r>
    </w:p>
    <w:p w14:paraId="2333A97F" w14:textId="77777777" w:rsidR="003F6EF4" w:rsidRDefault="006D05D5">
      <w:r>
        <w:t>Funkcja w zespole: ...........................................................</w:t>
      </w:r>
    </w:p>
    <w:p w14:paraId="0FFA342C" w14:textId="77777777" w:rsidR="003F6EF4" w:rsidRDefault="006D05D5">
      <w:r>
        <w:t>Krótka charakterystyka uczestniczki:</w:t>
      </w:r>
    </w:p>
    <w:p w14:paraId="5F39069B" w14:textId="6E09CC9C" w:rsidR="003F6EF4" w:rsidRDefault="006D05D5">
      <w:r>
        <w:t>.............................................................................................................................................................</w:t>
      </w:r>
      <w:r w:rsidR="00925E9E">
        <w:t>..................................</w:t>
      </w:r>
    </w:p>
    <w:p w14:paraId="36B9AC81" w14:textId="77777777" w:rsidR="003F6EF4" w:rsidRDefault="006D05D5">
      <w:pPr>
        <w:pStyle w:val="Nagwek1"/>
      </w:pPr>
      <w:r>
        <w:t>6. Podpisy:</w:t>
      </w:r>
    </w:p>
    <w:p w14:paraId="0C1B901B" w14:textId="77777777" w:rsidR="003F6EF4" w:rsidRDefault="006D05D5">
      <w:r>
        <w:t>Podpis uczestniczki: .........................................................</w:t>
      </w:r>
    </w:p>
    <w:p w14:paraId="18741AFA" w14:textId="77777777" w:rsidR="003F6EF4" w:rsidRDefault="006D05D5">
      <w:r>
        <w:t>Podpis kierownika zespołu: ...................................................</w:t>
      </w:r>
    </w:p>
    <w:p w14:paraId="393BA104" w14:textId="08FB7DB4" w:rsidR="003F6EF4" w:rsidRDefault="006D05D5">
      <w:bookmarkStart w:id="0" w:name="_GoBack"/>
      <w:bookmarkEnd w:id="0"/>
      <w:r>
        <w:t xml:space="preserve">Data i </w:t>
      </w:r>
      <w:proofErr w:type="spellStart"/>
      <w:r>
        <w:t>miejsce</w:t>
      </w:r>
      <w:proofErr w:type="spellEnd"/>
      <w:r>
        <w:t>: ..............................................................</w:t>
      </w:r>
    </w:p>
    <w:p w14:paraId="171F9424" w14:textId="77777777" w:rsidR="00925E9E" w:rsidRDefault="00925E9E"/>
    <w:p w14:paraId="3182E6BF" w14:textId="77777777" w:rsidR="00925E9E" w:rsidRDefault="00925E9E"/>
    <w:sectPr w:rsidR="00925E9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130D5"/>
    <w:rsid w:val="0015074B"/>
    <w:rsid w:val="00190065"/>
    <w:rsid w:val="0029639D"/>
    <w:rsid w:val="00326F90"/>
    <w:rsid w:val="003F6EF4"/>
    <w:rsid w:val="006D05D5"/>
    <w:rsid w:val="00925E9E"/>
    <w:rsid w:val="00AA1D8D"/>
    <w:rsid w:val="00B47730"/>
    <w:rsid w:val="00CB0664"/>
    <w:rsid w:val="00FA5B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F67CFE"/>
  <w14:defaultImageDpi w14:val="300"/>
  <w15:docId w15:val="{40963AA2-62F8-464B-93FC-B3818E96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500775-1844-4816-90CE-203ABE1F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1278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2</cp:revision>
  <dcterms:created xsi:type="dcterms:W3CDTF">2026-04-13T06:57:00Z</dcterms:created>
  <dcterms:modified xsi:type="dcterms:W3CDTF">2026-04-13T06:57:00Z</dcterms:modified>
  <cp:category/>
</cp:coreProperties>
</file>